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76" w:lineRule="exact"/>
      </w:pPr>
      <w:r>
        <w:rPr>
          <w:rFonts w:ascii="Times New Roman" w:hAnsi="Times New Roman"/>
          <w:b w:val="0"/>
          <w:sz w:val="24"/>
        </w:rPr>
        <w:t xml:space="preserve">(1:32) [23:18:52] </w:t>
      </w:r>
      <w:r>
        <w:rPr>
          <w:rFonts w:ascii="Times New Roman" w:hAnsi="Times New Roman"/>
          <w:b/>
          <w:sz w:val="24"/>
        </w:rPr>
        <w:t>Officer Williams:</w:t>
      </w:r>
      <w:r>
        <w:rPr>
          <w:rFonts w:ascii="Times New Roman" w:hAnsi="Times New Roman"/>
          <w:b w:val="0"/>
          <w:sz w:val="24"/>
        </w:rPr>
        <w:t xml:space="preserve"> What's going on, partner?</w:t>
      </w:r>
    </w:p>
    <w:p>
      <w:pPr>
        <w:spacing w:before="0" w:after="0" w:line="276" w:lineRule="exact"/>
      </w:pPr>
      <w:r>
        <w:rPr>
          <w:rFonts w:ascii="Times New Roman" w:hAnsi="Times New Roman"/>
          <w:b w:val="0"/>
          <w:sz w:val="24"/>
        </w:rPr>
        <w:t xml:space="preserve">(1:33) [23:18:53] </w:t>
      </w:r>
      <w:r>
        <w:rPr>
          <w:rFonts w:ascii="Times New Roman" w:hAnsi="Times New Roman"/>
          <w:b/>
          <w:sz w:val="24"/>
        </w:rPr>
        <w:t>Isaiah Rodriguez:</w:t>
      </w:r>
      <w:r>
        <w:rPr>
          <w:rFonts w:ascii="Times New Roman" w:hAnsi="Times New Roman"/>
          <w:b w:val="0"/>
          <w:sz w:val="24"/>
        </w:rPr>
        <w:t xml:space="preserve"> Oh, nothing, sir.</w:t>
      </w:r>
    </w:p>
    <w:p>
      <w:pPr>
        <w:spacing w:before="0" w:after="0" w:line="276" w:lineRule="exact"/>
      </w:pPr>
      <w:r>
        <w:rPr>
          <w:rFonts w:ascii="Times New Roman" w:hAnsi="Times New Roman"/>
          <w:b w:val="0"/>
          <w:sz w:val="24"/>
        </w:rPr>
        <w:t xml:space="preserve">(1:34) [23:18:54] </w:t>
      </w:r>
      <w:r>
        <w:rPr>
          <w:rFonts w:ascii="Times New Roman" w:hAnsi="Times New Roman"/>
          <w:b/>
          <w:sz w:val="24"/>
        </w:rPr>
        <w:t>Officer Williams:</w:t>
      </w:r>
      <w:r>
        <w:rPr>
          <w:rFonts w:ascii="Times New Roman" w:hAnsi="Times New Roman"/>
          <w:b w:val="0"/>
          <w:sz w:val="24"/>
        </w:rPr>
        <w:t xml:space="preserve"> How we doing? We doing good.</w:t>
      </w:r>
    </w:p>
    <w:p>
      <w:pPr>
        <w:spacing w:before="0" w:after="0" w:line="276" w:lineRule="exact"/>
      </w:pPr>
      <w:r>
        <w:rPr>
          <w:rFonts w:ascii="Times New Roman" w:hAnsi="Times New Roman"/>
          <w:b w:val="0"/>
          <w:sz w:val="24"/>
        </w:rPr>
        <w:t xml:space="preserve">(1:36) [23:18:56]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(1:37) [23:18:57] </w:t>
      </w:r>
      <w:r>
        <w:rPr>
          <w:rFonts w:ascii="Times New Roman" w:hAnsi="Times New Roman"/>
          <w:b/>
          <w:sz w:val="24"/>
        </w:rPr>
        <w:t>Officer Williams:</w:t>
      </w:r>
      <w:r>
        <w:rPr>
          <w:rFonts w:ascii="Times New Roman" w:hAnsi="Times New Roman"/>
          <w:b w:val="0"/>
          <w:sz w:val="24"/>
        </w:rPr>
        <w:t xml:space="preserve"> Where we coming from tonight?</w:t>
      </w:r>
    </w:p>
    <w:p>
      <w:pPr>
        <w:spacing w:before="0" w:after="0" w:line="276" w:lineRule="exact"/>
      </w:pPr>
      <w:r>
        <w:rPr>
          <w:rFonts w:ascii="Times New Roman" w:hAnsi="Times New Roman"/>
          <w:b w:val="0"/>
          <w:sz w:val="24"/>
        </w:rPr>
        <w:t xml:space="preserve">(1:38) [23:18:58] </w:t>
      </w:r>
      <w:r>
        <w:rPr>
          <w:rFonts w:ascii="Times New Roman" w:hAnsi="Times New Roman"/>
          <w:b/>
          <w:sz w:val="24"/>
        </w:rPr>
        <w:t>Isaiah Rodriguez:</w:t>
      </w:r>
      <w:r>
        <w:rPr>
          <w:rFonts w:ascii="Times New Roman" w:hAnsi="Times New Roman"/>
          <w:b w:val="0"/>
          <w:sz w:val="24"/>
        </w:rPr>
        <w:t xml:space="preserve"> Uh, the Horseshoe.</w:t>
      </w:r>
    </w:p>
    <w:p>
      <w:pPr>
        <w:spacing w:before="0" w:after="0" w:line="276" w:lineRule="exact"/>
      </w:pPr>
      <w:r>
        <w:rPr>
          <w:rFonts w:ascii="Times New Roman" w:hAnsi="Times New Roman"/>
          <w:b w:val="0"/>
          <w:sz w:val="24"/>
        </w:rPr>
        <w:t xml:space="preserve">(1:39) [23:18:59] </w:t>
      </w:r>
      <w:r>
        <w:rPr>
          <w:rFonts w:ascii="Times New Roman" w:hAnsi="Times New Roman"/>
          <w:b/>
          <w:sz w:val="24"/>
        </w:rPr>
        <w:t>Officer Williams:</w:t>
      </w:r>
      <w:r>
        <w:rPr>
          <w:rFonts w:ascii="Times New Roman" w:hAnsi="Times New Roman"/>
          <w:b w:val="0"/>
          <w:sz w:val="24"/>
        </w:rPr>
        <w:t xml:space="preserve"> The Horseshoe?</w:t>
      </w:r>
    </w:p>
    <w:p>
      <w:pPr>
        <w:spacing w:before="0" w:after="0" w:line="276" w:lineRule="exact"/>
      </w:pPr>
      <w:r>
        <w:rPr>
          <w:rFonts w:ascii="Times New Roman" w:hAnsi="Times New Roman"/>
          <w:b w:val="0"/>
          <w:sz w:val="24"/>
        </w:rPr>
        <w:t xml:space="preserve">(1:40) [23:19:00]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(1:40) [23:19:00] </w:t>
      </w:r>
      <w:r>
        <w:rPr>
          <w:rFonts w:ascii="Times New Roman" w:hAnsi="Times New Roman"/>
          <w:b/>
          <w:sz w:val="24"/>
        </w:rPr>
        <w:t>Officer Williams:</w:t>
      </w:r>
      <w:r>
        <w:rPr>
          <w:rFonts w:ascii="Times New Roman" w:hAnsi="Times New Roman"/>
          <w:b w:val="0"/>
          <w:sz w:val="24"/>
        </w:rPr>
        <w:t xml:space="preserve"> I got you. How long were you out there for?</w:t>
      </w:r>
    </w:p>
    <w:p>
      <w:pPr>
        <w:spacing w:before="0" w:after="0" w:line="276" w:lineRule="exact"/>
      </w:pPr>
      <w:r>
        <w:rPr>
          <w:rFonts w:ascii="Times New Roman" w:hAnsi="Times New Roman"/>
          <w:b w:val="0"/>
          <w:sz w:val="24"/>
        </w:rPr>
        <w:t xml:space="preserve">(1:43) [23:19:03] </w:t>
      </w:r>
      <w:r>
        <w:rPr>
          <w:rFonts w:ascii="Times New Roman" w:hAnsi="Times New Roman"/>
          <w:b/>
          <w:sz w:val="24"/>
        </w:rPr>
        <w:t>Isaiah Rodriguez:</w:t>
      </w:r>
      <w:r>
        <w:rPr>
          <w:rFonts w:ascii="Times New Roman" w:hAnsi="Times New Roman"/>
          <w:b w:val="0"/>
          <w:sz w:val="24"/>
        </w:rPr>
        <w:t xml:space="preserve"> Not that long.</w:t>
      </w:r>
    </w:p>
    <w:p>
      <w:pPr>
        <w:spacing w:before="0" w:after="0" w:line="276" w:lineRule="exact"/>
      </w:pPr>
      <w:r>
        <w:rPr>
          <w:rFonts w:ascii="Times New Roman" w:hAnsi="Times New Roman"/>
          <w:b w:val="0"/>
          <w:sz w:val="24"/>
        </w:rPr>
        <w:t xml:space="preserve">(1:44) [23:19:04] </w:t>
      </w:r>
      <w:r>
        <w:rPr>
          <w:rFonts w:ascii="Times New Roman" w:hAnsi="Times New Roman"/>
          <w:b/>
          <w:sz w:val="24"/>
        </w:rPr>
        <w:t>Isaiah Rodriguez:</w:t>
      </w:r>
      <w:r>
        <w:rPr>
          <w:rFonts w:ascii="Times New Roman" w:hAnsi="Times New Roman"/>
          <w:b w:val="0"/>
          <w:sz w:val="24"/>
        </w:rPr>
        <w:t xml:space="preserve"> Hey mom, do you know where the insurance card is in the Tahoe?</w:t>
      </w:r>
    </w:p>
    <w:p>
      <w:pPr>
        <w:spacing w:before="0" w:after="0" w:line="276" w:lineRule="exact"/>
      </w:pPr>
      <w:r>
        <w:rPr>
          <w:rFonts w:ascii="Times New Roman" w:hAnsi="Times New Roman"/>
          <w:b w:val="0"/>
          <w:sz w:val="24"/>
        </w:rPr>
        <w:t xml:space="preserve">(1:55) [23:19:15] </w:t>
      </w:r>
      <w:r>
        <w:rPr>
          <w:rFonts w:ascii="Times New Roman" w:hAnsi="Times New Roman"/>
          <w:b/>
          <w:sz w:val="24"/>
        </w:rPr>
        <w:t>Isaiah Rodriguez:</w:t>
      </w:r>
      <w:r>
        <w:rPr>
          <w:rFonts w:ascii="Times New Roman" w:hAnsi="Times New Roman"/>
          <w:b w:val="0"/>
          <w:sz w:val="24"/>
        </w:rPr>
        <w:t xml:space="preserve"> Oh, no. Our insurance is through our car lot place, so how would that work?</w:t>
      </w:r>
    </w:p>
    <w:p>
      <w:pPr>
        <w:spacing w:before="0" w:after="0" w:line="276" w:lineRule="exact"/>
      </w:pPr>
      <w:r>
        <w:rPr>
          <w:rFonts w:ascii="Times New Roman" w:hAnsi="Times New Roman"/>
          <w:b w:val="0"/>
          <w:sz w:val="24"/>
        </w:rPr>
        <w:t xml:space="preserve">(2:00) [23:19:20] </w:t>
      </w:r>
      <w:r>
        <w:rPr>
          <w:rFonts w:ascii="Times New Roman" w:hAnsi="Times New Roman"/>
          <w:b/>
          <w:sz w:val="24"/>
        </w:rPr>
        <w:t>Officer Williams:</w:t>
      </w:r>
      <w:r>
        <w:rPr>
          <w:rFonts w:ascii="Times New Roman" w:hAnsi="Times New Roman"/>
          <w:b w:val="0"/>
          <w:sz w:val="24"/>
        </w:rPr>
        <w:t xml:space="preserve"> So, they always tell people that, but if you don't have anything that verifies that you have insurance, like no piece of paper or anything like that, then you need to talk to them about that because that means you don't have insurance.</w:t>
      </w:r>
    </w:p>
    <w:p>
      <w:pPr>
        <w:spacing w:before="0" w:after="0" w:line="276" w:lineRule="exact"/>
      </w:pPr>
      <w:r>
        <w:rPr>
          <w:rFonts w:ascii="Times New Roman" w:hAnsi="Times New Roman"/>
          <w:b w:val="0"/>
          <w:sz w:val="24"/>
        </w:rPr>
        <w:t xml:space="preserve">(2:10) [23:19:30] </w:t>
      </w:r>
      <w:r>
        <w:rPr>
          <w:rFonts w:ascii="Times New Roman" w:hAnsi="Times New Roman"/>
          <w:b/>
          <w:sz w:val="24"/>
        </w:rPr>
        <w:t>Isaiah Rodriguez:</w:t>
      </w:r>
      <w:r>
        <w:rPr>
          <w:rFonts w:ascii="Times New Roman" w:hAnsi="Times New Roman"/>
          <w:b w:val="0"/>
          <w:sz w:val="24"/>
        </w:rPr>
        <w:t xml:space="preserve"> We do have insurance. We have insurance through the car lot.</w:t>
      </w:r>
    </w:p>
    <w:p>
      <w:pPr>
        <w:spacing w:before="0" w:after="0" w:line="276" w:lineRule="exact"/>
      </w:pPr>
      <w:r>
        <w:rPr>
          <w:rFonts w:ascii="Times New Roman" w:hAnsi="Times New Roman"/>
          <w:b w:val="0"/>
          <w:sz w:val="24"/>
        </w:rPr>
        <w:t xml:space="preserve">(2:12) [23:19:32] </w:t>
      </w:r>
      <w:r>
        <w:rPr>
          <w:rFonts w:ascii="Times New Roman" w:hAnsi="Times New Roman"/>
          <w:b/>
          <w:sz w:val="24"/>
        </w:rPr>
        <w:t>Officer Williams:</w:t>
      </w:r>
      <w:r>
        <w:rPr>
          <w:rFonts w:ascii="Times New Roman" w:hAnsi="Times New Roman"/>
          <w:b w:val="0"/>
          <w:sz w:val="24"/>
        </w:rPr>
        <w:t xml:space="preserve"> I know, but they've been telling people that and then nobody ever has any proof that they have insurance is the issue.</w:t>
      </w:r>
    </w:p>
    <w:p>
      <w:pPr>
        <w:spacing w:before="0" w:after="0" w:line="276" w:lineRule="exact"/>
      </w:pPr>
      <w:r>
        <w:rPr>
          <w:rFonts w:ascii="Times New Roman" w:hAnsi="Times New Roman"/>
          <w:b w:val="0"/>
          <w:sz w:val="24"/>
        </w:rPr>
        <w:t xml:space="preserve">(2:17) [23:19:37] </w:t>
      </w:r>
      <w:r>
        <w:rPr>
          <w:rFonts w:ascii="Times New Roman" w:hAnsi="Times New Roman"/>
          <w:b/>
          <w:sz w:val="24"/>
        </w:rPr>
        <w:t>Isaiah Rodriguez:</w:t>
      </w:r>
      <w:r>
        <w:rPr>
          <w:rFonts w:ascii="Times New Roman" w:hAnsi="Times New Roman"/>
          <w:b w:val="0"/>
          <w:sz w:val="24"/>
        </w:rPr>
        <w:t xml:space="preserve"> Oh, okay.</w:t>
      </w:r>
    </w:p>
    <w:p>
      <w:pPr>
        <w:spacing w:before="0" w:after="0" w:line="276" w:lineRule="exact"/>
      </w:pPr>
      <w:r>
        <w:rPr>
          <w:rFonts w:ascii="Times New Roman" w:hAnsi="Times New Roman"/>
          <w:b w:val="0"/>
          <w:sz w:val="24"/>
        </w:rPr>
        <w:t xml:space="preserve">(2:18) [23:19:38] </w:t>
      </w:r>
      <w:r>
        <w:rPr>
          <w:rFonts w:ascii="Times New Roman" w:hAnsi="Times New Roman"/>
          <w:b/>
          <w:sz w:val="24"/>
        </w:rPr>
        <w:t>Officer Williams:</w:t>
      </w:r>
      <w:r>
        <w:rPr>
          <w:rFonts w:ascii="Times New Roman" w:hAnsi="Times New Roman"/>
          <w:b w:val="0"/>
          <w:sz w:val="24"/>
        </w:rPr>
        <w:t xml:space="preserve"> So, if we can't verify that you have insurance, that's a bigger issue.</w:t>
      </w:r>
    </w:p>
    <w:p>
      <w:pPr>
        <w:spacing w:before="0" w:after="0" w:line="276" w:lineRule="exact"/>
      </w:pPr>
      <w:r>
        <w:rPr>
          <w:rFonts w:ascii="Times New Roman" w:hAnsi="Times New Roman"/>
          <w:b w:val="0"/>
          <w:sz w:val="24"/>
        </w:rPr>
        <w:t xml:space="preserve">(2:22) [23:19:42] </w:t>
      </w:r>
      <w:r>
        <w:rPr>
          <w:rFonts w:ascii="Times New Roman" w:hAnsi="Times New Roman"/>
          <w:b/>
          <w:sz w:val="24"/>
        </w:rPr>
        <w:t>Isaiah Rodriguez:</w:t>
      </w:r>
      <w:r>
        <w:rPr>
          <w:rFonts w:ascii="Times New Roman" w:hAnsi="Times New Roman"/>
          <w:b w:val="0"/>
          <w:sz w:val="24"/>
        </w:rPr>
        <w:t xml:space="preserve"> Oh. Well, my mother-in-law said we do have insurance to the car lot, that's what I'm saying, cuz I pay every month for the insurance, you know what I'm saying?</w:t>
      </w:r>
    </w:p>
    <w:p>
      <w:pPr>
        <w:spacing w:before="0" w:after="0" w:line="276" w:lineRule="exact"/>
      </w:pPr>
      <w:r>
        <w:rPr>
          <w:rFonts w:ascii="Times New Roman" w:hAnsi="Times New Roman"/>
          <w:b w:val="0"/>
          <w:sz w:val="24"/>
        </w:rPr>
        <w:t xml:space="preserve">(2:28) [23:19:48] </w:t>
      </w:r>
      <w:r>
        <w:rPr>
          <w:rFonts w:ascii="Times New Roman" w:hAnsi="Times New Roman"/>
          <w:b/>
          <w:sz w:val="24"/>
        </w:rPr>
        <w:t>Officer Williams:</w:t>
      </w:r>
      <w:r>
        <w:rPr>
          <w:rFonts w:ascii="Times New Roman" w:hAnsi="Times New Roman"/>
          <w:b w:val="0"/>
          <w:sz w:val="24"/>
        </w:rPr>
        <w:t xml:space="preserve"> No, I got you, but you need to talk to him about giving you an insurance card, because every time somebody says that, I don't ever see an insurance card. And that's the issue we run into, is if you can't verify, then we have to take enforcement action.</w:t>
      </w:r>
    </w:p>
    <w:p>
      <w:pPr>
        <w:spacing w:before="0" w:after="0" w:line="276" w:lineRule="exact"/>
      </w:pPr>
      <w:r>
        <w:rPr>
          <w:rFonts w:ascii="Times New Roman" w:hAnsi="Times New Roman"/>
          <w:b w:val="0"/>
          <w:sz w:val="24"/>
        </w:rPr>
        <w:t xml:space="preserve">(2:40) [23:20:00] </w:t>
      </w:r>
      <w:r>
        <w:rPr>
          <w:rFonts w:ascii="Times New Roman" w:hAnsi="Times New Roman"/>
          <w:b/>
          <w:sz w:val="24"/>
        </w:rPr>
        <w:t>Isaiah Rodriguez:</w:t>
      </w:r>
      <w:r>
        <w:rPr>
          <w:rFonts w:ascii="Times New Roman" w:hAnsi="Times New Roman"/>
          <w:b w:val="0"/>
          <w:sz w:val="24"/>
        </w:rPr>
        <w:t xml:space="preserve"> Let's call All Star Auto, we'll get our car, you know what I'm saying?</w:t>
      </w:r>
    </w:p>
    <w:p>
      <w:pPr>
        <w:spacing w:before="0" w:after="0" w:line="276" w:lineRule="exact"/>
      </w:pPr>
      <w:r>
        <w:rPr>
          <w:rFonts w:ascii="Times New Roman" w:hAnsi="Times New Roman"/>
          <w:b w:val="0"/>
          <w:sz w:val="24"/>
        </w:rPr>
        <w:t xml:space="preserve">(2:42) [23:20:02] </w:t>
      </w:r>
      <w:r>
        <w:rPr>
          <w:rFonts w:ascii="Times New Roman" w:hAnsi="Times New Roman"/>
          <w:b/>
          <w:sz w:val="24"/>
        </w:rPr>
        <w:t>Officer Williams:</w:t>
      </w:r>
      <w:r>
        <w:rPr>
          <w:rFonts w:ascii="Times New Roman" w:hAnsi="Times New Roman"/>
          <w:b w:val="0"/>
          <w:sz w:val="24"/>
        </w:rPr>
        <w:t xml:space="preserve"> Yeah, I got you, but if they don't provide you with an insurance card saying that you are insured, then --</w:t>
      </w:r>
    </w:p>
    <w:p>
      <w:pPr>
        <w:spacing w:before="0" w:after="0" w:line="276" w:lineRule="exact"/>
      </w:pPr>
      <w:r>
        <w:rPr>
          <w:rFonts w:ascii="Times New Roman" w:hAnsi="Times New Roman"/>
          <w:b w:val="0"/>
          <w:sz w:val="24"/>
        </w:rPr>
        <w:t xml:space="preserve">(2:48) [23:20:08] </w:t>
      </w:r>
      <w:r>
        <w:rPr>
          <w:rFonts w:ascii="Times New Roman" w:hAnsi="Times New Roman"/>
          <w:b/>
          <w:sz w:val="24"/>
        </w:rPr>
        <w:t>Isaiah Rodriguez:</w:t>
      </w:r>
      <w:r>
        <w:rPr>
          <w:rFonts w:ascii="Times New Roman" w:hAnsi="Times New Roman"/>
          <w:b w:val="0"/>
          <w:sz w:val="24"/>
        </w:rPr>
        <w:t xml:space="preserve"> You can't say you're insured, man.</w:t>
      </w:r>
    </w:p>
    <w:p>
      <w:pPr>
        <w:spacing w:before="0" w:after="0" w:line="276" w:lineRule="exact"/>
      </w:pPr>
      <w:r>
        <w:rPr>
          <w:rFonts w:ascii="Times New Roman" w:hAnsi="Times New Roman"/>
          <w:b w:val="0"/>
          <w:sz w:val="24"/>
        </w:rPr>
        <w:t xml:space="preserve">(2:49) [23:20:09] </w:t>
      </w:r>
      <w:r>
        <w:rPr>
          <w:rFonts w:ascii="Times New Roman" w:hAnsi="Times New Roman"/>
          <w:b/>
          <w:sz w:val="24"/>
        </w:rPr>
        <w:t>Officer Williams:</w:t>
      </w:r>
      <w:r>
        <w:rPr>
          <w:rFonts w:ascii="Times New Roman" w:hAnsi="Times New Roman"/>
          <w:b w:val="0"/>
          <w:sz w:val="24"/>
        </w:rPr>
        <w:t xml:space="preserve"> So, that's something you gotta take up with the insurance.</w:t>
      </w:r>
    </w:p>
    <w:p>
      <w:pPr>
        <w:spacing w:before="0" w:after="0" w:line="276" w:lineRule="exact"/>
      </w:pPr>
      <w:r>
        <w:rPr>
          <w:rFonts w:ascii="Times New Roman" w:hAnsi="Times New Roman"/>
          <w:b w:val="0"/>
          <w:sz w:val="24"/>
        </w:rPr>
        <w:t xml:space="preserve">(2:52) [23:20:12] </w:t>
      </w:r>
      <w:r>
        <w:rPr>
          <w:rFonts w:ascii="Times New Roman" w:hAnsi="Times New Roman"/>
          <w:b/>
          <w:sz w:val="24"/>
        </w:rPr>
        <w:t>Isaiah Rodriguez:</w:t>
      </w:r>
      <w:r>
        <w:rPr>
          <w:rFonts w:ascii="Times New Roman" w:hAnsi="Times New Roman"/>
          <w:b w:val="0"/>
          <w:sz w:val="24"/>
        </w:rPr>
        <w:t xml:space="preserve"> I'm sorry, me and Riz got into it. I don't know, Mom, she's talking about, uh, what do you call it, uh, she's talking about for me to, uh, for me, I told her I was just trying to make it to the house before, like, what happened last time for her. She went over there all crazy and stuff.</w:t>
      </w:r>
    </w:p>
    <w:p>
      <w:pPr>
        <w:spacing w:before="0" w:after="0" w:line="276" w:lineRule="exact"/>
      </w:pPr>
      <w:r>
        <w:rPr>
          <w:rFonts w:ascii="Times New Roman" w:hAnsi="Times New Roman"/>
          <w:b w:val="0"/>
          <w:sz w:val="24"/>
        </w:rPr>
        <w:t xml:space="preserve">(3:07) [23:20:27] </w:t>
      </w:r>
      <w:r>
        <w:rPr>
          <w:rFonts w:ascii="Times New Roman" w:hAnsi="Times New Roman"/>
          <w:b/>
          <w:sz w:val="24"/>
        </w:rPr>
        <w:t>Officer Williams:</w:t>
      </w:r>
      <w:r>
        <w:rPr>
          <w:rFonts w:ascii="Times New Roman" w:hAnsi="Times New Roman"/>
          <w:b w:val="0"/>
          <w:sz w:val="24"/>
        </w:rPr>
        <w:t xml:space="preserve"> I get that you're trying to get insurance. Let's try to get insurance. If you can't get insurance, let's go ahead and hang up the phone for me, okay?</w:t>
      </w:r>
    </w:p>
    <w:p>
      <w:pPr>
        <w:spacing w:before="0" w:after="0" w:line="276" w:lineRule="exact"/>
      </w:pPr>
      <w:r>
        <w:rPr>
          <w:rFonts w:ascii="Times New Roman" w:hAnsi="Times New Roman"/>
          <w:b w:val="0"/>
          <w:sz w:val="24"/>
        </w:rPr>
        <w:t xml:space="preserve">(3:13) [23:20:33] </w:t>
      </w:r>
      <w:r>
        <w:rPr>
          <w:rFonts w:ascii="Times New Roman" w:hAnsi="Times New Roman"/>
          <w:b/>
          <w:sz w:val="24"/>
        </w:rPr>
        <w:t>Isaiah Rodriguez:</w:t>
      </w:r>
      <w:r>
        <w:rPr>
          <w:rFonts w:ascii="Times New Roman" w:hAnsi="Times New Roman"/>
          <w:b w:val="0"/>
          <w:sz w:val="24"/>
        </w:rPr>
        <w:t xml:space="preserve"> Uh, what do you mean?</w:t>
      </w:r>
    </w:p>
    <w:p>
      <w:pPr>
        <w:spacing w:before="0" w:after="0" w:line="276" w:lineRule="exact"/>
      </w:pPr>
      <w:r>
        <w:rPr>
          <w:rFonts w:ascii="Times New Roman" w:hAnsi="Times New Roman"/>
          <w:b w:val="0"/>
          <w:sz w:val="24"/>
        </w:rPr>
        <w:t xml:space="preserve">(3:13) [23:20:33] </w:t>
      </w:r>
      <w:r>
        <w:rPr>
          <w:rFonts w:ascii="Times New Roman" w:hAnsi="Times New Roman"/>
          <w:b/>
          <w:sz w:val="24"/>
        </w:rPr>
        <w:t>Officer Williams:</w:t>
      </w:r>
      <w:r>
        <w:rPr>
          <w:rFonts w:ascii="Times New Roman" w:hAnsi="Times New Roman"/>
          <w:b w:val="0"/>
          <w:sz w:val="24"/>
        </w:rPr>
        <w:t xml:space="preserve"> Just hang up the phone.</w:t>
      </w:r>
    </w:p>
    <w:p>
      <w:pPr>
        <w:spacing w:before="0" w:after="0" w:line="276" w:lineRule="exact"/>
      </w:pPr>
      <w:r>
        <w:rPr>
          <w:rFonts w:ascii="Times New Roman" w:hAnsi="Times New Roman"/>
          <w:b w:val="0"/>
          <w:sz w:val="24"/>
        </w:rPr>
        <w:t xml:space="preserve">(3:14) [23:20:34] </w:t>
      </w:r>
      <w:r>
        <w:rPr>
          <w:rFonts w:ascii="Times New Roman" w:hAnsi="Times New Roman"/>
          <w:b/>
          <w:sz w:val="24"/>
        </w:rPr>
        <w:t>Isaiah Rodriguez:</w:t>
      </w:r>
      <w:r>
        <w:rPr>
          <w:rFonts w:ascii="Times New Roman" w:hAnsi="Times New Roman"/>
          <w:b w:val="0"/>
          <w:sz w:val="24"/>
        </w:rPr>
        <w:t xml:space="preserve"> Okay, alright.</w:t>
      </w:r>
    </w:p>
    <w:p>
      <w:pPr>
        <w:spacing w:before="0" w:after="0" w:line="276" w:lineRule="exact"/>
      </w:pPr>
      <w:r>
        <w:rPr>
          <w:rFonts w:ascii="Times New Roman" w:hAnsi="Times New Roman"/>
          <w:b w:val="0"/>
          <w:sz w:val="24"/>
        </w:rPr>
        <w:t xml:space="preserve">(3:15) [23:20:35] </w:t>
      </w:r>
      <w:r>
        <w:rPr>
          <w:rFonts w:ascii="Times New Roman" w:hAnsi="Times New Roman"/>
          <w:b/>
          <w:sz w:val="24"/>
        </w:rPr>
        <w:t>Officer Williams:</w:t>
      </w:r>
      <w:r>
        <w:rPr>
          <w:rFonts w:ascii="Times New Roman" w:hAnsi="Times New Roman"/>
          <w:b w:val="0"/>
          <w:sz w:val="24"/>
        </w:rPr>
        <w:t xml:space="preserve"> If she can't give you the insurance.</w:t>
      </w:r>
    </w:p>
    <w:p>
      <w:pPr>
        <w:spacing w:before="0" w:after="0" w:line="276" w:lineRule="exact"/>
      </w:pPr>
      <w:r>
        <w:rPr>
          <w:rFonts w:ascii="Times New Roman" w:hAnsi="Times New Roman"/>
          <w:b w:val="0"/>
          <w:sz w:val="24"/>
        </w:rPr>
        <w:t xml:space="preserve">(3:16) [23:20:36] </w:t>
      </w:r>
      <w:r>
        <w:rPr>
          <w:rFonts w:ascii="Times New Roman" w:hAnsi="Times New Roman"/>
          <w:b/>
          <w:sz w:val="24"/>
        </w:rPr>
        <w:t>Isaiah Rodriguez:</w:t>
      </w:r>
      <w:r>
        <w:rPr>
          <w:rFonts w:ascii="Times New Roman" w:hAnsi="Times New Roman"/>
          <w:b w:val="0"/>
          <w:sz w:val="24"/>
        </w:rPr>
        <w:t xml:space="preserve"> Okay, well I'm gonna let you go because I'm gonna try to get this insurance, Mom.</w:t>
      </w:r>
    </w:p>
    <w:p>
      <w:pPr>
        <w:spacing w:before="0" w:after="0" w:line="276" w:lineRule="exact"/>
      </w:pPr>
      <w:r>
        <w:rPr>
          <w:rFonts w:ascii="Times New Roman" w:hAnsi="Times New Roman"/>
          <w:b w:val="0"/>
          <w:sz w:val="24"/>
        </w:rPr>
        <w:t xml:space="preserve">(3:20) [23:20:40] </w:t>
      </w:r>
      <w:r>
        <w:rPr>
          <w:rFonts w:ascii="Times New Roman" w:hAnsi="Times New Roman"/>
          <w:b/>
          <w:sz w:val="24"/>
        </w:rPr>
        <w:t>Isaiah Rodriguez:</w:t>
      </w:r>
      <w:r>
        <w:rPr>
          <w:rFonts w:ascii="Times New Roman" w:hAnsi="Times New Roman"/>
          <w:b w:val="0"/>
          <w:sz w:val="24"/>
        </w:rPr>
        <w:t xml:space="preserve"> Yeah, that's it.</w:t>
      </w:r>
    </w:p>
    <w:p>
      <w:pPr>
        <w:spacing w:before="0" w:after="0" w:line="276" w:lineRule="exact"/>
      </w:pPr>
      <w:r>
        <w:rPr>
          <w:rFonts w:ascii="Times New Roman" w:hAnsi="Times New Roman"/>
          <w:b w:val="0"/>
          <w:sz w:val="24"/>
        </w:rPr>
        <w:t xml:space="preserve">(3:26) [23:20:46] </w:t>
      </w:r>
      <w:r>
        <w:rPr>
          <w:rFonts w:ascii="Times New Roman" w:hAnsi="Times New Roman"/>
          <w:b/>
          <w:sz w:val="24"/>
        </w:rPr>
        <w:t>Isaiah Rodriguez:</w:t>
      </w:r>
      <w:r>
        <w:rPr>
          <w:rFonts w:ascii="Times New Roman" w:hAnsi="Times New Roman"/>
          <w:b w:val="0"/>
          <w:sz w:val="24"/>
        </w:rPr>
        <w:t xml:space="preserve"> But yeah, like I was telling her, man, that's, that's all I, you know what I'm saying? That's all I was trying to do, you know what I'm saying?</w:t>
      </w:r>
    </w:p>
    <w:p>
      <w:pPr>
        <w:spacing w:before="0" w:after="0" w:line="276" w:lineRule="exact"/>
      </w:pPr>
      <w:r>
        <w:rPr>
          <w:rFonts w:ascii="Times New Roman" w:hAnsi="Times New Roman"/>
          <w:b w:val="0"/>
          <w:sz w:val="24"/>
        </w:rPr>
        <w:t xml:space="preserve">(3:31) [23:20:51] </w:t>
      </w:r>
      <w:r>
        <w:rPr>
          <w:rFonts w:ascii="Times New Roman" w:hAnsi="Times New Roman"/>
          <w:b/>
          <w:sz w:val="24"/>
        </w:rPr>
        <w:t>Officer Williams:</w:t>
      </w:r>
      <w:r>
        <w:rPr>
          <w:rFonts w:ascii="Times New Roman" w:hAnsi="Times New Roman"/>
          <w:b w:val="0"/>
          <w:sz w:val="24"/>
        </w:rPr>
        <w:t xml:space="preserve"> I got you, man. Just trying to make it home, that's it.</w:t>
      </w:r>
    </w:p>
    <w:p>
      <w:pPr>
        <w:spacing w:before="0" w:after="0" w:line="276" w:lineRule="exact"/>
      </w:pPr>
      <w:r>
        <w:rPr>
          <w:rFonts w:ascii="Times New Roman" w:hAnsi="Times New Roman"/>
          <w:b w:val="0"/>
          <w:sz w:val="24"/>
        </w:rPr>
        <w:t xml:space="preserve">(3:33) [23:20:53]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(3:34) [23:20:54] </w:t>
      </w:r>
      <w:r>
        <w:rPr>
          <w:rFonts w:ascii="Times New Roman" w:hAnsi="Times New Roman"/>
          <w:b/>
          <w:sz w:val="24"/>
        </w:rPr>
        <w:t>Officer Williams:</w:t>
      </w:r>
      <w:r>
        <w:rPr>
          <w:rFonts w:ascii="Times New Roman" w:hAnsi="Times New Roman"/>
          <w:b w:val="0"/>
          <w:sz w:val="24"/>
        </w:rPr>
        <w:t xml:space="preserve"> Um, you ever been in trouble for anything, sir?</w:t>
      </w:r>
    </w:p>
    <w:p>
      <w:pPr>
        <w:spacing w:before="0" w:after="0" w:line="276" w:lineRule="exact"/>
      </w:pPr>
      <w:r>
        <w:rPr>
          <w:rFonts w:ascii="Times New Roman" w:hAnsi="Times New Roman"/>
          <w:b w:val="0"/>
          <w:sz w:val="24"/>
        </w:rPr>
        <w:t xml:space="preserve">(3:36) [23:20:56] </w:t>
      </w:r>
      <w:r>
        <w:rPr>
          <w:rFonts w:ascii="Times New Roman" w:hAnsi="Times New Roman"/>
          <w:b/>
          <w:sz w:val="24"/>
        </w:rPr>
        <w:t>Isaiah Rodriguez:</w:t>
      </w:r>
      <w:r>
        <w:rPr>
          <w:rFonts w:ascii="Times New Roman" w:hAnsi="Times New Roman"/>
          <w:b w:val="0"/>
          <w:sz w:val="24"/>
        </w:rPr>
        <w:t xml:space="preserve"> What do you mean?</w:t>
      </w:r>
    </w:p>
    <w:p>
      <w:pPr>
        <w:spacing w:before="0" w:after="0" w:line="276" w:lineRule="exact"/>
      </w:pPr>
      <w:r>
        <w:rPr>
          <w:rFonts w:ascii="Times New Roman" w:hAnsi="Times New Roman"/>
          <w:b w:val="0"/>
          <w:sz w:val="24"/>
        </w:rPr>
        <w:t xml:space="preserve">(3:37) [23:20:57] </w:t>
      </w:r>
      <w:r>
        <w:rPr>
          <w:rFonts w:ascii="Times New Roman" w:hAnsi="Times New Roman"/>
          <w:b/>
          <w:sz w:val="24"/>
        </w:rPr>
        <w:t>Officer Williams:</w:t>
      </w:r>
      <w:r>
        <w:rPr>
          <w:rFonts w:ascii="Times New Roman" w:hAnsi="Times New Roman"/>
          <w:b w:val="0"/>
          <w:sz w:val="24"/>
        </w:rPr>
        <w:t xml:space="preserve"> In, any trouble at all.</w:t>
      </w:r>
    </w:p>
    <w:p>
      <w:pPr>
        <w:spacing w:before="0" w:after="0" w:line="276" w:lineRule="exact"/>
      </w:pPr>
      <w:r>
        <w:rPr>
          <w:rFonts w:ascii="Times New Roman" w:hAnsi="Times New Roman"/>
          <w:b w:val="0"/>
          <w:sz w:val="24"/>
        </w:rPr>
        <w:t xml:space="preserve">(3:38) [23:20:58] </w:t>
      </w:r>
      <w:r>
        <w:rPr>
          <w:rFonts w:ascii="Times New Roman" w:hAnsi="Times New Roman"/>
          <w:b/>
          <w:sz w:val="24"/>
        </w:rPr>
        <w:t>Isaiah Rodriguez:</w:t>
      </w:r>
      <w:r>
        <w:rPr>
          <w:rFonts w:ascii="Times New Roman" w:hAnsi="Times New Roman"/>
          <w:b w:val="0"/>
          <w:sz w:val="24"/>
        </w:rPr>
        <w:t xml:space="preserve"> Uh, yeah, I got a couple, uh, possession charges, weed charges, uh, burglary of habitation, I've been to prison before, stuff like that.</w:t>
      </w:r>
    </w:p>
    <w:p>
      <w:pPr>
        <w:spacing w:before="0" w:after="0" w:line="276" w:lineRule="exact"/>
      </w:pPr>
      <w:r>
        <w:rPr>
          <w:rFonts w:ascii="Times New Roman" w:hAnsi="Times New Roman"/>
          <w:b w:val="0"/>
          <w:sz w:val="24"/>
        </w:rPr>
        <w:t xml:space="preserve">(3:46) [23:21:06] </w:t>
      </w:r>
      <w:r>
        <w:rPr>
          <w:rFonts w:ascii="Times New Roman" w:hAnsi="Times New Roman"/>
          <w:b/>
          <w:sz w:val="24"/>
        </w:rPr>
        <w:t>Officer Williams:</w:t>
      </w:r>
      <w:r>
        <w:rPr>
          <w:rFonts w:ascii="Times New Roman" w:hAnsi="Times New Roman"/>
          <w:b w:val="0"/>
          <w:sz w:val="24"/>
        </w:rPr>
        <w:t xml:space="preserve"> Okay, I got you.</w:t>
      </w:r>
    </w:p>
    <w:p>
      <w:pPr>
        <w:spacing w:before="0" w:after="0" w:line="276" w:lineRule="exact"/>
      </w:pPr>
      <w:r>
        <w:rPr>
          <w:rFonts w:ascii="Times New Roman" w:hAnsi="Times New Roman"/>
          <w:b w:val="0"/>
          <w:sz w:val="24"/>
        </w:rPr>
        <w:t xml:space="preserve">(3:46) [23:21:06] </w:t>
      </w:r>
      <w:r>
        <w:rPr>
          <w:rFonts w:ascii="Times New Roman" w:hAnsi="Times New Roman"/>
          <w:b/>
          <w:sz w:val="24"/>
        </w:rPr>
        <w:t>Officer Williams:</w:t>
      </w:r>
      <w:r>
        <w:rPr>
          <w:rFonts w:ascii="Times New Roman" w:hAnsi="Times New Roman"/>
          <w:b w:val="0"/>
          <w:sz w:val="24"/>
        </w:rPr>
        <w:t xml:space="preserve"> Are you on papers or anything like that?</w:t>
      </w:r>
    </w:p>
    <w:p>
      <w:pPr>
        <w:spacing w:before="0" w:after="0" w:line="276" w:lineRule="exact"/>
      </w:pPr>
      <w:r>
        <w:rPr>
          <w:rFonts w:ascii="Times New Roman" w:hAnsi="Times New Roman"/>
          <w:b w:val="0"/>
          <w:sz w:val="24"/>
        </w:rPr>
        <w:t xml:space="preserve">(3:47) [23:21:07] </w:t>
      </w:r>
      <w:r>
        <w:rPr>
          <w:rFonts w:ascii="Times New Roman" w:hAnsi="Times New Roman"/>
          <w:b/>
          <w:sz w:val="24"/>
        </w:rPr>
        <w:t>Isaiah Rodriguez:</w:t>
      </w:r>
      <w:r>
        <w:rPr>
          <w:rFonts w:ascii="Times New Roman" w:hAnsi="Times New Roman"/>
          <w:b w:val="0"/>
          <w:sz w:val="24"/>
        </w:rPr>
        <w:t xml:space="preserve"> Yeah, I'm on probation right now out of Anson, but they babysit me here in Abilene.</w:t>
      </w:r>
    </w:p>
    <w:p>
      <w:pPr>
        <w:spacing w:before="0" w:after="0" w:line="276" w:lineRule="exact"/>
      </w:pPr>
      <w:r>
        <w:rPr>
          <w:rFonts w:ascii="Times New Roman" w:hAnsi="Times New Roman"/>
          <w:b w:val="0"/>
          <w:sz w:val="24"/>
        </w:rPr>
        <w:t xml:space="preserve">(3:51) [23:21:11]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(3:52) [23:21:12] </w:t>
      </w:r>
      <w:r>
        <w:rPr>
          <w:rFonts w:ascii="Times New Roman" w:hAnsi="Times New Roman"/>
          <w:b/>
          <w:sz w:val="24"/>
        </w:rPr>
        <w:t>Officer Williams:</w:t>
      </w:r>
      <w:r>
        <w:rPr>
          <w:rFonts w:ascii="Times New Roman" w:hAnsi="Times New Roman"/>
          <w:b w:val="0"/>
          <w:sz w:val="24"/>
        </w:rPr>
        <w:t xml:space="preserve"> What you on probation for right now?</w:t>
      </w:r>
    </w:p>
    <w:p>
      <w:pPr>
        <w:spacing w:before="0" w:after="0" w:line="276" w:lineRule="exact"/>
      </w:pPr>
      <w:r>
        <w:rPr>
          <w:rFonts w:ascii="Times New Roman" w:hAnsi="Times New Roman"/>
          <w:b w:val="0"/>
          <w:sz w:val="24"/>
        </w:rPr>
        <w:t xml:space="preserve">(3:55) [23:21:15] </w:t>
      </w:r>
      <w:r>
        <w:rPr>
          <w:rFonts w:ascii="Times New Roman" w:hAnsi="Times New Roman"/>
          <w:b/>
          <w:sz w:val="24"/>
        </w:rPr>
        <w:t>Isaiah Rodriguez:</w:t>
      </w:r>
      <w:r>
        <w:rPr>
          <w:rFonts w:ascii="Times New Roman" w:hAnsi="Times New Roman"/>
          <w:b w:val="0"/>
          <w:sz w:val="24"/>
        </w:rPr>
        <w:t xml:space="preserve"> I have a pistol with no serial number on it.</w:t>
      </w:r>
    </w:p>
    <w:p>
      <w:pPr>
        <w:spacing w:before="0" w:after="0" w:line="276" w:lineRule="exact"/>
      </w:pPr>
      <w:r>
        <w:rPr>
          <w:rFonts w:ascii="Times New Roman" w:hAnsi="Times New Roman"/>
          <w:b w:val="0"/>
          <w:sz w:val="24"/>
        </w:rPr>
        <w:t xml:space="preserve">(3:58) [23:21:18] </w:t>
      </w:r>
      <w:r>
        <w:rPr>
          <w:rFonts w:ascii="Times New Roman" w:hAnsi="Times New Roman"/>
          <w:b/>
          <w:sz w:val="24"/>
        </w:rPr>
        <w:t>Officer Williams:</w:t>
      </w:r>
      <w:r>
        <w:rPr>
          <w:rFonts w:ascii="Times New Roman" w:hAnsi="Times New Roman"/>
          <w:b w:val="0"/>
          <w:sz w:val="24"/>
        </w:rPr>
        <w:t xml:space="preserve"> Okay, I got you. So you got a gun charge.</w:t>
      </w:r>
    </w:p>
    <w:p>
      <w:pPr>
        <w:spacing w:before="0" w:after="0" w:line="276" w:lineRule="exact"/>
      </w:pPr>
      <w:r>
        <w:rPr>
          <w:rFonts w:ascii="Times New Roman" w:hAnsi="Times New Roman"/>
          <w:b w:val="0"/>
          <w:sz w:val="24"/>
        </w:rPr>
        <w:t xml:space="preserve">(4:00) [23:21:20]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(4:01) [23:21:21] </w:t>
      </w:r>
      <w:r>
        <w:rPr>
          <w:rFonts w:ascii="Times New Roman" w:hAnsi="Times New Roman"/>
          <w:b/>
          <w:sz w:val="24"/>
        </w:rPr>
        <w:t>Officer Williams:</w:t>
      </w:r>
      <w:r>
        <w:rPr>
          <w:rFonts w:ascii="Times New Roman" w:hAnsi="Times New Roman"/>
          <w:b w:val="0"/>
          <w:sz w:val="24"/>
        </w:rPr>
        <w:t xml:space="preserve"> And your possession charges, are they marijuana or methamphetamine?</w:t>
      </w:r>
    </w:p>
    <w:p>
      <w:pPr>
        <w:spacing w:before="0" w:after="0" w:line="276" w:lineRule="exact"/>
      </w:pPr>
      <w:r>
        <w:rPr>
          <w:rFonts w:ascii="Times New Roman" w:hAnsi="Times New Roman"/>
          <w:b w:val="0"/>
          <w:sz w:val="24"/>
        </w:rPr>
        <w:t xml:space="preserve">(4:04) [23:21:24] </w:t>
      </w:r>
      <w:r>
        <w:rPr>
          <w:rFonts w:ascii="Times New Roman" w:hAnsi="Times New Roman"/>
          <w:b/>
          <w:sz w:val="24"/>
        </w:rPr>
        <w:t>Isaiah Rodriguez:</w:t>
      </w:r>
      <w:r>
        <w:rPr>
          <w:rFonts w:ascii="Times New Roman" w:hAnsi="Times New Roman"/>
          <w:b w:val="0"/>
          <w:sz w:val="24"/>
        </w:rPr>
        <w:t xml:space="preserve"> Uh, it was marijuana and methamphetamine.</w:t>
      </w:r>
    </w:p>
    <w:p>
      <w:pPr>
        <w:spacing w:before="0" w:after="0" w:line="276" w:lineRule="exact"/>
      </w:pPr>
      <w:r>
        <w:rPr>
          <w:rFonts w:ascii="Times New Roman" w:hAnsi="Times New Roman"/>
          <w:b w:val="0"/>
          <w:sz w:val="24"/>
        </w:rPr>
        <w:t xml:space="preserve">(4:04) [23:21:24] </w:t>
      </w:r>
      <w:r>
        <w:rPr>
          <w:rFonts w:ascii="Times New Roman" w:hAnsi="Times New Roman"/>
          <w:b/>
          <w:sz w:val="24"/>
        </w:rPr>
        <w:t>Officer Williams:</w:t>
      </w:r>
      <w:r>
        <w:rPr>
          <w:rFonts w:ascii="Times New Roman" w:hAnsi="Times New Roman"/>
          <w:b w:val="0"/>
          <w:sz w:val="24"/>
        </w:rPr>
        <w:t xml:space="preserve"> Okay, cool. Okay, I got you, man.</w:t>
      </w:r>
    </w:p>
    <w:p>
      <w:pPr>
        <w:spacing w:before="0" w:after="0" w:line="276" w:lineRule="exact"/>
      </w:pPr>
      <w:r>
        <w:rPr>
          <w:rFonts w:ascii="Times New Roman" w:hAnsi="Times New Roman"/>
          <w:b w:val="0"/>
          <w:sz w:val="24"/>
        </w:rPr>
        <w:t xml:space="preserve">(4:04) [23:21:24] </w:t>
      </w:r>
      <w:r>
        <w:rPr>
          <w:rFonts w:ascii="Times New Roman" w:hAnsi="Times New Roman"/>
          <w:b/>
          <w:sz w:val="24"/>
        </w:rPr>
        <w:t>Officer Williams:</w:t>
      </w:r>
      <w:r>
        <w:rPr>
          <w:rFonts w:ascii="Times New Roman" w:hAnsi="Times New Roman"/>
          <w:b w:val="0"/>
          <w:sz w:val="24"/>
        </w:rPr>
        <w:t xml:space="preserve"> Yeah, um, where you headed to right now?</w:t>
      </w:r>
    </w:p>
    <w:p>
      <w:pPr>
        <w:spacing w:before="0" w:after="0" w:line="276" w:lineRule="exact"/>
      </w:pPr>
      <w:r>
        <w:rPr>
          <w:rFonts w:ascii="Times New Roman" w:hAnsi="Times New Roman"/>
          <w:b w:val="0"/>
          <w:sz w:val="24"/>
        </w:rPr>
        <w:t xml:space="preserve">(4:11) [23:21:31] </w:t>
      </w:r>
      <w:r>
        <w:rPr>
          <w:rFonts w:ascii="Times New Roman" w:hAnsi="Times New Roman"/>
          <w:b/>
          <w:sz w:val="24"/>
        </w:rPr>
        <w:t>Isaiah Rodriguez:</w:t>
      </w:r>
      <w:r>
        <w:rPr>
          <w:rFonts w:ascii="Times New Roman" w:hAnsi="Times New Roman"/>
          <w:b w:val="0"/>
          <w:sz w:val="24"/>
        </w:rPr>
        <w:t xml:space="preserve"> I'm trying to go right here, Belmont, 2025 Belmont, just like I told her. Uh, we got into a fight last week and she wouldn't even let me leave, sir, she was, she was beating the shit out of me, I was trying to get my stuff just to go and she wouldn't even let me take the car.</w:t>
      </w:r>
    </w:p>
    <w:p>
      <w:pPr>
        <w:spacing w:before="0" w:after="0" w:line="276" w:lineRule="exact"/>
      </w:pPr>
      <w:r>
        <w:rPr>
          <w:rFonts w:ascii="Times New Roman" w:hAnsi="Times New Roman"/>
          <w:b w:val="0"/>
          <w:sz w:val="24"/>
        </w:rPr>
        <w:t xml:space="preserve">(4:11) [23:21:31] </w:t>
      </w:r>
      <w:r>
        <w:rPr>
          <w:rFonts w:ascii="Times New Roman" w:hAnsi="Times New Roman"/>
          <w:b/>
          <w:sz w:val="24"/>
        </w:rPr>
        <w:t>Officer Williams:</w:t>
      </w:r>
      <w:r>
        <w:rPr>
          <w:rFonts w:ascii="Times New Roman" w:hAnsi="Times New Roman"/>
          <w:b w:val="0"/>
          <w:sz w:val="24"/>
        </w:rPr>
        <w:t xml:space="preserve"> Gotcha.</w:t>
      </w:r>
    </w:p>
    <w:p>
      <w:pPr>
        <w:spacing w:before="0" w:after="0" w:line="276" w:lineRule="exact"/>
      </w:pPr>
      <w:r>
        <w:rPr>
          <w:rFonts w:ascii="Times New Roman" w:hAnsi="Times New Roman"/>
          <w:b w:val="0"/>
          <w:sz w:val="24"/>
        </w:rPr>
        <w:t xml:space="preserve">(4:33) [23:21:53] </w:t>
      </w:r>
      <w:r>
        <w:rPr>
          <w:rFonts w:ascii="Times New Roman" w:hAnsi="Times New Roman"/>
          <w:b/>
          <w:sz w:val="24"/>
        </w:rPr>
        <w:t>Isaiah Rodriguez:</w:t>
      </w:r>
      <w:r>
        <w:rPr>
          <w:rFonts w:ascii="Times New Roman" w:hAnsi="Times New Roman"/>
          <w:b w:val="0"/>
          <w:sz w:val="24"/>
        </w:rPr>
        <w:t xml:space="preserve"> So that's where I'm just trying to go, I'm trying to go to the house, and that's it.</w:t>
      </w:r>
    </w:p>
    <w:p>
      <w:pPr>
        <w:spacing w:before="0" w:after="0" w:line="276" w:lineRule="exact"/>
      </w:pPr>
      <w:r>
        <w:rPr>
          <w:rFonts w:ascii="Times New Roman" w:hAnsi="Times New Roman"/>
          <w:b w:val="0"/>
          <w:sz w:val="24"/>
        </w:rPr>
        <w:t xml:space="preserve">(4:33) [23:21:53] </w:t>
      </w:r>
      <w:r>
        <w:rPr>
          <w:rFonts w:ascii="Times New Roman" w:hAnsi="Times New Roman"/>
          <w:b/>
          <w:sz w:val="24"/>
        </w:rPr>
        <w:t>Officer Williams:</w:t>
      </w:r>
      <w:r>
        <w:rPr>
          <w:rFonts w:ascii="Times New Roman" w:hAnsi="Times New Roman"/>
          <w:b w:val="0"/>
          <w:sz w:val="24"/>
        </w:rPr>
        <w:t xml:space="preserve"> Okay, I got you, man. Yeah, I get you.</w:t>
      </w:r>
    </w:p>
    <w:p>
      <w:pPr>
        <w:spacing w:before="0" w:after="0" w:line="276" w:lineRule="exact"/>
      </w:pPr>
      <w:r>
        <w:rPr>
          <w:rFonts w:ascii="Times New Roman" w:hAnsi="Times New Roman"/>
          <w:b w:val="0"/>
          <w:sz w:val="24"/>
        </w:rPr>
        <w:t xml:space="preserve">(4:34) [23:21:54] </w:t>
      </w:r>
      <w:r>
        <w:rPr>
          <w:rFonts w:ascii="Times New Roman" w:hAnsi="Times New Roman"/>
          <w:b/>
          <w:sz w:val="24"/>
        </w:rPr>
        <w:t>Officer Williams:</w:t>
      </w:r>
      <w:r>
        <w:rPr>
          <w:rFonts w:ascii="Times New Roman" w:hAnsi="Times New Roman"/>
          <w:b w:val="0"/>
          <w:sz w:val="24"/>
        </w:rPr>
        <w:t xml:space="preserve"> And where's she at right now? Is she at the house?</w:t>
      </w:r>
    </w:p>
    <w:p>
      <w:pPr>
        <w:spacing w:before="0" w:after="0" w:line="276" w:lineRule="exact"/>
      </w:pPr>
      <w:r>
        <w:rPr>
          <w:rFonts w:ascii="Times New Roman" w:hAnsi="Times New Roman"/>
          <w:b w:val="0"/>
          <w:sz w:val="24"/>
        </w:rPr>
        <w:t xml:space="preserve">(4:35) [23:21:55] </w:t>
      </w:r>
      <w:r>
        <w:rPr>
          <w:rFonts w:ascii="Times New Roman" w:hAnsi="Times New Roman"/>
          <w:b/>
          <w:sz w:val="24"/>
        </w:rPr>
        <w:t>Isaiah Rodriguez:</w:t>
      </w:r>
      <w:r>
        <w:rPr>
          <w:rFonts w:ascii="Times New Roman" w:hAnsi="Times New Roman"/>
          <w:b w:val="0"/>
          <w:sz w:val="24"/>
        </w:rPr>
        <w:t xml:space="preserve"> I don't know, she just said she found a ride to my mom's house to go pick up the kids and she was going back home, so that's where I'm trying to go, I'm trying to go to the house.</w:t>
      </w:r>
    </w:p>
    <w:p>
      <w:pPr>
        <w:spacing w:before="0" w:after="0" w:line="276" w:lineRule="exact"/>
      </w:pPr>
      <w:r>
        <w:rPr>
          <w:rFonts w:ascii="Times New Roman" w:hAnsi="Times New Roman"/>
          <w:b w:val="0"/>
          <w:sz w:val="24"/>
        </w:rPr>
        <w:t xml:space="preserve">(4:46) [23:22:06] </w:t>
      </w:r>
      <w:r>
        <w:rPr>
          <w:rFonts w:ascii="Times New Roman" w:hAnsi="Times New Roman"/>
          <w:b/>
          <w:sz w:val="24"/>
        </w:rPr>
        <w:t>Officer Williams:</w:t>
      </w:r>
      <w:r>
        <w:rPr>
          <w:rFonts w:ascii="Times New Roman" w:hAnsi="Times New Roman"/>
          <w:b w:val="0"/>
          <w:sz w:val="24"/>
        </w:rPr>
        <w:t xml:space="preserve"> Yeah, I got you.</w:t>
      </w:r>
    </w:p>
    <w:p>
      <w:pPr>
        <w:spacing w:before="0" w:after="0" w:line="276" w:lineRule="exact"/>
      </w:pPr>
      <w:r>
        <w:rPr>
          <w:rFonts w:ascii="Times New Roman" w:hAnsi="Times New Roman"/>
          <w:b w:val="0"/>
          <w:sz w:val="24"/>
        </w:rPr>
        <w:t xml:space="preserve">(4:49) [23:22:09] </w:t>
      </w:r>
      <w:r>
        <w:rPr>
          <w:rFonts w:ascii="Times New Roman" w:hAnsi="Times New Roman"/>
          <w:b/>
          <w:sz w:val="24"/>
        </w:rPr>
        <w:t>Officer Williams:</w:t>
      </w:r>
      <w:r>
        <w:rPr>
          <w:rFonts w:ascii="Times New Roman" w:hAnsi="Times New Roman"/>
          <w:b w:val="0"/>
          <w:sz w:val="24"/>
        </w:rPr>
        <w:t xml:space="preserve"> Before a whole bunch of other stuff starts happening, you know what I'm saying?</w:t>
      </w:r>
    </w:p>
    <w:p>
      <w:pPr>
        <w:spacing w:before="0" w:after="0" w:line="276" w:lineRule="exact"/>
      </w:pPr>
      <w:r>
        <w:rPr>
          <w:rFonts w:ascii="Times New Roman" w:hAnsi="Times New Roman"/>
          <w:b w:val="0"/>
          <w:sz w:val="24"/>
        </w:rPr>
        <w:t xml:space="preserve">(4:50) [23:22:10] </w:t>
      </w:r>
      <w:r>
        <w:rPr>
          <w:rFonts w:ascii="Times New Roman" w:hAnsi="Times New Roman"/>
          <w:b/>
          <w:sz w:val="24"/>
        </w:rPr>
        <w:t>Officer Williams:</w:t>
      </w:r>
      <w:r>
        <w:rPr>
          <w:rFonts w:ascii="Times New Roman" w:hAnsi="Times New Roman"/>
          <w:b w:val="0"/>
          <w:sz w:val="24"/>
        </w:rPr>
        <w:t xml:space="preserve"> No, I got you, I got you.</w:t>
      </w:r>
    </w:p>
    <w:p>
      <w:pPr>
        <w:spacing w:before="0" w:after="0" w:line="276" w:lineRule="exact"/>
      </w:pPr>
      <w:r>
        <w:rPr>
          <w:rFonts w:ascii="Times New Roman" w:hAnsi="Times New Roman"/>
          <w:b w:val="0"/>
          <w:sz w:val="24"/>
        </w:rPr>
        <w:t xml:space="preserve">(4:52) [23:22:12] </w:t>
      </w:r>
      <w:r>
        <w:rPr>
          <w:rFonts w:ascii="Times New Roman" w:hAnsi="Times New Roman"/>
          <w:b/>
          <w:sz w:val="24"/>
        </w:rPr>
        <w:t>Isaiah Rodriguez:</w:t>
      </w:r>
      <w:r>
        <w:rPr>
          <w:rFonts w:ascii="Times New Roman" w:hAnsi="Times New Roman"/>
          <w:b w:val="0"/>
          <w:sz w:val="24"/>
        </w:rPr>
        <w:t xml:space="preserve"> I'm picking up my wallet, sir.</w:t>
      </w:r>
    </w:p>
    <w:p>
      <w:pPr>
        <w:spacing w:before="0" w:after="0" w:line="276" w:lineRule="exact"/>
      </w:pPr>
      <w:r>
        <w:rPr>
          <w:rFonts w:ascii="Times New Roman" w:hAnsi="Times New Roman"/>
          <w:b w:val="0"/>
          <w:sz w:val="24"/>
        </w:rPr>
        <w:t xml:space="preserve">(4:53) [23:22:13] </w:t>
      </w:r>
      <w:r>
        <w:rPr>
          <w:rFonts w:ascii="Times New Roman" w:hAnsi="Times New Roman"/>
          <w:b/>
          <w:sz w:val="24"/>
        </w:rPr>
        <w:t>Officer Williams:</w:t>
      </w:r>
      <w:r>
        <w:rPr>
          <w:rFonts w:ascii="Times New Roman" w:hAnsi="Times New Roman"/>
          <w:b w:val="0"/>
          <w:sz w:val="24"/>
        </w:rPr>
        <w:t xml:space="preserve"> Okay, I got you, man.</w:t>
      </w:r>
    </w:p>
    <w:p>
      <w:pPr>
        <w:spacing w:before="0" w:after="0" w:line="276" w:lineRule="exact"/>
      </w:pPr>
      <w:r>
        <w:rPr>
          <w:rFonts w:ascii="Times New Roman" w:hAnsi="Times New Roman"/>
          <w:b w:val="0"/>
          <w:sz w:val="24"/>
        </w:rPr>
        <w:t xml:space="preserve">(4:55) [23:22:15] </w:t>
      </w:r>
      <w:r>
        <w:rPr>
          <w:rFonts w:ascii="Times New Roman" w:hAnsi="Times New Roman"/>
          <w:b/>
          <w:sz w:val="24"/>
        </w:rPr>
        <w:t>Isaiah Rodriguez:</w:t>
      </w:r>
      <w:r>
        <w:rPr>
          <w:rFonts w:ascii="Times New Roman" w:hAnsi="Times New Roman"/>
          <w:b w:val="0"/>
          <w:sz w:val="24"/>
        </w:rPr>
        <w:t xml:space="preserve"> But yeah, but other than that, yeah, that's about it, sir.</w:t>
      </w:r>
    </w:p>
    <w:p>
      <w:pPr>
        <w:spacing w:before="0" w:after="0" w:line="276" w:lineRule="exact"/>
      </w:pPr>
      <w:r>
        <w:rPr>
          <w:rFonts w:ascii="Times New Roman" w:hAnsi="Times New Roman"/>
          <w:b w:val="0"/>
          <w:sz w:val="24"/>
        </w:rPr>
        <w:t xml:space="preserve">(4:57) [23:22:17] </w:t>
      </w:r>
      <w:r>
        <w:rPr>
          <w:rFonts w:ascii="Times New Roman" w:hAnsi="Times New Roman"/>
          <w:b/>
          <w:sz w:val="24"/>
        </w:rPr>
        <w:t>Officer Williams:</w:t>
      </w:r>
      <w:r>
        <w:rPr>
          <w:rFonts w:ascii="Times New Roman" w:hAnsi="Times New Roman"/>
          <w:b w:val="0"/>
          <w:sz w:val="24"/>
        </w:rPr>
        <w:t xml:space="preserve"> What you do for work, bud?</w:t>
      </w:r>
    </w:p>
    <w:p>
      <w:pPr>
        <w:spacing w:before="0" w:after="0" w:line="276" w:lineRule="exact"/>
      </w:pPr>
      <w:r>
        <w:rPr>
          <w:rFonts w:ascii="Times New Roman" w:hAnsi="Times New Roman"/>
          <w:b w:val="0"/>
          <w:sz w:val="24"/>
        </w:rPr>
        <w:t xml:space="preserve">(5:01) [23:22:21] </w:t>
      </w:r>
      <w:r>
        <w:rPr>
          <w:rFonts w:ascii="Times New Roman" w:hAnsi="Times New Roman"/>
          <w:b/>
          <w:sz w:val="24"/>
        </w:rPr>
        <w:t>Isaiah Rodriguez:</w:t>
      </w:r>
      <w:r>
        <w:rPr>
          <w:rFonts w:ascii="Times New Roman" w:hAnsi="Times New Roman"/>
          <w:b w:val="0"/>
          <w:sz w:val="24"/>
        </w:rPr>
        <w:t xml:space="preserve"> Uh, I work right here with, uh, Ron -- Black Landscaping.</w:t>
      </w:r>
    </w:p>
    <w:p>
      <w:pPr>
        <w:spacing w:before="0" w:after="0" w:line="276" w:lineRule="exact"/>
      </w:pPr>
      <w:r>
        <w:rPr>
          <w:rFonts w:ascii="Times New Roman" w:hAnsi="Times New Roman"/>
          <w:b w:val="0"/>
          <w:sz w:val="24"/>
        </w:rPr>
        <w:t xml:space="preserve">(5:07) [23:22:27] </w:t>
      </w:r>
      <w:r>
        <w:rPr>
          <w:rFonts w:ascii="Times New Roman" w:hAnsi="Times New Roman"/>
          <w:b/>
          <w:sz w:val="24"/>
        </w:rPr>
        <w:t>Officer Williams:</w:t>
      </w:r>
      <w:r>
        <w:rPr>
          <w:rFonts w:ascii="Times New Roman" w:hAnsi="Times New Roman"/>
          <w:b w:val="0"/>
          <w:sz w:val="24"/>
        </w:rPr>
        <w:t xml:space="preserve"> What you do out there?</w:t>
      </w:r>
    </w:p>
    <w:p>
      <w:pPr>
        <w:spacing w:before="0" w:after="0" w:line="276" w:lineRule="exact"/>
      </w:pPr>
      <w:r>
        <w:rPr>
          <w:rFonts w:ascii="Times New Roman" w:hAnsi="Times New Roman"/>
          <w:b w:val="0"/>
          <w:sz w:val="24"/>
        </w:rPr>
        <w:t xml:space="preserve">(5:15) [23:22:35] </w:t>
      </w:r>
      <w:r>
        <w:rPr>
          <w:rFonts w:ascii="Times New Roman" w:hAnsi="Times New Roman"/>
          <w:b/>
          <w:sz w:val="24"/>
        </w:rPr>
        <w:t>Isaiah Rodriguez:</w:t>
      </w:r>
      <w:r>
        <w:rPr>
          <w:rFonts w:ascii="Times New Roman" w:hAnsi="Times New Roman"/>
          <w:b w:val="0"/>
          <w:sz w:val="24"/>
        </w:rPr>
        <w:t xml:space="preserve"> Uh, just uh, whatever we have to do that day, you know, fertilize, mow yards, uh, stuff like that, that's about it, you know what I'm saying?</w:t>
      </w:r>
    </w:p>
    <w:p>
      <w:pPr>
        <w:spacing w:before="0" w:after="0" w:line="276" w:lineRule="exact"/>
      </w:pPr>
      <w:r>
        <w:rPr>
          <w:rFonts w:ascii="Times New Roman" w:hAnsi="Times New Roman"/>
          <w:b w:val="0"/>
          <w:sz w:val="24"/>
        </w:rPr>
        <w:t xml:space="preserve">(5:26) [23:22:46] </w:t>
      </w:r>
      <w:r>
        <w:rPr>
          <w:rFonts w:ascii="Times New Roman" w:hAnsi="Times New Roman"/>
          <w:b/>
          <w:sz w:val="24"/>
        </w:rPr>
        <w:t>Isaiah Rodriguez:</w:t>
      </w:r>
      <w:r>
        <w:rPr>
          <w:rFonts w:ascii="Times New Roman" w:hAnsi="Times New Roman"/>
          <w:b w:val="0"/>
          <w:sz w:val="24"/>
        </w:rPr>
        <w:t xml:space="preserve"> Yeah, nothing else, that's about it, sir.</w:t>
      </w:r>
    </w:p>
    <w:p>
      <w:pPr>
        <w:spacing w:before="0" w:after="0" w:line="276" w:lineRule="exact"/>
      </w:pPr>
      <w:r>
        <w:rPr>
          <w:rFonts w:ascii="Times New Roman" w:hAnsi="Times New Roman"/>
          <w:b w:val="0"/>
          <w:sz w:val="24"/>
        </w:rPr>
        <w:t xml:space="preserve">(5:26) [23:22:46] </w:t>
      </w:r>
      <w:r>
        <w:rPr>
          <w:rFonts w:ascii="Times New Roman" w:hAnsi="Times New Roman"/>
          <w:b/>
          <w:sz w:val="24"/>
        </w:rPr>
        <w:t>Isaiah Rodriguez:</w:t>
      </w:r>
      <w:r>
        <w:rPr>
          <w:rFonts w:ascii="Times New Roman" w:hAnsi="Times New Roman"/>
          <w:b w:val="0"/>
          <w:sz w:val="24"/>
        </w:rPr>
        <w:t xml:space="preserve"> You mind if I relight my cigarette?</w:t>
      </w:r>
    </w:p>
    <w:p>
      <w:pPr>
        <w:spacing w:before="0" w:after="0" w:line="276" w:lineRule="exact"/>
      </w:pPr>
      <w:r>
        <w:rPr>
          <w:rFonts w:ascii="Times New Roman" w:hAnsi="Times New Roman"/>
          <w:b w:val="0"/>
          <w:sz w:val="24"/>
        </w:rPr>
        <w:t xml:space="preserve">(5:28) [23:22:48] </w:t>
      </w:r>
      <w:r>
        <w:rPr>
          <w:rFonts w:ascii="Times New Roman" w:hAnsi="Times New Roman"/>
          <w:b/>
          <w:sz w:val="24"/>
        </w:rPr>
        <w:t>Officer Williams:</w:t>
      </w:r>
      <w:r>
        <w:rPr>
          <w:rFonts w:ascii="Times New Roman" w:hAnsi="Times New Roman"/>
          <w:b w:val="0"/>
          <w:sz w:val="24"/>
        </w:rPr>
        <w:t xml:space="preserve"> What you got over there to relight it with?</w:t>
      </w:r>
    </w:p>
    <w:p>
      <w:pPr>
        <w:spacing w:before="0" w:after="0" w:line="276" w:lineRule="exact"/>
      </w:pPr>
      <w:r>
        <w:rPr>
          <w:rFonts w:ascii="Times New Roman" w:hAnsi="Times New Roman"/>
          <w:b w:val="0"/>
          <w:sz w:val="24"/>
        </w:rPr>
        <w:t xml:space="preserve">(5:31) [23:22:51] </w:t>
      </w:r>
      <w:r>
        <w:rPr>
          <w:rFonts w:ascii="Times New Roman" w:hAnsi="Times New Roman"/>
          <w:b/>
          <w:sz w:val="24"/>
        </w:rPr>
        <w:t>Officer Williams:</w:t>
      </w:r>
      <w:r>
        <w:rPr>
          <w:rFonts w:ascii="Times New Roman" w:hAnsi="Times New Roman"/>
          <w:b w:val="0"/>
          <w:sz w:val="24"/>
        </w:rPr>
        <w:t xml:space="preserve"> Well, hey, just right now, don't be reachin' around for me, okay?</w:t>
      </w:r>
    </w:p>
    <w:p>
      <w:pPr>
        <w:spacing w:before="0" w:after="0" w:line="276" w:lineRule="exact"/>
      </w:pPr>
      <w:r>
        <w:rPr>
          <w:rFonts w:ascii="Times New Roman" w:hAnsi="Times New Roman"/>
          <w:b w:val="0"/>
          <w:sz w:val="24"/>
        </w:rPr>
        <w:t xml:space="preserve">(5:32) [23:22:52] </w:t>
      </w:r>
      <w:r>
        <w:rPr>
          <w:rFonts w:ascii="Times New Roman" w:hAnsi="Times New Roman"/>
          <w:b/>
          <w:sz w:val="24"/>
        </w:rPr>
        <w:t>Isaiah Rodriguez:</w:t>
      </w:r>
      <w:r>
        <w:rPr>
          <w:rFonts w:ascii="Times New Roman" w:hAnsi="Times New Roman"/>
          <w:b w:val="0"/>
          <w:sz w:val="24"/>
        </w:rPr>
        <w:t xml:space="preserve"> I just throw it out there, sir.</w:t>
      </w:r>
    </w:p>
    <w:p>
      <w:pPr>
        <w:spacing w:before="0" w:after="0" w:line="276" w:lineRule="exact"/>
      </w:pPr>
      <w:r>
        <w:rPr>
          <w:rFonts w:ascii="Times New Roman" w:hAnsi="Times New Roman"/>
          <w:b w:val="0"/>
          <w:sz w:val="24"/>
        </w:rPr>
        <w:t xml:space="preserve">(5:32) [23:22:52] </w:t>
      </w:r>
      <w:r>
        <w:rPr>
          <w:rFonts w:ascii="Times New Roman" w:hAnsi="Times New Roman"/>
          <w:b/>
          <w:sz w:val="24"/>
        </w:rPr>
        <w:t>Officer Williams:</w:t>
      </w:r>
      <w:r>
        <w:rPr>
          <w:rFonts w:ascii="Times New Roman" w:hAnsi="Times New Roman"/>
          <w:b w:val="0"/>
          <w:sz w:val="24"/>
        </w:rPr>
        <w:t xml:space="preserve"> I got you. I appreciate it, man.</w:t>
      </w:r>
    </w:p>
    <w:p>
      <w:pPr>
        <w:spacing w:before="0" w:after="0" w:line="276" w:lineRule="exact"/>
      </w:pPr>
      <w:r>
        <w:rPr>
          <w:rFonts w:ascii="Times New Roman" w:hAnsi="Times New Roman"/>
          <w:b w:val="0"/>
          <w:sz w:val="24"/>
        </w:rPr>
        <w:t xml:space="preserve">(5:34) [23:22:54]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(5:36) [23:22:56] </w:t>
      </w:r>
      <w:r>
        <w:rPr>
          <w:rFonts w:ascii="Times New Roman" w:hAnsi="Times New Roman"/>
          <w:b/>
          <w:sz w:val="24"/>
        </w:rPr>
        <w:t>Officer Williams:</w:t>
      </w:r>
      <w:r>
        <w:rPr>
          <w:rFonts w:ascii="Times New Roman" w:hAnsi="Times New Roman"/>
          <w:b w:val="0"/>
          <w:sz w:val="24"/>
        </w:rPr>
        <w:t xml:space="preserve"> I just don't want anybody reachin' around the car. It's just a safety thing, man.</w:t>
      </w:r>
    </w:p>
    <w:p>
      <w:pPr>
        <w:spacing w:before="0" w:after="0" w:line="276" w:lineRule="exact"/>
      </w:pPr>
      <w:r>
        <w:rPr>
          <w:rFonts w:ascii="Times New Roman" w:hAnsi="Times New Roman"/>
          <w:b w:val="0"/>
          <w:sz w:val="24"/>
        </w:rPr>
        <w:t xml:space="preserve">(5:37) [23:22:57] </w:t>
      </w:r>
      <w:r>
        <w:rPr>
          <w:rFonts w:ascii="Times New Roman" w:hAnsi="Times New Roman"/>
          <w:b/>
          <w:sz w:val="24"/>
        </w:rPr>
        <w:t>Isaiah Rodriguez:</w:t>
      </w:r>
      <w:r>
        <w:rPr>
          <w:rFonts w:ascii="Times New Roman" w:hAnsi="Times New Roman"/>
          <w:b w:val="0"/>
          <w:sz w:val="24"/>
        </w:rPr>
        <w:t xml:space="preserve"> Okay. That's fine.</w:t>
      </w:r>
    </w:p>
    <w:p>
      <w:pPr>
        <w:spacing w:before="0" w:after="0" w:line="276" w:lineRule="exact"/>
      </w:pPr>
      <w:r>
        <w:rPr>
          <w:rFonts w:ascii="Times New Roman" w:hAnsi="Times New Roman"/>
          <w:b w:val="0"/>
          <w:sz w:val="24"/>
        </w:rPr>
        <w:t xml:space="preserve">(5:39) [23:22:59] </w:t>
      </w:r>
      <w:r>
        <w:rPr>
          <w:rFonts w:ascii="Times New Roman" w:hAnsi="Times New Roman"/>
          <w:b/>
          <w:sz w:val="24"/>
        </w:rPr>
        <w:t>Isaiah Rodriguez:</w:t>
      </w:r>
      <w:r>
        <w:rPr>
          <w:rFonts w:ascii="Times New Roman" w:hAnsi="Times New Roman"/>
          <w:b w:val="0"/>
          <w:sz w:val="24"/>
        </w:rPr>
        <w:t xml:space="preserve"> That's it, man. As long as... I guess she's gonna go back there and do her stuff and then... and a little bit of... She'll probably check and see if I got warrants and stuff.</w:t>
      </w:r>
    </w:p>
    <w:p>
      <w:pPr>
        <w:spacing w:before="0" w:after="0" w:line="276" w:lineRule="exact"/>
      </w:pPr>
      <w:r>
        <w:rPr>
          <w:rFonts w:ascii="Times New Roman" w:hAnsi="Times New Roman"/>
          <w:b w:val="0"/>
          <w:sz w:val="24"/>
        </w:rPr>
        <w:t xml:space="preserve">(5:47) [23:23:07] </w:t>
      </w:r>
      <w:r>
        <w:rPr>
          <w:rFonts w:ascii="Times New Roman" w:hAnsi="Times New Roman"/>
          <w:b/>
          <w:sz w:val="24"/>
        </w:rPr>
        <w:t>Isaiah Rodriguez:</w:t>
      </w:r>
      <w:r>
        <w:rPr>
          <w:rFonts w:ascii="Times New Roman" w:hAnsi="Times New Roman"/>
          <w:b w:val="0"/>
          <w:sz w:val="24"/>
        </w:rPr>
        <w:t xml:space="preserve"> That's what it is.</w:t>
      </w:r>
    </w:p>
    <w:p>
      <w:pPr>
        <w:spacing w:before="0" w:after="0" w:line="276" w:lineRule="exact"/>
      </w:pPr>
      <w:r>
        <w:rPr>
          <w:rFonts w:ascii="Times New Roman" w:hAnsi="Times New Roman"/>
          <w:b w:val="0"/>
          <w:sz w:val="24"/>
        </w:rPr>
        <w:t xml:space="preserve">(5:49) [23:23:09] </w:t>
      </w:r>
      <w:r>
        <w:rPr>
          <w:rFonts w:ascii="Times New Roman" w:hAnsi="Times New Roman"/>
          <w:b/>
          <w:sz w:val="24"/>
        </w:rPr>
        <w:t>Officer Williams:</w:t>
      </w:r>
      <w:r>
        <w:rPr>
          <w:rFonts w:ascii="Times New Roman" w:hAnsi="Times New Roman"/>
          <w:b w:val="0"/>
          <w:sz w:val="24"/>
        </w:rPr>
        <w:t xml:space="preserve"> Well, we gotta check for all that stuff on top of other stuff, right?</w:t>
      </w:r>
    </w:p>
    <w:p>
      <w:pPr>
        <w:spacing w:before="0" w:after="0" w:line="276" w:lineRule="exact"/>
      </w:pPr>
      <w:r>
        <w:rPr>
          <w:rFonts w:ascii="Times New Roman" w:hAnsi="Times New Roman"/>
          <w:b w:val="0"/>
          <w:sz w:val="24"/>
        </w:rPr>
        <w:t xml:space="preserve">(5:53) [23:23:13] </w:t>
      </w:r>
      <w:r>
        <w:rPr>
          <w:rFonts w:ascii="Times New Roman" w:hAnsi="Times New Roman"/>
          <w:b/>
          <w:sz w:val="24"/>
        </w:rPr>
        <w:t>Officer Williams:</w:t>
      </w:r>
      <w:r>
        <w:rPr>
          <w:rFonts w:ascii="Times New Roman" w:hAnsi="Times New Roman"/>
          <w:b w:val="0"/>
          <w:sz w:val="24"/>
        </w:rPr>
        <w:t xml:space="preserve"> But I'm sure as long as everything checks out, man, you're gonna be on your way here in just a second, okay?</w:t>
      </w:r>
    </w:p>
    <w:p>
      <w:pPr>
        <w:spacing w:before="0" w:after="0" w:line="276" w:lineRule="exact"/>
      </w:pPr>
      <w:r>
        <w:rPr>
          <w:rFonts w:ascii="Times New Roman" w:hAnsi="Times New Roman"/>
          <w:b w:val="0"/>
          <w:sz w:val="24"/>
        </w:rPr>
        <w:t xml:space="preserve">(5:56) [23:23:16] </w:t>
      </w:r>
      <w:r>
        <w:rPr>
          <w:rFonts w:ascii="Times New Roman" w:hAnsi="Times New Roman"/>
          <w:b/>
          <w:sz w:val="24"/>
        </w:rPr>
        <w:t>Isaiah Rodriguez:</w:t>
      </w:r>
      <w:r>
        <w:rPr>
          <w:rFonts w:ascii="Times New Roman" w:hAnsi="Times New Roman"/>
          <w:b w:val="0"/>
          <w:sz w:val="24"/>
        </w:rPr>
        <w:t xml:space="preserve"> Yeah, I'm tryin' to make it right there at the Belmont, sir.</w:t>
      </w:r>
    </w:p>
    <w:p>
      <w:pPr>
        <w:spacing w:before="0" w:after="0" w:line="276" w:lineRule="exact"/>
      </w:pPr>
      <w:r>
        <w:rPr>
          <w:rFonts w:ascii="Times New Roman" w:hAnsi="Times New Roman"/>
          <w:b w:val="0"/>
          <w:sz w:val="24"/>
        </w:rPr>
        <w:t xml:space="preserve">(5:56) [23:23:16] </w:t>
      </w:r>
      <w:r>
        <w:rPr>
          <w:rFonts w:ascii="Times New Roman" w:hAnsi="Times New Roman"/>
          <w:b/>
          <w:sz w:val="24"/>
        </w:rPr>
        <w:t>Officer Williams:</w:t>
      </w:r>
      <w:r>
        <w:rPr>
          <w:rFonts w:ascii="Times New Roman" w:hAnsi="Times New Roman"/>
          <w:b w:val="0"/>
          <w:sz w:val="24"/>
        </w:rPr>
        <w:t xml:space="preserve"> I got you, man. I got you.</w:t>
      </w:r>
    </w:p>
    <w:p>
      <w:pPr>
        <w:spacing w:before="0" w:after="0" w:line="276" w:lineRule="exact"/>
      </w:pPr>
      <w:r>
        <w:rPr>
          <w:rFonts w:ascii="Times New Roman" w:hAnsi="Times New Roman"/>
          <w:b w:val="0"/>
          <w:sz w:val="24"/>
        </w:rPr>
        <w:t xml:space="preserve">(5:58) [23:23:18] </w:t>
      </w:r>
      <w:r>
        <w:rPr>
          <w:rFonts w:ascii="Times New Roman" w:hAnsi="Times New Roman"/>
          <w:b/>
          <w:sz w:val="24"/>
        </w:rPr>
        <w:t>Isaiah Rodriguez:</w:t>
      </w:r>
      <w:r>
        <w:rPr>
          <w:rFonts w:ascii="Times New Roman" w:hAnsi="Times New Roman"/>
          <w:b w:val="0"/>
          <w:sz w:val="24"/>
        </w:rPr>
        <w:t xml:space="preserve"> That's it, man. I don't even know why my wife started trippin', man.</w:t>
      </w:r>
    </w:p>
    <w:p>
      <w:pPr>
        <w:spacing w:before="0" w:after="0" w:line="276" w:lineRule="exact"/>
      </w:pPr>
      <w:r>
        <w:rPr>
          <w:rFonts w:ascii="Times New Roman" w:hAnsi="Times New Roman"/>
          <w:b w:val="0"/>
          <w:sz w:val="24"/>
        </w:rPr>
        <w:t xml:space="preserve">(6:05) [23:23:25] </w:t>
      </w:r>
      <w:r>
        <w:rPr>
          <w:rFonts w:ascii="Times New Roman" w:hAnsi="Times New Roman"/>
          <w:b/>
          <w:sz w:val="24"/>
        </w:rPr>
        <w:t>Isaiah Rodriguez:</w:t>
      </w:r>
      <w:r>
        <w:rPr>
          <w:rFonts w:ascii="Times New Roman" w:hAnsi="Times New Roman"/>
          <w:b w:val="0"/>
          <w:sz w:val="24"/>
        </w:rPr>
        <w:t xml:space="preserve"> We were supposed to go watch the Fantastic Four after that. My homeboy just opened the Horseshoe, and that was it, man.</w:t>
      </w:r>
    </w:p>
    <w:p>
      <w:pPr>
        <w:spacing w:before="0" w:after="0" w:line="276" w:lineRule="exact"/>
      </w:pPr>
      <w:r>
        <w:rPr>
          <w:rFonts w:ascii="Times New Roman" w:hAnsi="Times New Roman"/>
          <w:b w:val="0"/>
          <w:sz w:val="24"/>
        </w:rPr>
        <w:t xml:space="preserve">(6:33) [23:23:53]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(6:35) [23:23:55] </w:t>
      </w:r>
      <w:r>
        <w:rPr>
          <w:rFonts w:ascii="Times New Roman" w:hAnsi="Times New Roman"/>
          <w:b/>
          <w:sz w:val="24"/>
        </w:rPr>
        <w:t>Officer Williams:</w:t>
      </w:r>
      <w:r>
        <w:rPr>
          <w:rFonts w:ascii="Times New Roman" w:hAnsi="Times New Roman"/>
          <w:b w:val="0"/>
          <w:sz w:val="24"/>
        </w:rPr>
        <w:t xml:space="preserve"> How long you got left on probation?</w:t>
      </w:r>
    </w:p>
    <w:p>
      <w:pPr>
        <w:spacing w:before="0" w:after="0" w:line="276" w:lineRule="exact"/>
      </w:pPr>
      <w:r>
        <w:rPr>
          <w:rFonts w:ascii="Times New Roman" w:hAnsi="Times New Roman"/>
          <w:b w:val="0"/>
          <w:sz w:val="24"/>
        </w:rPr>
        <w:t xml:space="preserve">(6:37) [23:23:57] </w:t>
      </w:r>
      <w:r>
        <w:rPr>
          <w:rFonts w:ascii="Times New Roman" w:hAnsi="Times New Roman"/>
          <w:b/>
          <w:sz w:val="24"/>
        </w:rPr>
        <w:t>Isaiah Rodriguez:</w:t>
      </w:r>
      <w:r>
        <w:rPr>
          <w:rFonts w:ascii="Times New Roman" w:hAnsi="Times New Roman"/>
          <w:b w:val="0"/>
          <w:sz w:val="24"/>
        </w:rPr>
        <w:t xml:space="preserve"> I get off at '27, sir.</w:t>
      </w:r>
    </w:p>
    <w:p>
      <w:pPr>
        <w:spacing w:before="0" w:after="0" w:line="276" w:lineRule="exact"/>
      </w:pPr>
      <w:r>
        <w:rPr>
          <w:rFonts w:ascii="Times New Roman" w:hAnsi="Times New Roman"/>
          <w:b w:val="0"/>
          <w:sz w:val="24"/>
        </w:rPr>
        <w:t xml:space="preserve">(6:38) [23:23:58] </w:t>
      </w:r>
      <w:r>
        <w:rPr>
          <w:rFonts w:ascii="Times New Roman" w:hAnsi="Times New Roman"/>
          <w:b/>
          <w:sz w:val="24"/>
        </w:rPr>
        <w:t>Officer Williams:</w:t>
      </w:r>
      <w:r>
        <w:rPr>
          <w:rFonts w:ascii="Times New Roman" w:hAnsi="Times New Roman"/>
          <w:b w:val="0"/>
          <w:sz w:val="24"/>
        </w:rPr>
        <w:t xml:space="preserve"> Okay, so you're pretty close to being done.</w:t>
      </w:r>
    </w:p>
    <w:p>
      <w:pPr>
        <w:spacing w:before="0" w:after="0" w:line="276" w:lineRule="exact"/>
      </w:pPr>
      <w:r>
        <w:rPr>
          <w:rFonts w:ascii="Times New Roman" w:hAnsi="Times New Roman"/>
          <w:b w:val="0"/>
          <w:sz w:val="24"/>
        </w:rPr>
        <w:t xml:space="preserve">(6:38) [23:23:58]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(6:41) [23:24:01] </w:t>
      </w:r>
      <w:r>
        <w:rPr>
          <w:rFonts w:ascii="Times New Roman" w:hAnsi="Times New Roman"/>
          <w:b/>
          <w:sz w:val="24"/>
        </w:rPr>
        <w:t>Isaiah Rodriguez:</w:t>
      </w:r>
      <w:r>
        <w:rPr>
          <w:rFonts w:ascii="Times New Roman" w:hAnsi="Times New Roman"/>
          <w:b w:val="0"/>
          <w:sz w:val="24"/>
        </w:rPr>
        <w:t xml:space="preserve"> I try to stay out of trouble, sir. I work, you know what I'm saying?</w:t>
      </w:r>
    </w:p>
    <w:p>
      <w:pPr>
        <w:spacing w:before="0" w:after="0" w:line="276" w:lineRule="exact"/>
      </w:pPr>
      <w:r>
        <w:rPr>
          <w:rFonts w:ascii="Times New Roman" w:hAnsi="Times New Roman"/>
          <w:b w:val="0"/>
          <w:sz w:val="24"/>
        </w:rPr>
        <w:t xml:space="preserve">(6:43) [23:24:03]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(6:48) [23:24:08] </w:t>
      </w:r>
      <w:r>
        <w:rPr>
          <w:rFonts w:ascii="Times New Roman" w:hAnsi="Times New Roman"/>
          <w:b/>
          <w:sz w:val="24"/>
        </w:rPr>
        <w:t>Isaiah Rodriguez:</w:t>
      </w:r>
      <w:r>
        <w:rPr>
          <w:rFonts w:ascii="Times New Roman" w:hAnsi="Times New Roman"/>
          <w:b w:val="0"/>
          <w:sz w:val="24"/>
        </w:rPr>
        <w:t xml:space="preserve"> Yeah, really, I don't really, I go to the bars just to play pool, bro, and drink sodas, you know. I don't like to drink, you know what I'm saying?</w:t>
      </w:r>
    </w:p>
    <w:p>
      <w:pPr>
        <w:spacing w:before="0" w:after="0" w:line="276" w:lineRule="exact"/>
      </w:pPr>
      <w:r>
        <w:rPr>
          <w:rFonts w:ascii="Times New Roman" w:hAnsi="Times New Roman"/>
          <w:b w:val="0"/>
          <w:sz w:val="24"/>
        </w:rPr>
        <w:t xml:space="preserve">(6:52) [23:24:12] </w:t>
      </w:r>
      <w:r>
        <w:rPr>
          <w:rFonts w:ascii="Times New Roman" w:hAnsi="Times New Roman"/>
          <w:b/>
          <w:sz w:val="24"/>
        </w:rPr>
        <w:t>Isaiah Rodriguez:</w:t>
      </w:r>
      <w:r>
        <w:rPr>
          <w:rFonts w:ascii="Times New Roman" w:hAnsi="Times New Roman"/>
          <w:b w:val="0"/>
          <w:sz w:val="24"/>
        </w:rPr>
        <w:t xml:space="preserve"> All the other stuff is irrelevant, bro. I used to be bad on dope. My first wife passed away in 2018 on a brain tumor, you know what I'm saying? So, ever since then, I've tried to kill myself with dope and heroin.</w:t>
      </w:r>
    </w:p>
    <w:p>
      <w:pPr>
        <w:spacing w:before="0" w:after="0" w:line="276" w:lineRule="exact"/>
      </w:pPr>
      <w:r>
        <w:rPr>
          <w:rFonts w:ascii="Times New Roman" w:hAnsi="Times New Roman"/>
          <w:b w:val="0"/>
          <w:sz w:val="24"/>
        </w:rPr>
        <w:t xml:space="preserve">(7:03) [23:24:23] </w:t>
      </w:r>
      <w:r>
        <w:rPr>
          <w:rFonts w:ascii="Times New Roman" w:hAnsi="Times New Roman"/>
          <w:b/>
          <w:sz w:val="24"/>
        </w:rPr>
        <w:t>Officer Williams:</w:t>
      </w:r>
      <w:r>
        <w:rPr>
          <w:rFonts w:ascii="Times New Roman" w:hAnsi="Times New Roman"/>
          <w:b w:val="0"/>
          <w:sz w:val="24"/>
        </w:rPr>
        <w:t xml:space="preserve"> I got you, man.</w:t>
      </w:r>
    </w:p>
    <w:p>
      <w:pPr>
        <w:spacing w:before="0" w:after="0" w:line="276" w:lineRule="exact"/>
      </w:pPr>
      <w:r>
        <w:rPr>
          <w:rFonts w:ascii="Times New Roman" w:hAnsi="Times New Roman"/>
          <w:b w:val="0"/>
          <w:sz w:val="24"/>
        </w:rPr>
        <w:t xml:space="preserve">(7:05) [23:24:25] </w:t>
      </w:r>
      <w:r>
        <w:rPr>
          <w:rFonts w:ascii="Times New Roman" w:hAnsi="Times New Roman"/>
          <w:b/>
          <w:sz w:val="24"/>
        </w:rPr>
        <w:t>Officer Williams:</w:t>
      </w:r>
      <w:r>
        <w:rPr>
          <w:rFonts w:ascii="Times New Roman" w:hAnsi="Times New Roman"/>
          <w:b w:val="0"/>
          <w:sz w:val="24"/>
        </w:rPr>
        <w:t xml:space="preserve"> Well, when's the last time you used?</w:t>
      </w:r>
    </w:p>
    <w:p>
      <w:pPr>
        <w:spacing w:before="0" w:after="0" w:line="276" w:lineRule="exact"/>
      </w:pPr>
      <w:r>
        <w:rPr>
          <w:rFonts w:ascii="Times New Roman" w:hAnsi="Times New Roman"/>
          <w:b w:val="0"/>
          <w:sz w:val="24"/>
        </w:rPr>
        <w:t xml:space="preserve">(7:06) [23:24:26] </w:t>
      </w:r>
      <w:r>
        <w:rPr>
          <w:rFonts w:ascii="Times New Roman" w:hAnsi="Times New Roman"/>
          <w:b/>
          <w:sz w:val="24"/>
        </w:rPr>
        <w:t>Isaiah Rodriguez:</w:t>
      </w:r>
      <w:r>
        <w:rPr>
          <w:rFonts w:ascii="Times New Roman" w:hAnsi="Times New Roman"/>
          <w:b w:val="0"/>
          <w:sz w:val="24"/>
        </w:rPr>
        <w:t xml:space="preserve"> The last time I used?</w:t>
      </w:r>
    </w:p>
    <w:p>
      <w:pPr>
        <w:spacing w:before="0" w:after="0" w:line="276" w:lineRule="exact"/>
      </w:pPr>
      <w:r>
        <w:rPr>
          <w:rFonts w:ascii="Times New Roman" w:hAnsi="Times New Roman"/>
          <w:b w:val="0"/>
          <w:sz w:val="24"/>
        </w:rPr>
        <w:t xml:space="preserve">(7:08) [23:24:28] </w:t>
      </w:r>
      <w:r>
        <w:rPr>
          <w:rFonts w:ascii="Times New Roman" w:hAnsi="Times New Roman"/>
          <w:b/>
          <w:sz w:val="24"/>
        </w:rPr>
        <w:t>Officer Williams:</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(7:10) [23:24:30] </w:t>
      </w:r>
      <w:r>
        <w:rPr>
          <w:rFonts w:ascii="Times New Roman" w:hAnsi="Times New Roman"/>
          <w:b/>
          <w:sz w:val="24"/>
        </w:rPr>
        <w:t>Isaiah Rodriguez:</w:t>
      </w:r>
      <w:r>
        <w:rPr>
          <w:rFonts w:ascii="Times New Roman" w:hAnsi="Times New Roman"/>
          <w:b w:val="0"/>
          <w:sz w:val="24"/>
        </w:rPr>
        <w:t xml:space="preserve"> I spent a while, bro, because I'm on probation, you know what I'm saying?</w:t>
      </w:r>
    </w:p>
    <w:p>
      <w:pPr>
        <w:spacing w:before="0" w:after="0" w:line="276" w:lineRule="exact"/>
      </w:pPr>
      <w:r>
        <w:rPr>
          <w:rFonts w:ascii="Times New Roman" w:hAnsi="Times New Roman"/>
          <w:b w:val="0"/>
          <w:sz w:val="24"/>
        </w:rPr>
        <w:t xml:space="preserve">(7:10) [23:24:30] </w:t>
      </w:r>
      <w:r>
        <w:rPr>
          <w:rFonts w:ascii="Times New Roman" w:hAnsi="Times New Roman"/>
          <w:b/>
          <w:sz w:val="24"/>
        </w:rPr>
        <w:t>Officer Williams:</w:t>
      </w:r>
      <w:r>
        <w:rPr>
          <w:rFonts w:ascii="Times New Roman" w:hAnsi="Times New Roman"/>
          <w:b w:val="0"/>
          <w:sz w:val="24"/>
        </w:rPr>
        <w:t xml:space="preserve"> I got you. Well, when you say a while?</w:t>
      </w:r>
    </w:p>
    <w:p>
      <w:pPr>
        <w:spacing w:before="0" w:after="0" w:line="276" w:lineRule="exact"/>
      </w:pPr>
      <w:r>
        <w:rPr>
          <w:rFonts w:ascii="Times New Roman" w:hAnsi="Times New Roman"/>
          <w:b w:val="0"/>
          <w:sz w:val="24"/>
        </w:rPr>
        <w:t xml:space="preserve">(7:12) [23:24:32] </w:t>
      </w:r>
      <w:r>
        <w:rPr>
          <w:rFonts w:ascii="Times New Roman" w:hAnsi="Times New Roman"/>
          <w:b/>
          <w:sz w:val="24"/>
        </w:rPr>
        <w:t>Isaiah Rodriguez:</w:t>
      </w:r>
      <w:r>
        <w:rPr>
          <w:rFonts w:ascii="Times New Roman" w:hAnsi="Times New Roman"/>
          <w:b w:val="0"/>
          <w:sz w:val="24"/>
        </w:rPr>
        <w:t xml:space="preserve"> Two years ago.</w:t>
      </w:r>
    </w:p>
    <w:p>
      <w:pPr>
        <w:spacing w:before="0" w:after="0" w:line="276" w:lineRule="exact"/>
      </w:pPr>
      <w:r>
        <w:rPr>
          <w:rFonts w:ascii="Times New Roman" w:hAnsi="Times New Roman"/>
          <w:b w:val="0"/>
          <w:sz w:val="24"/>
        </w:rPr>
        <w:t xml:space="preserve">(7:13) [23:24:33] </w:t>
      </w:r>
      <w:r>
        <w:rPr>
          <w:rFonts w:ascii="Times New Roman" w:hAnsi="Times New Roman"/>
          <w:b/>
          <w:sz w:val="24"/>
        </w:rPr>
        <w:t>Officer Williams:</w:t>
      </w:r>
      <w:r>
        <w:rPr>
          <w:rFonts w:ascii="Times New Roman" w:hAnsi="Times New Roman"/>
          <w:b w:val="0"/>
          <w:sz w:val="24"/>
        </w:rPr>
        <w:t xml:space="preserve"> Two years ago?</w:t>
      </w:r>
    </w:p>
    <w:p>
      <w:pPr>
        <w:spacing w:before="0" w:after="0" w:line="276" w:lineRule="exact"/>
      </w:pPr>
      <w:r>
        <w:rPr>
          <w:rFonts w:ascii="Times New Roman" w:hAnsi="Times New Roman"/>
          <w:b w:val="0"/>
          <w:sz w:val="24"/>
        </w:rPr>
        <w:t xml:space="preserve">(7:13) [23:24:33] </w:t>
      </w:r>
      <w:r>
        <w:rPr>
          <w:rFonts w:ascii="Times New Roman" w:hAnsi="Times New Roman"/>
          <w:b/>
          <w:sz w:val="24"/>
        </w:rPr>
        <w:t>Isaiah Rodriguez:</w:t>
      </w:r>
      <w:r>
        <w:rPr>
          <w:rFonts w:ascii="Times New Roman" w:hAnsi="Times New Roman"/>
          <w:b w:val="0"/>
          <w:sz w:val="24"/>
        </w:rPr>
        <w:t xml:space="preserve"> I smoked some weed, bro.</w:t>
      </w:r>
    </w:p>
    <w:p>
      <w:pPr>
        <w:spacing w:before="0" w:after="0" w:line="276" w:lineRule="exact"/>
      </w:pPr>
      <w:r>
        <w:rPr>
          <w:rFonts w:ascii="Times New Roman" w:hAnsi="Times New Roman"/>
          <w:b w:val="0"/>
          <w:sz w:val="24"/>
        </w:rPr>
        <w:t xml:space="preserve">(7:14) [23:24:34] </w:t>
      </w:r>
      <w:r>
        <w:rPr>
          <w:rFonts w:ascii="Times New Roman" w:hAnsi="Times New Roman"/>
          <w:b/>
          <w:sz w:val="24"/>
        </w:rPr>
        <w:t>Officer Williams:</w:t>
      </w:r>
      <w:r>
        <w:rPr>
          <w:rFonts w:ascii="Times New Roman" w:hAnsi="Times New Roman"/>
          <w:b w:val="0"/>
          <w:sz w:val="24"/>
        </w:rPr>
        <w:t xml:space="preserve"> Okay, I got you.</w:t>
      </w:r>
    </w:p>
    <w:p>
      <w:pPr>
        <w:spacing w:before="0" w:after="0" w:line="276" w:lineRule="exact"/>
      </w:pPr>
      <w:r>
        <w:rPr>
          <w:rFonts w:ascii="Times New Roman" w:hAnsi="Times New Roman"/>
          <w:b w:val="0"/>
          <w:sz w:val="24"/>
        </w:rPr>
        <w:t xml:space="preserve">(7:16) [23:24:36] </w:t>
      </w:r>
      <w:r>
        <w:rPr>
          <w:rFonts w:ascii="Times New Roman" w:hAnsi="Times New Roman"/>
          <w:b/>
          <w:sz w:val="24"/>
        </w:rPr>
        <w:t>Officer Williams:</w:t>
      </w:r>
      <w:r>
        <w:rPr>
          <w:rFonts w:ascii="Times New Roman" w:hAnsi="Times New Roman"/>
          <w:b w:val="0"/>
          <w:sz w:val="24"/>
        </w:rPr>
        <w:t xml:space="preserve"> When's the last time you used methamphetamine?</w:t>
      </w:r>
    </w:p>
    <w:p>
      <w:pPr>
        <w:spacing w:before="0" w:after="0" w:line="276" w:lineRule="exact"/>
      </w:pPr>
      <w:r>
        <w:rPr>
          <w:rFonts w:ascii="Times New Roman" w:hAnsi="Times New Roman"/>
          <w:b w:val="0"/>
          <w:sz w:val="24"/>
        </w:rPr>
        <w:t xml:space="preserve">(7:18) [23:24:38] </w:t>
      </w:r>
      <w:r>
        <w:rPr>
          <w:rFonts w:ascii="Times New Roman" w:hAnsi="Times New Roman"/>
          <w:b/>
          <w:sz w:val="24"/>
        </w:rPr>
        <w:t>Isaiah Rodriguez:</w:t>
      </w:r>
      <w:r>
        <w:rPr>
          <w:rFonts w:ascii="Times New Roman" w:hAnsi="Times New Roman"/>
          <w:b w:val="0"/>
          <w:sz w:val="24"/>
        </w:rPr>
        <w:t xml:space="preserve"> Oh, I don't mess with that stuff no more, bro.</w:t>
      </w:r>
    </w:p>
    <w:p>
      <w:pPr>
        <w:spacing w:before="0" w:after="0" w:line="276" w:lineRule="exact"/>
      </w:pPr>
      <w:r>
        <w:rPr>
          <w:rFonts w:ascii="Times New Roman" w:hAnsi="Times New Roman"/>
          <w:b w:val="0"/>
          <w:sz w:val="24"/>
        </w:rPr>
        <w:t xml:space="preserve">(7:20) [23:24:40] </w:t>
      </w:r>
      <w:r>
        <w:rPr>
          <w:rFonts w:ascii="Times New Roman" w:hAnsi="Times New Roman"/>
          <w:b/>
          <w:sz w:val="24"/>
        </w:rPr>
        <w:t>Officer Williams:</w:t>
      </w:r>
      <w:r>
        <w:rPr>
          <w:rFonts w:ascii="Times New Roman" w:hAnsi="Times New Roman"/>
          <w:b w:val="0"/>
          <w:sz w:val="24"/>
        </w:rPr>
        <w:t xml:space="preserve"> I thought you said you did dope.</w:t>
      </w:r>
    </w:p>
    <w:p>
      <w:pPr>
        <w:spacing w:before="0" w:after="0" w:line="276" w:lineRule="exact"/>
      </w:pPr>
      <w:r>
        <w:rPr>
          <w:rFonts w:ascii="Times New Roman" w:hAnsi="Times New Roman"/>
          <w:b w:val="0"/>
          <w:sz w:val="24"/>
        </w:rPr>
        <w:t xml:space="preserve">(7:21) [23:24:41] </w:t>
      </w:r>
      <w:r>
        <w:rPr>
          <w:rFonts w:ascii="Times New Roman" w:hAnsi="Times New Roman"/>
          <w:b/>
          <w:sz w:val="24"/>
        </w:rPr>
        <w:t>Isaiah Rodriguez:</w:t>
      </w:r>
      <w:r>
        <w:rPr>
          <w:rFonts w:ascii="Times New Roman" w:hAnsi="Times New Roman"/>
          <w:b w:val="0"/>
          <w:sz w:val="24"/>
        </w:rPr>
        <w:t xml:space="preserve"> Yeah, I did.</w:t>
      </w:r>
    </w:p>
    <w:p>
      <w:pPr>
        <w:spacing w:before="0" w:after="0" w:line="276" w:lineRule="exact"/>
      </w:pPr>
      <w:r>
        <w:rPr>
          <w:rFonts w:ascii="Times New Roman" w:hAnsi="Times New Roman"/>
          <w:b w:val="0"/>
          <w:sz w:val="24"/>
        </w:rPr>
        <w:t xml:space="preserve">(7:24) [23:24:44] </w:t>
      </w:r>
      <w:r>
        <w:rPr>
          <w:rFonts w:ascii="Times New Roman" w:hAnsi="Times New Roman"/>
          <w:b/>
          <w:sz w:val="24"/>
        </w:rPr>
        <w:t>Officer Williams:</w:t>
      </w:r>
      <w:r>
        <w:rPr>
          <w:rFonts w:ascii="Times New Roman" w:hAnsi="Times New Roman"/>
          <w:b w:val="0"/>
          <w:sz w:val="24"/>
        </w:rPr>
        <w:t xml:space="preserve"> But you're saying, when's the last time I used methamphetamine? You know what I'm saying?</w:t>
      </w:r>
    </w:p>
    <w:p>
      <w:pPr>
        <w:spacing w:before="0" w:after="0" w:line="276" w:lineRule="exact"/>
      </w:pPr>
      <w:r>
        <w:rPr>
          <w:rFonts w:ascii="Times New Roman" w:hAnsi="Times New Roman"/>
          <w:b w:val="0"/>
          <w:sz w:val="24"/>
        </w:rPr>
        <w:t xml:space="preserve">(7:26) [23:24:46] </w:t>
      </w:r>
      <w:r>
        <w:rPr>
          <w:rFonts w:ascii="Times New Roman" w:hAnsi="Times New Roman"/>
          <w:b/>
          <w:sz w:val="24"/>
        </w:rPr>
        <w:t>Isaiah Rodriguez:</w:t>
      </w:r>
      <w:r>
        <w:rPr>
          <w:rFonts w:ascii="Times New Roman" w:hAnsi="Times New Roman"/>
          <w:b w:val="0"/>
          <w:sz w:val="24"/>
        </w:rPr>
        <w:t xml:space="preserve"> I don't mess with that.</w:t>
      </w:r>
    </w:p>
    <w:p>
      <w:pPr>
        <w:spacing w:before="0" w:after="0" w:line="276" w:lineRule="exact"/>
      </w:pPr>
      <w:r>
        <w:rPr>
          <w:rFonts w:ascii="Times New Roman" w:hAnsi="Times New Roman"/>
          <w:b w:val="0"/>
          <w:sz w:val="24"/>
        </w:rPr>
        <w:t xml:space="preserve">(7:29) [23:24:49] </w:t>
      </w:r>
      <w:r>
        <w:rPr>
          <w:rFonts w:ascii="Times New Roman" w:hAnsi="Times New Roman"/>
          <w:b/>
          <w:sz w:val="24"/>
        </w:rPr>
        <w:t>Officer Williams:</w:t>
      </w:r>
      <w:r>
        <w:rPr>
          <w:rFonts w:ascii="Times New Roman" w:hAnsi="Times New Roman"/>
          <w:b w:val="0"/>
          <w:sz w:val="24"/>
        </w:rPr>
        <w:t xml:space="preserve"> Well, nowadays dope is considered methamphetamine.</w:t>
      </w:r>
    </w:p>
    <w:p>
      <w:pPr>
        <w:spacing w:before="0" w:after="0" w:line="276" w:lineRule="exact"/>
      </w:pPr>
      <w:r>
        <w:rPr>
          <w:rFonts w:ascii="Times New Roman" w:hAnsi="Times New Roman"/>
          <w:b w:val="0"/>
          <w:sz w:val="24"/>
        </w:rPr>
        <w:t xml:space="preserve">(7:30) [23:24:50] </w:t>
      </w:r>
      <w:r>
        <w:rPr>
          <w:rFonts w:ascii="Times New Roman" w:hAnsi="Times New Roman"/>
          <w:b/>
          <w:sz w:val="24"/>
        </w:rPr>
        <w:t>Isaiah Rodriguez:</w:t>
      </w:r>
      <w:r>
        <w:rPr>
          <w:rFonts w:ascii="Times New Roman" w:hAnsi="Times New Roman"/>
          <w:b w:val="0"/>
          <w:sz w:val="24"/>
        </w:rPr>
        <w:t xml:space="preserve"> What do you mean, dope?</w:t>
      </w:r>
    </w:p>
    <w:p>
      <w:pPr>
        <w:spacing w:before="0" w:after="0" w:line="276" w:lineRule="exact"/>
      </w:pPr>
      <w:r>
        <w:rPr>
          <w:rFonts w:ascii="Times New Roman" w:hAnsi="Times New Roman"/>
          <w:b w:val="0"/>
          <w:sz w:val="24"/>
        </w:rPr>
        <w:t xml:space="preserve">(7:30) [23:24:50] </w:t>
      </w:r>
      <w:r>
        <w:rPr>
          <w:rFonts w:ascii="Times New Roman" w:hAnsi="Times New Roman"/>
          <w:b/>
          <w:sz w:val="24"/>
        </w:rPr>
        <w:t>Officer Williams:</w:t>
      </w:r>
      <w:r>
        <w:rPr>
          <w:rFonts w:ascii="Times New Roman" w:hAnsi="Times New Roman"/>
          <w:b w:val="0"/>
          <w:sz w:val="24"/>
        </w:rPr>
        <w:t xml:space="preserve"> Dope.</w:t>
      </w:r>
    </w:p>
    <w:p>
      <w:pPr>
        <w:spacing w:before="0" w:after="0" w:line="276" w:lineRule="exact"/>
      </w:pPr>
      <w:r>
        <w:rPr>
          <w:rFonts w:ascii="Times New Roman" w:hAnsi="Times New Roman"/>
          <w:b w:val="0"/>
          <w:sz w:val="24"/>
        </w:rPr>
        <w:t xml:space="preserve">(7:32) [23:24:52] </w:t>
      </w:r>
      <w:r>
        <w:rPr>
          <w:rFonts w:ascii="Times New Roman" w:hAnsi="Times New Roman"/>
          <w:b/>
          <w:sz w:val="24"/>
        </w:rPr>
        <w:t>Officer Williams:</w:t>
      </w:r>
      <w:r>
        <w:rPr>
          <w:rFonts w:ascii="Times New Roman" w:hAnsi="Times New Roman"/>
          <w:b w:val="0"/>
          <w:sz w:val="24"/>
        </w:rPr>
        <w:t xml:space="preserve"> So you said you used dope a while back, correct?</w:t>
      </w:r>
    </w:p>
    <w:p>
      <w:pPr>
        <w:spacing w:before="0" w:after="0" w:line="276" w:lineRule="exact"/>
      </w:pPr>
      <w:r>
        <w:rPr>
          <w:rFonts w:ascii="Times New Roman" w:hAnsi="Times New Roman"/>
          <w:b w:val="0"/>
          <w:sz w:val="24"/>
        </w:rPr>
        <w:t xml:space="preserve">(7:33) [23:24:53] </w:t>
      </w:r>
      <w:r>
        <w:rPr>
          <w:rFonts w:ascii="Times New Roman" w:hAnsi="Times New Roman"/>
          <w:b/>
          <w:sz w:val="24"/>
        </w:rPr>
        <w:t>Isaiah Rodriguez:</w:t>
      </w:r>
      <w:r>
        <w:rPr>
          <w:rFonts w:ascii="Times New Roman" w:hAnsi="Times New Roman"/>
          <w:b w:val="0"/>
          <w:sz w:val="24"/>
        </w:rPr>
        <w:t xml:space="preserve"> No, no, no.</w:t>
      </w:r>
    </w:p>
    <w:p>
      <w:pPr>
        <w:spacing w:before="0" w:after="0" w:line="276" w:lineRule="exact"/>
      </w:pPr>
      <w:r>
        <w:rPr>
          <w:rFonts w:ascii="Times New Roman" w:hAnsi="Times New Roman"/>
          <w:b w:val="0"/>
          <w:sz w:val="24"/>
        </w:rPr>
        <w:t xml:space="preserve">(7:36) [23:24:56] </w:t>
      </w:r>
      <w:r>
        <w:rPr>
          <w:rFonts w:ascii="Times New Roman" w:hAnsi="Times New Roman"/>
          <w:b/>
          <w:sz w:val="24"/>
        </w:rPr>
        <w:t>Isaiah Rodriguez:</w:t>
      </w:r>
      <w:r>
        <w:rPr>
          <w:rFonts w:ascii="Times New Roman" w:hAnsi="Times New Roman"/>
          <w:b w:val="0"/>
          <w:sz w:val="24"/>
        </w:rPr>
        <w:t xml:space="preserve"> You asked when's the last time I used methamphetamine.</w:t>
      </w:r>
    </w:p>
    <w:p>
      <w:pPr>
        <w:spacing w:before="0" w:after="0" w:line="276" w:lineRule="exact"/>
      </w:pPr>
      <w:r>
        <w:rPr>
          <w:rFonts w:ascii="Times New Roman" w:hAnsi="Times New Roman"/>
          <w:b w:val="0"/>
          <w:sz w:val="24"/>
        </w:rPr>
        <w:t xml:space="preserve">(7:40) [23:25:00] </w:t>
      </w:r>
      <w:r>
        <w:rPr>
          <w:rFonts w:ascii="Times New Roman" w:hAnsi="Times New Roman"/>
          <w:b/>
          <w:sz w:val="24"/>
        </w:rPr>
        <w:t>Officer Williams:</w:t>
      </w:r>
      <w:r>
        <w:rPr>
          <w:rFonts w:ascii="Times New Roman" w:hAnsi="Times New Roman"/>
          <w:b w:val="0"/>
          <w:sz w:val="24"/>
        </w:rPr>
        <w:t xml:space="preserve"> No sir, I asked when's the last time you used, and you said I used dope a while back.</w:t>
      </w:r>
    </w:p>
    <w:p>
      <w:pPr>
        <w:spacing w:before="0" w:after="0" w:line="276" w:lineRule="exact"/>
      </w:pPr>
      <w:r>
        <w:rPr>
          <w:rFonts w:ascii="Times New Roman" w:hAnsi="Times New Roman"/>
          <w:b w:val="0"/>
          <w:sz w:val="24"/>
        </w:rPr>
        <w:t xml:space="preserve">(7:41) [23:25:01] </w:t>
      </w:r>
      <w:r>
        <w:rPr>
          <w:rFonts w:ascii="Times New Roman" w:hAnsi="Times New Roman"/>
          <w:b/>
          <w:sz w:val="24"/>
        </w:rPr>
        <w:t>Isaiah Rodriguez:</w:t>
      </w:r>
      <w:r>
        <w:rPr>
          <w:rFonts w:ascii="Times New Roman" w:hAnsi="Times New Roman"/>
          <w:b w:val="0"/>
          <w:sz w:val="24"/>
        </w:rPr>
        <w:t xml:space="preserve"> I'm talking bout weed, sir.</w:t>
      </w:r>
    </w:p>
    <w:p>
      <w:pPr>
        <w:spacing w:before="0" w:after="0" w:line="276" w:lineRule="exact"/>
      </w:pPr>
      <w:r>
        <w:rPr>
          <w:rFonts w:ascii="Times New Roman" w:hAnsi="Times New Roman"/>
          <w:b w:val="0"/>
          <w:sz w:val="24"/>
        </w:rPr>
        <w:t xml:space="preserve">(7:42) [23:25:02] </w:t>
      </w:r>
      <w:r>
        <w:rPr>
          <w:rFonts w:ascii="Times New Roman" w:hAnsi="Times New Roman"/>
          <w:b/>
          <w:sz w:val="24"/>
        </w:rPr>
        <w:t>Officer Williams:</w:t>
      </w:r>
      <w:r>
        <w:rPr>
          <w:rFonts w:ascii="Times New Roman" w:hAnsi="Times New Roman"/>
          <w:b w:val="0"/>
          <w:sz w:val="24"/>
        </w:rPr>
        <w:t xml:space="preserve"> Okay, I got you.</w:t>
      </w:r>
    </w:p>
    <w:p>
      <w:pPr>
        <w:spacing w:before="0" w:after="0" w:line="276" w:lineRule="exact"/>
      </w:pPr>
      <w:r>
        <w:rPr>
          <w:rFonts w:ascii="Times New Roman" w:hAnsi="Times New Roman"/>
          <w:b w:val="0"/>
          <w:sz w:val="24"/>
        </w:rPr>
        <w:t xml:space="preserve">(7:42) [23:25:02] </w:t>
      </w:r>
      <w:r>
        <w:rPr>
          <w:rFonts w:ascii="Times New Roman" w:hAnsi="Times New Roman"/>
          <w:b/>
          <w:sz w:val="24"/>
        </w:rPr>
        <w:t>Isaiah Rodriguez:</w:t>
      </w:r>
      <w:r>
        <w:rPr>
          <w:rFonts w:ascii="Times New Roman" w:hAnsi="Times New Roman"/>
          <w:b w:val="0"/>
          <w:sz w:val="24"/>
        </w:rPr>
        <w:t xml:space="preserve"> Yeah, yeah. I'm talking bout weed, yeah.</w:t>
      </w:r>
    </w:p>
    <w:p>
      <w:pPr>
        <w:spacing w:before="0" w:after="0" w:line="276" w:lineRule="exact"/>
      </w:pPr>
      <w:r>
        <w:rPr>
          <w:rFonts w:ascii="Times New Roman" w:hAnsi="Times New Roman"/>
          <w:b w:val="0"/>
          <w:sz w:val="24"/>
        </w:rPr>
        <w:t xml:space="preserve">(7:43) [23:25:03]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(7:44) [23:25:04] </w:t>
      </w:r>
      <w:r>
        <w:rPr>
          <w:rFonts w:ascii="Times New Roman" w:hAnsi="Times New Roman"/>
          <w:b/>
          <w:sz w:val="24"/>
        </w:rPr>
        <w:t>Isaiah Rodriguez:</w:t>
      </w:r>
      <w:r>
        <w:rPr>
          <w:rFonts w:ascii="Times New Roman" w:hAnsi="Times New Roman"/>
          <w:b w:val="0"/>
          <w:sz w:val="24"/>
        </w:rPr>
        <w:t xml:space="preserve"> I'm talking bout weed.</w:t>
      </w:r>
    </w:p>
    <w:p>
      <w:pPr>
        <w:spacing w:before="0" w:after="0" w:line="276" w:lineRule="exact"/>
      </w:pPr>
      <w:r>
        <w:rPr>
          <w:rFonts w:ascii="Times New Roman" w:hAnsi="Times New Roman"/>
          <w:b w:val="0"/>
          <w:sz w:val="24"/>
        </w:rPr>
        <w:t xml:space="preserve">(7:52) [23:25:12] </w:t>
      </w:r>
      <w:r>
        <w:rPr>
          <w:rFonts w:ascii="Times New Roman" w:hAnsi="Times New Roman"/>
          <w:b/>
          <w:sz w:val="24"/>
        </w:rPr>
        <w:t>Officer Williams:</w:t>
      </w:r>
      <w:r>
        <w:rPr>
          <w:rFonts w:ascii="Times New Roman" w:hAnsi="Times New Roman"/>
          <w:b w:val="0"/>
          <w:sz w:val="24"/>
        </w:rPr>
        <w:t xml:space="preserve"> Things have since changed, when nowadays if somebody says they used the term dope, that means meth.</w:t>
      </w:r>
    </w:p>
    <w:p>
      <w:pPr>
        <w:spacing w:before="0" w:after="0" w:line="276" w:lineRule="exact"/>
      </w:pPr>
      <w:r>
        <w:rPr>
          <w:rFonts w:ascii="Times New Roman" w:hAnsi="Times New Roman"/>
          <w:b w:val="0"/>
          <w:sz w:val="24"/>
        </w:rPr>
        <w:t xml:space="preserve">(7:53) [23:25:13] </w:t>
      </w:r>
      <w:r>
        <w:rPr>
          <w:rFonts w:ascii="Times New Roman" w:hAnsi="Times New Roman"/>
          <w:b/>
          <w:sz w:val="24"/>
        </w:rPr>
        <w:t>Isaiah Rodriguez:</w:t>
      </w:r>
      <w:r>
        <w:rPr>
          <w:rFonts w:ascii="Times New Roman" w:hAnsi="Times New Roman"/>
          <w:b w:val="0"/>
          <w:sz w:val="24"/>
        </w:rPr>
        <w:t xml:space="preserve"> Oh, okay, yeah, yeah, nah. Nah, to me, dope is weed, bro.</w:t>
      </w:r>
    </w:p>
    <w:p>
      <w:pPr>
        <w:spacing w:before="0" w:after="0" w:line="276" w:lineRule="exact"/>
      </w:pPr>
      <w:r>
        <w:rPr>
          <w:rFonts w:ascii="Times New Roman" w:hAnsi="Times New Roman"/>
          <w:b w:val="0"/>
          <w:sz w:val="24"/>
        </w:rPr>
        <w:t xml:space="preserve">(7:56) [23:25:16]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(7:59) [23:25:19] </w:t>
      </w:r>
      <w:r>
        <w:rPr>
          <w:rFonts w:ascii="Times New Roman" w:hAnsi="Times New Roman"/>
          <w:b/>
          <w:sz w:val="24"/>
        </w:rPr>
        <w:t>Isaiah Rodriguez:</w:t>
      </w:r>
      <w:r>
        <w:rPr>
          <w:rFonts w:ascii="Times New Roman" w:hAnsi="Times New Roman"/>
          <w:b w:val="0"/>
          <w:sz w:val="24"/>
        </w:rPr>
        <w:t xml:space="preserve"> Methamphetamine is meth, you know what I'm saying?</w:t>
      </w:r>
    </w:p>
    <w:p>
      <w:pPr>
        <w:spacing w:before="0" w:after="0" w:line="276" w:lineRule="exact"/>
      </w:pPr>
      <w:r>
        <w:rPr>
          <w:rFonts w:ascii="Times New Roman" w:hAnsi="Times New Roman"/>
          <w:b w:val="0"/>
          <w:sz w:val="24"/>
        </w:rPr>
        <w:t xml:space="preserve">(8:00) [23:25:20] </w:t>
      </w:r>
      <w:r>
        <w:rPr>
          <w:rFonts w:ascii="Times New Roman" w:hAnsi="Times New Roman"/>
          <w:b/>
          <w:sz w:val="24"/>
        </w:rPr>
        <w:t>Officer Williams:</w:t>
      </w:r>
      <w:r>
        <w:rPr>
          <w:rFonts w:ascii="Times New Roman" w:hAnsi="Times New Roman"/>
          <w:b w:val="0"/>
          <w:sz w:val="24"/>
        </w:rPr>
        <w:t xml:space="preserve"> Yeah, I got you. I got you.</w:t>
      </w:r>
    </w:p>
    <w:p>
      <w:pPr>
        <w:spacing w:before="0" w:after="0" w:line="276" w:lineRule="exact"/>
      </w:pPr>
      <w:r>
        <w:rPr>
          <w:rFonts w:ascii="Times New Roman" w:hAnsi="Times New Roman"/>
          <w:b w:val="0"/>
          <w:sz w:val="24"/>
        </w:rPr>
        <w:t xml:space="preserve">(8:04) [23:25:24] </w:t>
      </w:r>
      <w:r>
        <w:rPr>
          <w:rFonts w:ascii="Times New Roman" w:hAnsi="Times New Roman"/>
          <w:b/>
          <w:sz w:val="24"/>
        </w:rPr>
        <w:t>Isaiah Rodriguez:</w:t>
      </w:r>
      <w:r>
        <w:rPr>
          <w:rFonts w:ascii="Times New Roman" w:hAnsi="Times New Roman"/>
          <w:b w:val="0"/>
          <w:sz w:val="24"/>
        </w:rPr>
        <w:t xml:space="preserve"> You mind if I answer this call, or is my sister not really?</w:t>
      </w:r>
    </w:p>
    <w:p>
      <w:pPr>
        <w:spacing w:before="0" w:after="0" w:line="276" w:lineRule="exact"/>
      </w:pPr>
      <w:r>
        <w:rPr>
          <w:rFonts w:ascii="Times New Roman" w:hAnsi="Times New Roman"/>
          <w:b w:val="0"/>
          <w:sz w:val="24"/>
        </w:rPr>
        <w:t xml:space="preserve">(8:05) [23:25:25] </w:t>
      </w:r>
      <w:r>
        <w:rPr>
          <w:rFonts w:ascii="Times New Roman" w:hAnsi="Times New Roman"/>
          <w:b/>
          <w:sz w:val="24"/>
        </w:rPr>
        <w:t>Officer Williams:</w:t>
      </w:r>
      <w:r>
        <w:rPr>
          <w:rFonts w:ascii="Times New Roman" w:hAnsi="Times New Roman"/>
          <w:b w:val="0"/>
          <w:sz w:val="24"/>
        </w:rPr>
        <w:t xml:space="preserve"> She hung up, it sounds like.</w:t>
      </w:r>
    </w:p>
    <w:p>
      <w:pPr>
        <w:spacing w:before="0" w:after="0" w:line="276" w:lineRule="exact"/>
      </w:pPr>
      <w:r>
        <w:rPr>
          <w:rFonts w:ascii="Times New Roman" w:hAnsi="Times New Roman"/>
          <w:b w:val="0"/>
          <w:sz w:val="24"/>
        </w:rPr>
        <w:t xml:space="preserve">(8:07) [23:25:27] </w:t>
      </w:r>
      <w:r>
        <w:rPr>
          <w:rFonts w:ascii="Times New Roman" w:hAnsi="Times New Roman"/>
          <w:b/>
          <w:sz w:val="24"/>
        </w:rPr>
        <w:t>Officer Williams:</w:t>
      </w:r>
      <w:r>
        <w:rPr>
          <w:rFonts w:ascii="Times New Roman" w:hAnsi="Times New Roman"/>
          <w:b w:val="0"/>
          <w:sz w:val="24"/>
        </w:rPr>
        <w:t xml:space="preserve"> Okay, well, I mean, that's what I'm saying. They're trying to probably figure out what's going on, sir.</w:t>
      </w:r>
    </w:p>
    <w:p>
      <w:pPr>
        <w:spacing w:before="0" w:after="0" w:line="276" w:lineRule="exact"/>
      </w:pPr>
      <w:r>
        <w:rPr>
          <w:rFonts w:ascii="Times New Roman" w:hAnsi="Times New Roman"/>
          <w:b w:val="0"/>
          <w:sz w:val="24"/>
        </w:rPr>
        <w:t xml:space="preserve">(8:11) [23:25:31] </w:t>
      </w:r>
      <w:r>
        <w:rPr>
          <w:rFonts w:ascii="Times New Roman" w:hAnsi="Times New Roman"/>
          <w:b/>
          <w:sz w:val="24"/>
        </w:rPr>
        <w:t>Officer Williams:</w:t>
      </w:r>
      <w:r>
        <w:rPr>
          <w:rFonts w:ascii="Times New Roman" w:hAnsi="Times New Roman"/>
          <w:b w:val="0"/>
          <w:sz w:val="24"/>
        </w:rPr>
        <w:t xml:space="preserve"> What's the insurance?</w:t>
      </w:r>
    </w:p>
    <w:p>
      <w:pPr>
        <w:spacing w:before="0" w:after="0" w:line="276" w:lineRule="exact"/>
      </w:pPr>
      <w:r>
        <w:rPr>
          <w:rFonts w:ascii="Times New Roman" w:hAnsi="Times New Roman"/>
          <w:b w:val="0"/>
          <w:sz w:val="24"/>
        </w:rPr>
        <w:t xml:space="preserve">(8:11) [23:25:31] </w:t>
      </w:r>
      <w:r>
        <w:rPr>
          <w:rFonts w:ascii="Times New Roman" w:hAnsi="Times New Roman"/>
          <w:b/>
          <w:sz w:val="24"/>
        </w:rPr>
        <w:t>Isaiah Rodriguez:</w:t>
      </w:r>
      <w:r>
        <w:rPr>
          <w:rFonts w:ascii="Times New Roman" w:hAnsi="Times New Roman"/>
          <w:b w:val="0"/>
          <w:sz w:val="24"/>
        </w:rPr>
        <w:t xml:space="preserve"> Huh?</w:t>
      </w:r>
    </w:p>
    <w:p>
      <w:pPr>
        <w:spacing w:before="0" w:after="0" w:line="276" w:lineRule="exact"/>
      </w:pPr>
      <w:r>
        <w:rPr>
          <w:rFonts w:ascii="Times New Roman" w:hAnsi="Times New Roman"/>
          <w:b w:val="0"/>
          <w:sz w:val="24"/>
        </w:rPr>
        <w:t xml:space="preserve">(8:14) [23:25:34] </w:t>
      </w:r>
      <w:r>
        <w:rPr>
          <w:rFonts w:ascii="Times New Roman" w:hAnsi="Times New Roman"/>
          <w:b/>
          <w:sz w:val="24"/>
        </w:rPr>
        <w:t>Officer Williams:</w:t>
      </w:r>
      <w:r>
        <w:rPr>
          <w:rFonts w:ascii="Times New Roman" w:hAnsi="Times New Roman"/>
          <w:b w:val="0"/>
          <w:sz w:val="24"/>
        </w:rPr>
        <w:t xml:space="preserve"> Do they have the insurance information, or is that something you're gonna have?</w:t>
      </w:r>
    </w:p>
    <w:p>
      <w:pPr>
        <w:spacing w:before="0" w:after="0" w:line="276" w:lineRule="exact"/>
      </w:pPr>
      <w:r>
        <w:rPr>
          <w:rFonts w:ascii="Times New Roman" w:hAnsi="Times New Roman"/>
          <w:b w:val="0"/>
          <w:sz w:val="24"/>
        </w:rPr>
        <w:t xml:space="preserve">(8:15) [23:25:35] </w:t>
      </w:r>
      <w:r>
        <w:rPr>
          <w:rFonts w:ascii="Times New Roman" w:hAnsi="Times New Roman"/>
          <w:b/>
          <w:sz w:val="24"/>
        </w:rPr>
        <w:t>Isaiah Rodriguez:</w:t>
      </w:r>
      <w:r>
        <w:rPr>
          <w:rFonts w:ascii="Times New Roman" w:hAnsi="Times New Roman"/>
          <w:b w:val="0"/>
          <w:sz w:val="24"/>
        </w:rPr>
        <w:t xml:space="preserve"> That's what I'm saying. The car is under my mother-in-law's name. You know what I'm saying?</w:t>
      </w:r>
    </w:p>
    <w:p>
      <w:pPr>
        <w:spacing w:before="0" w:after="0" w:line="276" w:lineRule="exact"/>
      </w:pPr>
      <w:r>
        <w:rPr>
          <w:rFonts w:ascii="Times New Roman" w:hAnsi="Times New Roman"/>
          <w:b w:val="0"/>
          <w:sz w:val="24"/>
        </w:rPr>
        <w:t xml:space="preserve">(8:19) [23:25:39] </w:t>
      </w:r>
      <w:r>
        <w:rPr>
          <w:rFonts w:ascii="Times New Roman" w:hAnsi="Times New Roman"/>
          <w:b/>
          <w:sz w:val="24"/>
        </w:rPr>
        <w:t>Officer Williams:</w:t>
      </w:r>
      <w:r>
        <w:rPr>
          <w:rFonts w:ascii="Times New Roman" w:hAnsi="Times New Roman"/>
          <w:b w:val="0"/>
          <w:sz w:val="24"/>
        </w:rPr>
        <w:t xml:space="preserve"> Sure, I got you.</w:t>
      </w:r>
    </w:p>
    <w:p>
      <w:pPr>
        <w:spacing w:before="0" w:after="0" w:line="276" w:lineRule="exact"/>
      </w:pPr>
      <w:r>
        <w:rPr>
          <w:rFonts w:ascii="Times New Roman" w:hAnsi="Times New Roman"/>
          <w:b w:val="0"/>
          <w:sz w:val="24"/>
        </w:rPr>
        <w:t xml:space="preserve">(8:20) [23:25:40] </w:t>
      </w:r>
      <w:r>
        <w:rPr>
          <w:rFonts w:ascii="Times New Roman" w:hAnsi="Times New Roman"/>
          <w:b/>
          <w:sz w:val="24"/>
        </w:rPr>
        <w:t>Isaiah Rodriguez:</w:t>
      </w:r>
      <w:r>
        <w:rPr>
          <w:rFonts w:ascii="Times New Roman" w:hAnsi="Times New Roman"/>
          <w:b w:val="0"/>
          <w:sz w:val="24"/>
        </w:rPr>
        <w:t xml:space="preserve"> That's what I'm saying. But like you're saying, I don't understand why I'm paying for insurance to the car and they don't give me nothing. You know what I'm saying?</w:t>
      </w:r>
    </w:p>
    <w:p>
      <w:pPr>
        <w:spacing w:before="0" w:after="0" w:line="276" w:lineRule="exact"/>
      </w:pPr>
      <w:r>
        <w:rPr>
          <w:rFonts w:ascii="Times New Roman" w:hAnsi="Times New Roman"/>
          <w:b w:val="0"/>
          <w:sz w:val="24"/>
        </w:rPr>
        <w:t xml:space="preserve">(8:30) [23:25:50] </w:t>
      </w:r>
      <w:r>
        <w:rPr>
          <w:rFonts w:ascii="Times New Roman" w:hAnsi="Times New Roman"/>
          <w:b/>
          <w:sz w:val="24"/>
        </w:rPr>
        <w:t>Isaiah Rodriguez:</w:t>
      </w:r>
      <w:r>
        <w:rPr>
          <w:rFonts w:ascii="Times New Roman" w:hAnsi="Times New Roman"/>
          <w:b w:val="0"/>
          <w:sz w:val="24"/>
        </w:rPr>
        <w:t xml:space="preserve"> I mean, I thought they gave me a paper.</w:t>
      </w:r>
    </w:p>
    <w:p>
      <w:pPr>
        <w:spacing w:before="0" w:after="0" w:line="276" w:lineRule="exact"/>
      </w:pPr>
      <w:r>
        <w:rPr>
          <w:rFonts w:ascii="Times New Roman" w:hAnsi="Times New Roman"/>
          <w:b w:val="0"/>
          <w:sz w:val="24"/>
        </w:rPr>
        <w:t xml:space="preserve">(8:33) [23:25:53] </w:t>
      </w:r>
      <w:r>
        <w:rPr>
          <w:rFonts w:ascii="Times New Roman" w:hAnsi="Times New Roman"/>
          <w:b/>
          <w:sz w:val="24"/>
        </w:rPr>
        <w:t>Isaiah Rodriguez:</w:t>
      </w:r>
      <w:r>
        <w:rPr>
          <w:rFonts w:ascii="Times New Roman" w:hAnsi="Times New Roman"/>
          <w:b w:val="0"/>
          <w:sz w:val="24"/>
        </w:rPr>
        <w:t xml:space="preserve"> Well, my wife does all the payments and everything. You know what I'm saying?</w:t>
      </w:r>
    </w:p>
    <w:p>
      <w:pPr>
        <w:spacing w:before="0" w:after="0" w:line="276" w:lineRule="exact"/>
      </w:pPr>
      <w:r>
        <w:rPr>
          <w:rFonts w:ascii="Times New Roman" w:hAnsi="Times New Roman"/>
          <w:b w:val="0"/>
          <w:sz w:val="24"/>
        </w:rPr>
        <w:t xml:space="preserve">(8:34) [23:25:54] </w:t>
      </w:r>
      <w:r>
        <w:rPr>
          <w:rFonts w:ascii="Times New Roman" w:hAnsi="Times New Roman"/>
          <w:b/>
          <w:sz w:val="24"/>
        </w:rPr>
        <w:t>Officer Williams:</w:t>
      </w:r>
      <w:r>
        <w:rPr>
          <w:rFonts w:ascii="Times New Roman" w:hAnsi="Times New Roman"/>
          <w:b w:val="0"/>
          <w:sz w:val="24"/>
        </w:rPr>
        <w:t xml:space="preserve"> No, I got you.</w:t>
      </w:r>
    </w:p>
    <w:p>
      <w:pPr>
        <w:spacing w:before="0" w:after="0" w:line="276" w:lineRule="exact"/>
      </w:pPr>
      <w:r>
        <w:rPr>
          <w:rFonts w:ascii="Times New Roman" w:hAnsi="Times New Roman"/>
          <w:b w:val="0"/>
          <w:sz w:val="24"/>
        </w:rPr>
        <w:t xml:space="preserve">(8:36) [23:25:56] </w:t>
      </w:r>
      <w:r>
        <w:rPr>
          <w:rFonts w:ascii="Times New Roman" w:hAnsi="Times New Roman"/>
          <w:b/>
          <w:sz w:val="24"/>
        </w:rPr>
        <w:t>Officer Williams:</w:t>
      </w:r>
      <w:r>
        <w:rPr>
          <w:rFonts w:ascii="Times New Roman" w:hAnsi="Times New Roman"/>
          <w:b w:val="0"/>
          <w:sz w:val="24"/>
        </w:rPr>
        <w:t xml:space="preserve"> Do you mind if it's my sister?</w:t>
      </w:r>
    </w:p>
    <w:p>
      <w:pPr>
        <w:spacing w:before="0" w:after="0" w:line="276" w:lineRule="exact"/>
      </w:pPr>
      <w:r>
        <w:rPr>
          <w:rFonts w:ascii="Times New Roman" w:hAnsi="Times New Roman"/>
          <w:b w:val="0"/>
          <w:sz w:val="24"/>
        </w:rPr>
        <w:t xml:space="preserve">(8:36) [23:25:56] </w:t>
      </w:r>
      <w:r>
        <w:rPr>
          <w:rFonts w:ascii="Times New Roman" w:hAnsi="Times New Roman"/>
          <w:b/>
          <w:sz w:val="24"/>
        </w:rPr>
        <w:t>Officer Williams:</w:t>
      </w:r>
      <w:r>
        <w:rPr>
          <w:rFonts w:ascii="Times New Roman" w:hAnsi="Times New Roman"/>
          <w:b w:val="0"/>
          <w:sz w:val="24"/>
        </w:rPr>
        <w:t xml:space="preserve"> That's fine. Well, yeah, that's fine.</w:t>
      </w:r>
    </w:p>
    <w:p>
      <w:pPr>
        <w:spacing w:before="0" w:after="0" w:line="276" w:lineRule="exact"/>
      </w:pPr>
      <w:r>
        <w:rPr>
          <w:rFonts w:ascii="Times New Roman" w:hAnsi="Times New Roman"/>
          <w:b w:val="0"/>
          <w:sz w:val="24"/>
        </w:rPr>
        <w:t xml:space="preserve">(8:40) [23:26:00] </w:t>
      </w:r>
      <w:r>
        <w:rPr>
          <w:rFonts w:ascii="Times New Roman" w:hAnsi="Times New Roman"/>
          <w:b/>
          <w:sz w:val="24"/>
        </w:rPr>
        <w:t>Officer Williams:</w:t>
      </w:r>
      <w:r>
        <w:rPr>
          <w:rFonts w:ascii="Times New Roman" w:hAnsi="Times New Roman"/>
          <w:b w:val="0"/>
          <w:sz w:val="24"/>
        </w:rPr>
        <w:t xml:space="preserve"> But if she doesn't have any insurance.</w:t>
      </w:r>
    </w:p>
    <w:p>
      <w:pPr>
        <w:spacing w:before="0" w:after="0" w:line="276" w:lineRule="exact"/>
      </w:pPr>
      <w:r>
        <w:rPr>
          <w:rFonts w:ascii="Times New Roman" w:hAnsi="Times New Roman"/>
          <w:b w:val="0"/>
          <w:sz w:val="24"/>
        </w:rPr>
        <w:t xml:space="preserve">(8:42) [23:26:02] </w:t>
      </w:r>
      <w:r>
        <w:rPr>
          <w:rFonts w:ascii="Times New Roman" w:hAnsi="Times New Roman"/>
          <w:b/>
          <w:sz w:val="24"/>
        </w:rPr>
        <w:t>Isaiah Rodriguez:</w:t>
      </w:r>
      <w:r>
        <w:rPr>
          <w:rFonts w:ascii="Times New Roman" w:hAnsi="Times New Roman"/>
          <w:b w:val="0"/>
          <w:sz w:val="24"/>
        </w:rPr>
        <w:t xml:space="preserve"> Hello? Yeah.</w:t>
      </w:r>
    </w:p>
    <w:p>
      <w:pPr>
        <w:spacing w:before="0" w:after="0" w:line="276" w:lineRule="exact"/>
      </w:pPr>
      <w:r>
        <w:rPr>
          <w:rFonts w:ascii="Times New Roman" w:hAnsi="Times New Roman"/>
          <w:b w:val="0"/>
          <w:sz w:val="24"/>
        </w:rPr>
        <w:t xml:space="preserve">(8:53) [23:26:13] </w:t>
      </w:r>
      <w:r>
        <w:rPr>
          <w:rFonts w:ascii="Times New Roman" w:hAnsi="Times New Roman"/>
          <w:b/>
          <w:sz w:val="24"/>
        </w:rPr>
        <w:t>Isaiah Rodriguez:</w:t>
      </w:r>
      <w:r>
        <w:rPr>
          <w:rFonts w:ascii="Times New Roman" w:hAnsi="Times New Roman"/>
          <w:b w:val="0"/>
          <w:sz w:val="24"/>
        </w:rPr>
        <w:t xml:space="preserve"> I'm right here pulled over right here, the 7-Eleven on 14th.</w:t>
      </w:r>
    </w:p>
    <w:p>
      <w:pPr>
        <w:spacing w:before="0" w:after="0" w:line="276" w:lineRule="exact"/>
      </w:pPr>
      <w:r>
        <w:rPr>
          <w:rFonts w:ascii="Times New Roman" w:hAnsi="Times New Roman"/>
          <w:b w:val="0"/>
          <w:sz w:val="24"/>
        </w:rPr>
        <w:t xml:space="preserve">(8:54) [23:26:14] </w:t>
      </w:r>
      <w:r>
        <w:rPr>
          <w:rFonts w:ascii="Times New Roman" w:hAnsi="Times New Roman"/>
          <w:b/>
          <w:sz w:val="24"/>
        </w:rPr>
        <w:t>Isaiah Rodriguez:</w:t>
      </w:r>
      <w:r>
        <w:rPr>
          <w:rFonts w:ascii="Times New Roman" w:hAnsi="Times New Roman"/>
          <w:b w:val="0"/>
          <w:sz w:val="24"/>
        </w:rPr>
        <w:t xml:space="preserve"> Huh?</w:t>
      </w:r>
    </w:p>
    <w:p>
      <w:pPr>
        <w:spacing w:before="0" w:after="0" w:line="276" w:lineRule="exact"/>
      </w:pPr>
      <w:r>
        <w:rPr>
          <w:rFonts w:ascii="Times New Roman" w:hAnsi="Times New Roman"/>
          <w:b w:val="0"/>
          <w:sz w:val="24"/>
        </w:rPr>
        <w:t xml:space="preserve">(8:56) [23:26:16] </w:t>
      </w:r>
      <w:r>
        <w:rPr>
          <w:rFonts w:ascii="Times New Roman" w:hAnsi="Times New Roman"/>
          <w:b/>
          <w:sz w:val="24"/>
        </w:rPr>
        <w:t>Officer Williams:</w:t>
      </w:r>
      <w:r>
        <w:rPr>
          <w:rFonts w:ascii="Times New Roman" w:hAnsi="Times New Roman"/>
          <w:b w:val="0"/>
          <w:sz w:val="24"/>
        </w:rPr>
        <w:t xml:space="preserve"> You can if you want.</w:t>
      </w:r>
    </w:p>
    <w:p>
      <w:pPr>
        <w:spacing w:before="0" w:after="0" w:line="276" w:lineRule="exact"/>
      </w:pPr>
      <w:r>
        <w:rPr>
          <w:rFonts w:ascii="Times New Roman" w:hAnsi="Times New Roman"/>
          <w:b w:val="0"/>
          <w:sz w:val="24"/>
        </w:rPr>
        <w:t xml:space="preserve">(8:58) [23:26:18] </w:t>
      </w:r>
      <w:r>
        <w:rPr>
          <w:rFonts w:ascii="Times New Roman" w:hAnsi="Times New Roman"/>
          <w:b/>
          <w:sz w:val="24"/>
        </w:rPr>
        <w:t>Officer Williams:</w:t>
      </w:r>
      <w:r>
        <w:rPr>
          <w:rFonts w:ascii="Times New Roman" w:hAnsi="Times New Roman"/>
          <w:b w:val="0"/>
          <w:sz w:val="24"/>
        </w:rPr>
        <w:t xml:space="preserve"> She doesn't need to come over here.</w:t>
      </w:r>
    </w:p>
    <w:p>
      <w:pPr>
        <w:spacing w:before="0" w:after="0" w:line="276" w:lineRule="exact"/>
      </w:pPr>
      <w:r>
        <w:rPr>
          <w:rFonts w:ascii="Times New Roman" w:hAnsi="Times New Roman"/>
          <w:b w:val="0"/>
          <w:sz w:val="24"/>
        </w:rPr>
        <w:t xml:space="preserve">(9:03) [23:26:23] </w:t>
      </w:r>
      <w:r>
        <w:rPr>
          <w:rFonts w:ascii="Times New Roman" w:hAnsi="Times New Roman"/>
          <w:b/>
          <w:sz w:val="24"/>
        </w:rPr>
        <w:t>Officer Williams:</w:t>
      </w:r>
      <w:r>
        <w:rPr>
          <w:rFonts w:ascii="Times New Roman" w:hAnsi="Times New Roman"/>
          <w:b w:val="0"/>
          <w:sz w:val="24"/>
        </w:rPr>
        <w:t xml:space="preserve"> If you don't have insurance, man, that's between you and your insurance company.</w:t>
      </w:r>
    </w:p>
    <w:p>
      <w:pPr>
        <w:spacing w:before="0" w:after="0" w:line="276" w:lineRule="exact"/>
      </w:pPr>
      <w:r>
        <w:rPr>
          <w:rFonts w:ascii="Times New Roman" w:hAnsi="Times New Roman"/>
          <w:b w:val="0"/>
          <w:sz w:val="24"/>
        </w:rPr>
        <w:t xml:space="preserve">(9:04) [23:26:24] </w:t>
      </w:r>
      <w:r>
        <w:rPr>
          <w:rFonts w:ascii="Times New Roman" w:hAnsi="Times New Roman"/>
          <w:b/>
          <w:sz w:val="24"/>
        </w:rPr>
        <w:t>Isaiah Rodriguez:</w:t>
      </w:r>
      <w:r>
        <w:rPr>
          <w:rFonts w:ascii="Times New Roman" w:hAnsi="Times New Roman"/>
          <w:b w:val="0"/>
          <w:sz w:val="24"/>
        </w:rPr>
        <w:t xml:space="preserve"> Okay, well then nah, sis. Don't worry about it, sis.</w:t>
      </w:r>
    </w:p>
    <w:p>
      <w:pPr>
        <w:spacing w:before="0" w:after="0" w:line="276" w:lineRule="exact"/>
      </w:pPr>
      <w:r>
        <w:rPr>
          <w:rFonts w:ascii="Times New Roman" w:hAnsi="Times New Roman"/>
          <w:b w:val="0"/>
          <w:sz w:val="24"/>
        </w:rPr>
        <w:t xml:space="preserve">(9:09) [23:26:29] </w:t>
      </w:r>
      <w:r>
        <w:rPr>
          <w:rFonts w:ascii="Times New Roman" w:hAnsi="Times New Roman"/>
          <w:b/>
          <w:sz w:val="24"/>
        </w:rPr>
        <w:t>Isaiah Rodriguez:</w:t>
      </w:r>
      <w:r>
        <w:rPr>
          <w:rFonts w:ascii="Times New Roman" w:hAnsi="Times New Roman"/>
          <w:b w:val="0"/>
          <w:sz w:val="24"/>
        </w:rPr>
        <w:t xml:space="preserve"> I don't know what they're running. I guess they're running my story to make sure everything's cool and to make sure I ain't got no warrants or anything like that. Like I told the officer, I'm just trying to make it back to the house before Marissa gets there, before she starts breaking my shit and trying to keep me there at the house and messing up the Tahoe and all kinds of shit.</w:t>
      </w:r>
    </w:p>
    <w:p>
      <w:pPr>
        <w:spacing w:before="0" w:after="0" w:line="276" w:lineRule="exact"/>
      </w:pPr>
      <w:r>
        <w:rPr>
          <w:rFonts w:ascii="Times New Roman" w:hAnsi="Times New Roman"/>
          <w:b w:val="0"/>
          <w:sz w:val="24"/>
        </w:rPr>
        <w:t xml:space="preserve">(9:48) [23:27:08] </w:t>
      </w:r>
      <w:r>
        <w:rPr>
          <w:rFonts w:ascii="Times New Roman" w:hAnsi="Times New Roman"/>
          <w:b/>
          <w:sz w:val="24"/>
        </w:rPr>
        <w:t>Isaiah Rodriguez:</w:t>
      </w:r>
      <w:r>
        <w:rPr>
          <w:rFonts w:ascii="Times New Roman" w:hAnsi="Times New Roman"/>
          <w:b w:val="0"/>
          <w:sz w:val="24"/>
        </w:rPr>
        <w:t xml:space="preserve"> Uh, I mean, well, I mean, if they say I'm gonna go to jail, I mean, I'm probably sure they'll let me call you, so, my sister, if I do go to jail, you know what I'm saying?</w:t>
      </w:r>
    </w:p>
    <w:p>
      <w:pPr>
        <w:spacing w:before="0" w:after="0" w:line="276" w:lineRule="exact"/>
      </w:pPr>
      <w:r>
        <w:rPr>
          <w:rFonts w:ascii="Times New Roman" w:hAnsi="Times New Roman"/>
          <w:b w:val="0"/>
          <w:sz w:val="24"/>
        </w:rPr>
        <w:t xml:space="preserve">(9:49) [23:27:09] </w:t>
      </w:r>
      <w:r>
        <w:rPr>
          <w:rFonts w:ascii="Times New Roman" w:hAnsi="Times New Roman"/>
          <w:b/>
          <w:sz w:val="24"/>
        </w:rPr>
        <w:t>Officer Williams:</w:t>
      </w:r>
      <w:r>
        <w:rPr>
          <w:rFonts w:ascii="Times New Roman" w:hAnsi="Times New Roman"/>
          <w:b w:val="0"/>
          <w:sz w:val="24"/>
        </w:rPr>
        <w:t xml:space="preserve"> Nobody said you're going to jail tonight.</w:t>
      </w:r>
    </w:p>
    <w:p>
      <w:pPr>
        <w:spacing w:before="0" w:after="0" w:line="276" w:lineRule="exact"/>
      </w:pPr>
      <w:r>
        <w:rPr>
          <w:rFonts w:ascii="Times New Roman" w:hAnsi="Times New Roman"/>
          <w:b w:val="0"/>
          <w:sz w:val="24"/>
        </w:rPr>
        <w:t xml:space="preserve">(9:55) [23:27:15] </w:t>
      </w:r>
      <w:r>
        <w:rPr>
          <w:rFonts w:ascii="Times New Roman" w:hAnsi="Times New Roman"/>
          <w:b/>
          <w:sz w:val="24"/>
        </w:rPr>
        <w:t>Isaiah Rodriguez:</w:t>
      </w:r>
      <w:r>
        <w:rPr>
          <w:rFonts w:ascii="Times New Roman" w:hAnsi="Times New Roman"/>
          <w:b w:val="0"/>
          <w:sz w:val="24"/>
        </w:rPr>
        <w:t xml:space="preserve"> No, I'm saying, though, just in case, you know what I'm saying, I can call them so they can tow my car, I mean, y'all want to tow it, they can pick it up, right?</w:t>
      </w:r>
    </w:p>
    <w:p>
      <w:pPr>
        <w:spacing w:before="0" w:after="0" w:line="276" w:lineRule="exact"/>
      </w:pPr>
      <w:r>
        <w:rPr>
          <w:rFonts w:ascii="Times New Roman" w:hAnsi="Times New Roman"/>
          <w:b w:val="0"/>
          <w:sz w:val="24"/>
        </w:rPr>
        <w:t xml:space="preserve">(9:57) [23:27:17] </w:t>
      </w:r>
      <w:r>
        <w:rPr>
          <w:rFonts w:ascii="Times New Roman" w:hAnsi="Times New Roman"/>
          <w:b/>
          <w:sz w:val="24"/>
        </w:rPr>
        <w:t>Officer Williams:</w:t>
      </w:r>
      <w:r>
        <w:rPr>
          <w:rFonts w:ascii="Times New Roman" w:hAnsi="Times New Roman"/>
          <w:b w:val="0"/>
          <w:sz w:val="24"/>
        </w:rPr>
        <w:t xml:space="preserve"> If something like that were to happen, we'd go from there, okay?</w:t>
      </w:r>
    </w:p>
    <w:p>
      <w:pPr>
        <w:spacing w:before="0" w:after="0" w:line="276" w:lineRule="exact"/>
      </w:pPr>
      <w:r>
        <w:rPr>
          <w:rFonts w:ascii="Times New Roman" w:hAnsi="Times New Roman"/>
          <w:b w:val="0"/>
          <w:sz w:val="24"/>
        </w:rPr>
        <w:t xml:space="preserve">(9:58) [23:27:18] </w:t>
      </w:r>
      <w:r>
        <w:rPr>
          <w:rFonts w:ascii="Times New Roman" w:hAnsi="Times New Roman"/>
          <w:b/>
          <w:sz w:val="24"/>
        </w:rPr>
        <w:t>Isaiah Rodriguez:</w:t>
      </w:r>
      <w:r>
        <w:rPr>
          <w:rFonts w:ascii="Times New Roman" w:hAnsi="Times New Roman"/>
          <w:b w:val="0"/>
          <w:sz w:val="24"/>
        </w:rPr>
        <w:t xml:space="preserve"> Okay, alright, okay.</w:t>
      </w:r>
    </w:p>
    <w:p>
      <w:pPr>
        <w:spacing w:before="0" w:after="0" w:line="276" w:lineRule="exact"/>
      </w:pPr>
      <w:r>
        <w:rPr>
          <w:rFonts w:ascii="Times New Roman" w:hAnsi="Times New Roman"/>
          <w:b w:val="0"/>
          <w:sz w:val="24"/>
        </w:rPr>
        <w:t xml:space="preserve">(9:59) [23:27:19] </w:t>
      </w:r>
      <w:r>
        <w:rPr>
          <w:rFonts w:ascii="Times New Roman" w:hAnsi="Times New Roman"/>
          <w:b/>
          <w:sz w:val="24"/>
        </w:rPr>
        <w:t>Officer Williams:</w:t>
      </w:r>
      <w:r>
        <w:rPr>
          <w:rFonts w:ascii="Times New Roman" w:hAnsi="Times New Roman"/>
          <w:b w:val="0"/>
          <w:sz w:val="24"/>
        </w:rPr>
        <w:t xml:space="preserve"> I can't make any promises.</w:t>
      </w:r>
    </w:p>
    <w:p>
      <w:pPr>
        <w:spacing w:before="0" w:after="0" w:line="276" w:lineRule="exact"/>
      </w:pPr>
      <w:r>
        <w:rPr>
          <w:rFonts w:ascii="Times New Roman" w:hAnsi="Times New Roman"/>
          <w:b w:val="0"/>
          <w:sz w:val="24"/>
        </w:rPr>
        <w:t xml:space="preserve">(10:08) [23:27:28] </w:t>
      </w:r>
      <w:r>
        <w:rPr>
          <w:rFonts w:ascii="Times New Roman" w:hAnsi="Times New Roman"/>
          <w:b/>
          <w:sz w:val="24"/>
        </w:rPr>
        <w:t>Isaiah Rodriguez:</w:t>
      </w:r>
      <w:r>
        <w:rPr>
          <w:rFonts w:ascii="Times New Roman" w:hAnsi="Times New Roman"/>
          <w:b w:val="0"/>
          <w:sz w:val="24"/>
        </w:rPr>
        <w:t xml:space="preserve"> Alright, sis, well, I'm going to let you go, sis, because he's talking about if it ain't no insurance, then -- alright, I'm gonna hang up with you, sis.</w:t>
      </w:r>
    </w:p>
    <w:p>
      <w:pPr>
        <w:spacing w:before="0" w:after="0" w:line="276" w:lineRule="exact"/>
      </w:pPr>
      <w:r>
        <w:rPr>
          <w:rFonts w:ascii="Times New Roman" w:hAnsi="Times New Roman"/>
          <w:b w:val="0"/>
          <w:sz w:val="24"/>
        </w:rPr>
        <w:t xml:space="preserve">(10:09) [23:27:29] </w:t>
      </w:r>
      <w:r>
        <w:rPr>
          <w:rFonts w:ascii="Times New Roman" w:hAnsi="Times New Roman"/>
          <w:b/>
          <w:sz w:val="24"/>
        </w:rPr>
        <w:t>Isaiah Rodriguez:</w:t>
      </w:r>
      <w:r>
        <w:rPr>
          <w:rFonts w:ascii="Times New Roman" w:hAnsi="Times New Roman"/>
          <w:b w:val="0"/>
          <w:sz w:val="24"/>
        </w:rPr>
        <w:t xml:space="preserve"> Alright. Alright, later.</w:t>
      </w:r>
    </w:p>
    <w:p>
      <w:pPr>
        <w:spacing w:before="0" w:after="0" w:line="276" w:lineRule="exact"/>
      </w:pPr>
      <w:r>
        <w:rPr>
          <w:rFonts w:ascii="Times New Roman" w:hAnsi="Times New Roman"/>
          <w:b w:val="0"/>
          <w:sz w:val="24"/>
        </w:rPr>
        <w:t xml:space="preserve">(10:23) [23:27:43] </w:t>
      </w:r>
      <w:r>
        <w:rPr>
          <w:rFonts w:ascii="Times New Roman" w:hAnsi="Times New Roman"/>
          <w:b/>
          <w:sz w:val="24"/>
        </w:rPr>
        <w:t>Isaiah Rodriguez:</w:t>
      </w:r>
      <w:r>
        <w:rPr>
          <w:rFonts w:ascii="Times New Roman" w:hAnsi="Times New Roman"/>
          <w:b w:val="0"/>
          <w:sz w:val="24"/>
        </w:rPr>
        <w:t xml:space="preserve"> It's crazy, man.</w:t>
      </w:r>
    </w:p>
    <w:p>
      <w:pPr>
        <w:spacing w:before="0" w:after="0" w:line="276" w:lineRule="exact"/>
      </w:pPr>
      <w:r>
        <w:rPr>
          <w:rFonts w:ascii="Times New Roman" w:hAnsi="Times New Roman"/>
          <w:b w:val="0"/>
          <w:sz w:val="24"/>
        </w:rPr>
        <w:t xml:space="preserve">(11:01) [23:28:21] </w:t>
      </w:r>
      <w:r>
        <w:rPr>
          <w:rFonts w:ascii="Times New Roman" w:hAnsi="Times New Roman"/>
          <w:b/>
          <w:sz w:val="24"/>
        </w:rPr>
        <w:t>Officer Williams:</w:t>
      </w:r>
      <w:r>
        <w:rPr>
          <w:rFonts w:ascii="Times New Roman" w:hAnsi="Times New Roman"/>
          <w:b w:val="0"/>
          <w:sz w:val="24"/>
        </w:rPr>
        <w:t xml:space="preserve"> I got you, man.</w:t>
      </w:r>
    </w:p>
    <w:p>
      <w:pPr>
        <w:spacing w:before="0" w:after="0" w:line="276" w:lineRule="exact"/>
      </w:pPr>
      <w:r>
        <w:rPr>
          <w:rFonts w:ascii="Times New Roman" w:hAnsi="Times New Roman"/>
          <w:b w:val="0"/>
          <w:sz w:val="24"/>
        </w:rPr>
        <w:t xml:space="preserve">(11:03) [23:28:23] </w:t>
      </w:r>
      <w:r>
        <w:rPr>
          <w:rFonts w:ascii="Times New Roman" w:hAnsi="Times New Roman"/>
          <w:b/>
          <w:sz w:val="24"/>
        </w:rPr>
        <w:t>Isaiah Rodriguez:</w:t>
      </w:r>
      <w:r>
        <w:rPr>
          <w:rFonts w:ascii="Times New Roman" w:hAnsi="Times New Roman"/>
          <w:b w:val="0"/>
          <w:sz w:val="24"/>
        </w:rPr>
        <w:t xml:space="preserve"> And I told your officer, yeah, I would. She pulled me over because I was speeding. I told her while I was speeding I was trying to make it to the house where my wife was, you know?</w:t>
      </w:r>
    </w:p>
    <w:p>
      <w:pPr>
        <w:spacing w:before="0" w:after="0" w:line="276" w:lineRule="exact"/>
      </w:pPr>
      <w:r>
        <w:rPr>
          <w:rFonts w:ascii="Times New Roman" w:hAnsi="Times New Roman"/>
          <w:b w:val="0"/>
          <w:sz w:val="24"/>
        </w:rPr>
        <w:t xml:space="preserve">(11:14) [23:28:34] </w:t>
      </w:r>
      <w:r>
        <w:rPr>
          <w:rFonts w:ascii="Times New Roman" w:hAnsi="Times New Roman"/>
          <w:b/>
          <w:sz w:val="24"/>
        </w:rPr>
        <w:t>Officer Williams:</w:t>
      </w:r>
      <w:r>
        <w:rPr>
          <w:rFonts w:ascii="Times New Roman" w:hAnsi="Times New Roman"/>
          <w:b w:val="0"/>
          <w:sz w:val="24"/>
        </w:rPr>
        <w:t xml:space="preserve"> I got you, man.</w:t>
      </w:r>
    </w:p>
    <w:p>
      <w:pPr>
        <w:spacing w:before="0" w:after="0" w:line="276" w:lineRule="exact"/>
      </w:pPr>
      <w:r>
        <w:rPr>
          <w:rFonts w:ascii="Times New Roman" w:hAnsi="Times New Roman"/>
          <w:b w:val="0"/>
          <w:sz w:val="24"/>
        </w:rPr>
        <w:t xml:space="preserve">(11:16) [23:28:36] </w:t>
      </w:r>
      <w:r>
        <w:rPr>
          <w:rFonts w:ascii="Times New Roman" w:hAnsi="Times New Roman"/>
          <w:b/>
          <w:sz w:val="24"/>
        </w:rPr>
        <w:t>Officer Williams:</w:t>
      </w:r>
      <w:r>
        <w:rPr>
          <w:rFonts w:ascii="Times New Roman" w:hAnsi="Times New Roman"/>
          <w:b w:val="0"/>
          <w:sz w:val="24"/>
        </w:rPr>
        <w:t xml:space="preserve"> Well, there's a way that you can get there safely. I would rather you get there safely and not do it that way. You know what I mean?</w:t>
      </w:r>
    </w:p>
    <w:p>
      <w:pPr>
        <w:spacing w:before="0" w:after="0" w:line="276" w:lineRule="exact"/>
      </w:pPr>
      <w:r>
        <w:rPr>
          <w:rFonts w:ascii="Times New Roman" w:hAnsi="Times New Roman"/>
          <w:b w:val="0"/>
          <w:sz w:val="24"/>
        </w:rPr>
        <w:t xml:space="preserve">(11:21) [23:28:41] </w:t>
      </w:r>
      <w:r>
        <w:rPr>
          <w:rFonts w:ascii="Times New Roman" w:hAnsi="Times New Roman"/>
          <w:b/>
          <w:sz w:val="24"/>
        </w:rPr>
        <w:t>Isaiah Rodriguez:</w:t>
      </w:r>
      <w:r>
        <w:rPr>
          <w:rFonts w:ascii="Times New Roman" w:hAnsi="Times New Roman"/>
          <w:b w:val="0"/>
          <w:sz w:val="24"/>
        </w:rPr>
        <w:t xml:space="preserve"> That's understandable, but you don't know my wife, bro. She's crazy as hell.</w:t>
      </w:r>
    </w:p>
    <w:p>
      <w:pPr>
        <w:spacing w:before="0" w:after="0" w:line="276" w:lineRule="exact"/>
      </w:pPr>
      <w:r>
        <w:rPr>
          <w:rFonts w:ascii="Times New Roman" w:hAnsi="Times New Roman"/>
          <w:b w:val="0"/>
          <w:sz w:val="24"/>
        </w:rPr>
        <w:t xml:space="preserve">(11:22) [23:28:42] </w:t>
      </w:r>
      <w:r>
        <w:rPr>
          <w:rFonts w:ascii="Times New Roman" w:hAnsi="Times New Roman"/>
          <w:b/>
          <w:sz w:val="24"/>
        </w:rPr>
        <w:t>Officer Williams:</w:t>
      </w:r>
      <w:r>
        <w:rPr>
          <w:rFonts w:ascii="Times New Roman" w:hAnsi="Times New Roman"/>
          <w:b w:val="0"/>
          <w:sz w:val="24"/>
        </w:rPr>
        <w:t xml:space="preserve"> I believe you, man. I believe you.</w:t>
      </w:r>
    </w:p>
    <w:p>
      <w:pPr>
        <w:spacing w:before="0" w:after="0" w:line="276" w:lineRule="exact"/>
      </w:pPr>
      <w:r>
        <w:rPr>
          <w:rFonts w:ascii="Times New Roman" w:hAnsi="Times New Roman"/>
          <w:b w:val="0"/>
          <w:sz w:val="24"/>
        </w:rPr>
        <w:t xml:space="preserve">(11:27) [23:28:47] </w:t>
      </w:r>
      <w:r>
        <w:rPr>
          <w:rFonts w:ascii="Times New Roman" w:hAnsi="Times New Roman"/>
          <w:b/>
          <w:sz w:val="24"/>
        </w:rPr>
        <w:t>Isaiah Rodriguez:</w:t>
      </w:r>
      <w:r>
        <w:rPr>
          <w:rFonts w:ascii="Times New Roman" w:hAnsi="Times New Roman"/>
          <w:b w:val="0"/>
          <w:sz w:val="24"/>
        </w:rPr>
        <w:t xml:space="preserve"> Last Saturday, bro, I woke up to go to work, bro, and she started just swinging on me, bro. I don't know why. Even pulled a pistol on me. I don't know why.</w:t>
      </w:r>
    </w:p>
    <w:p>
      <w:pPr>
        <w:spacing w:before="0" w:after="0" w:line="276" w:lineRule="exact"/>
      </w:pPr>
      <w:r>
        <w:rPr>
          <w:rFonts w:ascii="Times New Roman" w:hAnsi="Times New Roman"/>
          <w:b w:val="0"/>
          <w:sz w:val="24"/>
        </w:rPr>
        <w:t xml:space="preserve">(11:32) [23:28:52] </w:t>
      </w:r>
      <w:r>
        <w:rPr>
          <w:rFonts w:ascii="Times New Roman" w:hAnsi="Times New Roman"/>
          <w:b/>
          <w:sz w:val="24"/>
        </w:rPr>
        <w:t>Officer Williams:</w:t>
      </w:r>
      <w:r>
        <w:rPr>
          <w:rFonts w:ascii="Times New Roman" w:hAnsi="Times New Roman"/>
          <w:b w:val="0"/>
          <w:sz w:val="24"/>
        </w:rPr>
        <w:t xml:space="preserve"> I wonder what that was about.</w:t>
      </w:r>
    </w:p>
    <w:p>
      <w:pPr>
        <w:spacing w:before="0" w:after="0" w:line="276" w:lineRule="exact"/>
      </w:pPr>
      <w:r>
        <w:rPr>
          <w:rFonts w:ascii="Times New Roman" w:hAnsi="Times New Roman"/>
          <w:b w:val="0"/>
          <w:sz w:val="24"/>
        </w:rPr>
        <w:t xml:space="preserve">(11:35) [23:28:55] </w:t>
      </w:r>
      <w:r>
        <w:rPr>
          <w:rFonts w:ascii="Times New Roman" w:hAnsi="Times New Roman"/>
          <w:b/>
          <w:sz w:val="24"/>
        </w:rPr>
        <w:t>Isaiah Rodriguez:</w:t>
      </w:r>
      <w:r>
        <w:rPr>
          <w:rFonts w:ascii="Times New Roman" w:hAnsi="Times New Roman"/>
          <w:b w:val="0"/>
          <w:sz w:val="24"/>
        </w:rPr>
        <w:t xml:space="preserve"> She still ain't even told me.</w:t>
      </w:r>
    </w:p>
    <w:p>
      <w:pPr>
        <w:spacing w:before="0" w:after="0" w:line="276" w:lineRule="exact"/>
      </w:pPr>
      <w:r>
        <w:rPr>
          <w:rFonts w:ascii="Times New Roman" w:hAnsi="Times New Roman"/>
          <w:b w:val="0"/>
          <w:sz w:val="24"/>
        </w:rPr>
        <w:t xml:space="preserve">(11:37) [23:28:57] </w:t>
      </w:r>
      <w:r>
        <w:rPr>
          <w:rFonts w:ascii="Times New Roman" w:hAnsi="Times New Roman"/>
          <w:b/>
          <w:sz w:val="24"/>
        </w:rPr>
        <w:t>Officer Williams:</w:t>
      </w:r>
      <w:r>
        <w:rPr>
          <w:rFonts w:ascii="Times New Roman" w:hAnsi="Times New Roman"/>
          <w:b w:val="0"/>
          <w:sz w:val="24"/>
        </w:rPr>
        <w:t xml:space="preserve"> Well, I got you.</w:t>
      </w:r>
    </w:p>
    <w:p>
      <w:pPr>
        <w:spacing w:before="0" w:after="0" w:line="276" w:lineRule="exact"/>
      </w:pPr>
      <w:r>
        <w:rPr>
          <w:rFonts w:ascii="Times New Roman" w:hAnsi="Times New Roman"/>
          <w:b w:val="0"/>
          <w:sz w:val="24"/>
        </w:rPr>
        <w:t xml:space="preserve">(11:39) [23:28:59] </w:t>
      </w:r>
      <w:r>
        <w:rPr>
          <w:rFonts w:ascii="Times New Roman" w:hAnsi="Times New Roman"/>
          <w:b/>
          <w:sz w:val="24"/>
        </w:rPr>
        <w:t>Officer Williams:</w:t>
      </w:r>
      <w:r>
        <w:rPr>
          <w:rFonts w:ascii="Times New Roman" w:hAnsi="Times New Roman"/>
          <w:b w:val="0"/>
          <w:sz w:val="24"/>
        </w:rPr>
        <w:t xml:space="preserve"> Did you run with anybody while you were in jail, man?</w:t>
      </w:r>
    </w:p>
    <w:p>
      <w:pPr>
        <w:spacing w:before="0" w:after="0" w:line="276" w:lineRule="exact"/>
      </w:pPr>
      <w:r>
        <w:rPr>
          <w:rFonts w:ascii="Times New Roman" w:hAnsi="Times New Roman"/>
          <w:b w:val="0"/>
          <w:sz w:val="24"/>
        </w:rPr>
        <w:t xml:space="preserve">(11:41) [23:29:01] </w:t>
      </w:r>
      <w:r>
        <w:rPr>
          <w:rFonts w:ascii="Times New Roman" w:hAnsi="Times New Roman"/>
          <w:b/>
          <w:sz w:val="24"/>
        </w:rPr>
        <w:t>Isaiah Rodriguez:</w:t>
      </w:r>
      <w:r>
        <w:rPr>
          <w:rFonts w:ascii="Times New Roman" w:hAnsi="Times New Roman"/>
          <w:b w:val="0"/>
          <w:sz w:val="24"/>
        </w:rPr>
        <w:t xml:space="preserve"> Nah, I rode solo, bro.</w:t>
      </w:r>
    </w:p>
    <w:p>
      <w:pPr>
        <w:spacing w:before="0" w:after="0" w:line="276" w:lineRule="exact"/>
      </w:pPr>
      <w:r>
        <w:rPr>
          <w:rFonts w:ascii="Times New Roman" w:hAnsi="Times New Roman"/>
          <w:b w:val="0"/>
          <w:sz w:val="24"/>
        </w:rPr>
        <w:t xml:space="preserve">(11:41) [23:29:01] </w:t>
      </w:r>
      <w:r>
        <w:rPr>
          <w:rFonts w:ascii="Times New Roman" w:hAnsi="Times New Roman"/>
          <w:b/>
          <w:sz w:val="24"/>
        </w:rPr>
        <w:t>Officer Williams:</w:t>
      </w:r>
      <w:r>
        <w:rPr>
          <w:rFonts w:ascii="Times New Roman" w:hAnsi="Times New Roman"/>
          <w:b w:val="0"/>
          <w:sz w:val="24"/>
        </w:rPr>
        <w:t xml:space="preserve"> Did you?</w:t>
      </w:r>
    </w:p>
    <w:p>
      <w:pPr>
        <w:spacing w:before="0" w:after="0" w:line="276" w:lineRule="exact"/>
      </w:pPr>
      <w:r>
        <w:rPr>
          <w:rFonts w:ascii="Times New Roman" w:hAnsi="Times New Roman"/>
          <w:b w:val="0"/>
          <w:sz w:val="24"/>
        </w:rPr>
        <w:t xml:space="preserve">(11:50) [23:29:10] </w:t>
      </w:r>
      <w:r>
        <w:rPr>
          <w:rFonts w:ascii="Times New Roman" w:hAnsi="Times New Roman"/>
          <w:b/>
          <w:sz w:val="24"/>
        </w:rPr>
        <w:t>Isaiah Rodriguez:</w:t>
      </w:r>
      <w:r>
        <w:rPr>
          <w:rFonts w:ascii="Times New Roman" w:hAnsi="Times New Roman"/>
          <w:b w:val="0"/>
          <w:sz w:val="24"/>
        </w:rPr>
        <w:t xml:space="preserve"> I don't ride with Uncle Blass, I don't ride with West Texas, nah, I think all of them are pussies, bro, I'll be honest with you, you know what I'm saying?</w:t>
      </w:r>
    </w:p>
    <w:p>
      <w:pPr>
        <w:spacing w:before="0" w:after="0" w:line="276" w:lineRule="exact"/>
      </w:pPr>
      <w:r>
        <w:rPr>
          <w:rFonts w:ascii="Times New Roman" w:hAnsi="Times New Roman"/>
          <w:b w:val="0"/>
          <w:sz w:val="24"/>
        </w:rPr>
        <w:t xml:space="preserve">(11:51) [23:29:11] </w:t>
      </w:r>
      <w:r>
        <w:rPr>
          <w:rFonts w:ascii="Times New Roman" w:hAnsi="Times New Roman"/>
          <w:b/>
          <w:sz w:val="24"/>
        </w:rPr>
        <w:t>Officer Williams:</w:t>
      </w:r>
      <w:r>
        <w:rPr>
          <w:rFonts w:ascii="Times New Roman" w:hAnsi="Times New Roman"/>
          <w:b w:val="0"/>
          <w:sz w:val="24"/>
        </w:rPr>
        <w:t xml:space="preserve"> That's real.</w:t>
      </w:r>
    </w:p>
    <w:p>
      <w:pPr>
        <w:spacing w:before="0" w:after="0" w:line="276" w:lineRule="exact"/>
      </w:pPr>
      <w:r>
        <w:rPr>
          <w:rFonts w:ascii="Times New Roman" w:hAnsi="Times New Roman"/>
          <w:b w:val="0"/>
          <w:sz w:val="24"/>
        </w:rPr>
        <w:t xml:space="preserve">(11:52) [23:29:12] </w:t>
      </w:r>
      <w:r>
        <w:rPr>
          <w:rFonts w:ascii="Times New Roman" w:hAnsi="Times New Roman"/>
          <w:b/>
          <w:sz w:val="24"/>
        </w:rPr>
        <w:t>Isaiah Rodriguez:</w:t>
      </w:r>
      <w:r>
        <w:rPr>
          <w:rFonts w:ascii="Times New Roman" w:hAnsi="Times New Roman"/>
          <w:b w:val="0"/>
          <w:sz w:val="24"/>
        </w:rPr>
        <w:t xml:space="preserve"> I'm a real honest dude, bro, you know what I'm saying?</w:t>
      </w:r>
    </w:p>
    <w:p>
      <w:pPr>
        <w:spacing w:before="0" w:after="0" w:line="276" w:lineRule="exact"/>
      </w:pPr>
      <w:r>
        <w:rPr>
          <w:rFonts w:ascii="Times New Roman" w:hAnsi="Times New Roman"/>
          <w:b w:val="0"/>
          <w:sz w:val="24"/>
        </w:rPr>
        <w:t xml:space="preserve">(11:53) [23:29:13] </w:t>
      </w:r>
      <w:r>
        <w:rPr>
          <w:rFonts w:ascii="Times New Roman" w:hAnsi="Times New Roman"/>
          <w:b/>
          <w:sz w:val="24"/>
        </w:rPr>
        <w:t>Officer Williams:</w:t>
      </w:r>
      <w:r>
        <w:rPr>
          <w:rFonts w:ascii="Times New Roman" w:hAnsi="Times New Roman"/>
          <w:b w:val="0"/>
          <w:sz w:val="24"/>
        </w:rPr>
        <w:t xml:space="preserve"> I respect that, man. I appreciate you.</w:t>
      </w:r>
    </w:p>
    <w:p>
      <w:pPr>
        <w:spacing w:before="0" w:after="0" w:line="276" w:lineRule="exact"/>
      </w:pPr>
      <w:r>
        <w:rPr>
          <w:rFonts w:ascii="Times New Roman" w:hAnsi="Times New Roman"/>
          <w:b w:val="0"/>
          <w:sz w:val="24"/>
        </w:rPr>
        <w:t xml:space="preserve">(12:07) [23:29:27] </w:t>
      </w:r>
      <w:r>
        <w:rPr>
          <w:rFonts w:ascii="Times New Roman" w:hAnsi="Times New Roman"/>
          <w:b/>
          <w:sz w:val="24"/>
        </w:rPr>
        <w:t>Officer Williams:</w:t>
      </w:r>
      <w:r>
        <w:rPr>
          <w:rFonts w:ascii="Times New Roman" w:hAnsi="Times New Roman"/>
          <w:b w:val="0"/>
          <w:sz w:val="24"/>
        </w:rPr>
        <w:t xml:space="preserve"> Have you seen that other white girl over here? She be always talking like, she always be talking about like, she be talking on the law, on the street.</w:t>
      </w:r>
    </w:p>
    <w:p>
      <w:pPr>
        <w:spacing w:before="0" w:after="0" w:line="276" w:lineRule="exact"/>
      </w:pPr>
      <w:r>
        <w:rPr>
          <w:rFonts w:ascii="Times New Roman" w:hAnsi="Times New Roman"/>
          <w:b w:val="0"/>
          <w:sz w:val="24"/>
        </w:rPr>
        <w:t xml:space="preserve">(12:13) [23:29:33] </w:t>
      </w:r>
      <w:r>
        <w:rPr>
          <w:rFonts w:ascii="Times New Roman" w:hAnsi="Times New Roman"/>
          <w:b/>
          <w:sz w:val="24"/>
        </w:rPr>
        <w:t>Isaiah Rodriguez:</w:t>
      </w:r>
      <w:r>
        <w:rPr>
          <w:rFonts w:ascii="Times New Roman" w:hAnsi="Times New Roman"/>
          <w:b w:val="0"/>
          <w:sz w:val="24"/>
        </w:rPr>
        <w:t xml:space="preserve"> Man, I get a trip on her, bro.</w:t>
      </w:r>
    </w:p>
    <w:p>
      <w:pPr>
        <w:spacing w:before="0" w:after="0" w:line="276" w:lineRule="exact"/>
      </w:pPr>
      <w:r>
        <w:rPr>
          <w:rFonts w:ascii="Times New Roman" w:hAnsi="Times New Roman"/>
          <w:b w:val="0"/>
          <w:sz w:val="24"/>
        </w:rPr>
        <w:t xml:space="preserve">(12:39) [23:29:59] </w:t>
      </w:r>
      <w:r>
        <w:rPr>
          <w:rFonts w:ascii="Times New Roman" w:hAnsi="Times New Roman"/>
          <w:b/>
          <w:sz w:val="24"/>
        </w:rPr>
        <w:t>Officer Williams:</w:t>
      </w:r>
      <w:r>
        <w:rPr>
          <w:rFonts w:ascii="Times New Roman" w:hAnsi="Times New Roman"/>
          <w:b w:val="0"/>
          <w:sz w:val="24"/>
        </w:rPr>
        <w:t xml:space="preserve"> How many of y'all got behind me?</w:t>
      </w:r>
    </w:p>
    <w:p>
      <w:pPr>
        <w:spacing w:before="0" w:after="0" w:line="276" w:lineRule="exact"/>
      </w:pPr>
      <w:r>
        <w:rPr>
          <w:rFonts w:ascii="Times New Roman" w:hAnsi="Times New Roman"/>
          <w:b w:val="0"/>
          <w:sz w:val="24"/>
        </w:rPr>
        <w:t xml:space="preserve">(12:41) [23:30:01] </w:t>
      </w:r>
      <w:r>
        <w:rPr>
          <w:rFonts w:ascii="Times New Roman" w:hAnsi="Times New Roman"/>
          <w:b/>
          <w:sz w:val="24"/>
        </w:rPr>
        <w:t>Officer Williams:</w:t>
      </w:r>
      <w:r>
        <w:rPr>
          <w:rFonts w:ascii="Times New Roman" w:hAnsi="Times New Roman"/>
          <w:b w:val="0"/>
          <w:sz w:val="24"/>
        </w:rPr>
        <w:t xml:space="preserve"> Just me and my partner.</w:t>
      </w:r>
    </w:p>
    <w:p>
      <w:pPr>
        <w:spacing w:before="0" w:after="0" w:line="276" w:lineRule="exact"/>
      </w:pPr>
      <w:r>
        <w:rPr>
          <w:rFonts w:ascii="Times New Roman" w:hAnsi="Times New Roman"/>
          <w:b w:val="0"/>
          <w:sz w:val="24"/>
        </w:rPr>
        <w:t xml:space="preserve">(12:41) [23:30:01] </w:t>
      </w:r>
      <w:r>
        <w:rPr>
          <w:rFonts w:ascii="Times New Roman" w:hAnsi="Times New Roman"/>
          <w:b/>
          <w:sz w:val="24"/>
        </w:rPr>
        <w:t>Isaiah Rodriguez:</w:t>
      </w:r>
      <w:r>
        <w:rPr>
          <w:rFonts w:ascii="Times New Roman" w:hAnsi="Times New Roman"/>
          <w:b w:val="0"/>
          <w:sz w:val="24"/>
        </w:rPr>
        <w:t xml:space="preserve"> There's two?</w:t>
      </w:r>
    </w:p>
    <w:p>
      <w:pPr>
        <w:spacing w:before="0" w:after="0" w:line="276" w:lineRule="exact"/>
      </w:pPr>
      <w:r>
        <w:rPr>
          <w:rFonts w:ascii="Times New Roman" w:hAnsi="Times New Roman"/>
          <w:b w:val="0"/>
          <w:sz w:val="24"/>
        </w:rPr>
        <w:t xml:space="preserve">(12:43) [23:30:03] </w:t>
      </w:r>
      <w:r>
        <w:rPr>
          <w:rFonts w:ascii="Times New Roman" w:hAnsi="Times New Roman"/>
          <w:b/>
          <w:sz w:val="24"/>
        </w:rPr>
        <w:t>Isaiah Rodriguez:</w:t>
      </w:r>
      <w:r>
        <w:rPr>
          <w:rFonts w:ascii="Times New Roman" w:hAnsi="Times New Roman"/>
          <w:b w:val="0"/>
          <w:sz w:val="24"/>
        </w:rPr>
        <w:t xml:space="preserve"> Oh shit, I might go to jail.</w:t>
      </w:r>
    </w:p>
    <w:p>
      <w:pPr>
        <w:spacing w:before="0" w:after="0" w:line="276" w:lineRule="exact"/>
      </w:pPr>
      <w:r>
        <w:rPr>
          <w:rFonts w:ascii="Times New Roman" w:hAnsi="Times New Roman"/>
          <w:b w:val="0"/>
          <w:sz w:val="24"/>
        </w:rPr>
        <w:t xml:space="preserve">(12:44) [23:30:04] </w:t>
      </w:r>
      <w:r>
        <w:rPr>
          <w:rFonts w:ascii="Times New Roman" w:hAnsi="Times New Roman"/>
          <w:b/>
          <w:sz w:val="24"/>
        </w:rPr>
        <w:t>Officer Williams:</w:t>
      </w:r>
      <w:r>
        <w:rPr>
          <w:rFonts w:ascii="Times New Roman" w:hAnsi="Times New Roman"/>
          <w:b w:val="0"/>
          <w:sz w:val="24"/>
        </w:rPr>
        <w:t xml:space="preserve"> Why would you go to jail?</w:t>
      </w:r>
    </w:p>
    <w:p>
      <w:pPr>
        <w:spacing w:before="0" w:after="0" w:line="276" w:lineRule="exact"/>
      </w:pPr>
      <w:r>
        <w:rPr>
          <w:rFonts w:ascii="Times New Roman" w:hAnsi="Times New Roman"/>
          <w:b w:val="0"/>
          <w:sz w:val="24"/>
        </w:rPr>
        <w:t xml:space="preserve">(12:53) [23:30:13] </w:t>
      </w:r>
      <w:r>
        <w:rPr>
          <w:rFonts w:ascii="Times New Roman" w:hAnsi="Times New Roman"/>
          <w:b/>
          <w:sz w:val="24"/>
        </w:rPr>
        <w:t>Isaiah Rodriguez:</w:t>
      </w:r>
      <w:r>
        <w:rPr>
          <w:rFonts w:ascii="Times New Roman" w:hAnsi="Times New Roman"/>
          <w:b w:val="0"/>
          <w:sz w:val="24"/>
        </w:rPr>
        <w:t xml:space="preserve"> Because back in the day, I ain't gonna lie, when I used to get pulled over, when another one would come up, that was like the reason, you know what I'm saying? You were going to jail, you know what I'm saying?</w:t>
      </w:r>
    </w:p>
    <w:p>
      <w:pPr>
        <w:spacing w:before="0" w:after="0" w:line="276" w:lineRule="exact"/>
      </w:pPr>
      <w:r>
        <w:rPr>
          <w:rFonts w:ascii="Times New Roman" w:hAnsi="Times New Roman"/>
          <w:b w:val="0"/>
          <w:sz w:val="24"/>
        </w:rPr>
        <w:t xml:space="preserve">(12:58) [23:30:18] </w:t>
      </w:r>
      <w:r>
        <w:rPr>
          <w:rFonts w:ascii="Times New Roman" w:hAnsi="Times New Roman"/>
          <w:b/>
          <w:sz w:val="24"/>
        </w:rPr>
        <w:t>Officer Williams:</w:t>
      </w:r>
      <w:r>
        <w:rPr>
          <w:rFonts w:ascii="Times New Roman" w:hAnsi="Times New Roman"/>
          <w:b w:val="0"/>
          <w:sz w:val="24"/>
        </w:rPr>
        <w:t xml:space="preserve"> Nah man, that just means that we like to check up on each other. We just like checking up on each other, man. Doesn't always mean that -- sometimes I just stop by my partner, I stopped by my partner because, you know, she's doing her job and we check up on each other, make sure we're alright.</w:t>
      </w:r>
    </w:p>
    <w:p>
      <w:pPr>
        <w:spacing w:before="0" w:after="0" w:line="276" w:lineRule="exact"/>
      </w:pPr>
      <w:r>
        <w:rPr>
          <w:rFonts w:ascii="Times New Roman" w:hAnsi="Times New Roman"/>
          <w:b w:val="0"/>
          <w:sz w:val="24"/>
        </w:rPr>
        <w:t xml:space="preserve">(13:28) [23:30:48] </w:t>
      </w:r>
      <w:r>
        <w:rPr>
          <w:rFonts w:ascii="Times New Roman" w:hAnsi="Times New Roman"/>
          <w:b/>
          <w:sz w:val="24"/>
        </w:rPr>
        <w:t>Isaiah Rodriguez:</w:t>
      </w:r>
      <w:r>
        <w:rPr>
          <w:rFonts w:ascii="Times New Roman" w:hAnsi="Times New Roman"/>
          <w:b w:val="0"/>
          <w:sz w:val="24"/>
        </w:rPr>
        <w:t xml:space="preserve"> That's crazy over here.</w:t>
      </w:r>
    </w:p>
    <w:p>
      <w:pPr>
        <w:spacing w:before="0" w:after="0" w:line="276" w:lineRule="exact"/>
      </w:pPr>
      <w:r>
        <w:rPr>
          <w:rFonts w:ascii="Times New Roman" w:hAnsi="Times New Roman"/>
          <w:b w:val="0"/>
          <w:sz w:val="24"/>
        </w:rPr>
        <w:t xml:space="preserve">(13:32) [23:30:52] </w:t>
      </w:r>
      <w:r>
        <w:rPr>
          <w:rFonts w:ascii="Times New Roman" w:hAnsi="Times New Roman"/>
          <w:b/>
          <w:sz w:val="24"/>
        </w:rPr>
        <w:t>Isaiah Rodriguez:</w:t>
      </w:r>
      <w:r>
        <w:rPr>
          <w:rFonts w:ascii="Times New Roman" w:hAnsi="Times New Roman"/>
          <w:b w:val="0"/>
          <w:sz w:val="24"/>
        </w:rPr>
        <w:t xml:space="preserve"> Uh, all the homeless, bro. The other day, bro, I was right here getting gas and they were all sitting right there. I had to yell at the couple, man, hey, y'all, y'all yelling at my wife for money, you know what I'm saying?</w:t>
      </w:r>
    </w:p>
    <w:p>
      <w:pPr>
        <w:spacing w:before="0" w:after="0" w:line="276" w:lineRule="exact"/>
      </w:pPr>
      <w:r>
        <w:rPr>
          <w:rFonts w:ascii="Times New Roman" w:hAnsi="Times New Roman"/>
          <w:b w:val="0"/>
          <w:sz w:val="24"/>
        </w:rPr>
        <w:t xml:space="preserve">(13:44) [23:31:04] </w:t>
      </w:r>
      <w:r>
        <w:rPr>
          <w:rFonts w:ascii="Times New Roman" w:hAnsi="Times New Roman"/>
          <w:b/>
          <w:sz w:val="24"/>
        </w:rPr>
        <w:t>Officer Williams:</w:t>
      </w:r>
      <w:r>
        <w:rPr>
          <w:rFonts w:ascii="Times New Roman" w:hAnsi="Times New Roman"/>
          <w:b w:val="0"/>
          <w:sz w:val="24"/>
        </w:rPr>
        <w:t xml:space="preserve"> Yeah, you ain't got, you can't do all that.</w:t>
      </w:r>
    </w:p>
    <w:p>
      <w:pPr>
        <w:spacing w:before="0" w:after="0" w:line="276" w:lineRule="exact"/>
      </w:pPr>
      <w:r>
        <w:rPr>
          <w:rFonts w:ascii="Times New Roman" w:hAnsi="Times New Roman"/>
          <w:b w:val="0"/>
          <w:sz w:val="24"/>
        </w:rPr>
        <w:t xml:space="preserve">(13:46) [23:31:06] </w:t>
      </w:r>
      <w:r>
        <w:rPr>
          <w:rFonts w:ascii="Times New Roman" w:hAnsi="Times New Roman"/>
          <w:b/>
          <w:sz w:val="24"/>
        </w:rPr>
        <w:t>Isaiah Rodriguez:</w:t>
      </w:r>
      <w:r>
        <w:rPr>
          <w:rFonts w:ascii="Times New Roman" w:hAnsi="Times New Roman"/>
          <w:b w:val="0"/>
          <w:sz w:val="24"/>
        </w:rPr>
        <w:t xml:space="preserve"> I got you. Like, I don't mind, you know what I'm saying, getting money, but you being disrespectful to my wife, nah, that's not gonna happen, you know what I'm saying?</w:t>
      </w:r>
    </w:p>
    <w:p>
      <w:pPr>
        <w:spacing w:before="0" w:after="0" w:line="276" w:lineRule="exact"/>
      </w:pPr>
      <w:r>
        <w:rPr>
          <w:rFonts w:ascii="Times New Roman" w:hAnsi="Times New Roman"/>
          <w:b w:val="0"/>
          <w:sz w:val="24"/>
        </w:rPr>
        <w:t xml:space="preserve">(13:54) [23:31:14] </w:t>
      </w:r>
      <w:r>
        <w:rPr>
          <w:rFonts w:ascii="Times New Roman" w:hAnsi="Times New Roman"/>
          <w:b/>
          <w:sz w:val="24"/>
        </w:rPr>
        <w:t>Officer Williams:</w:t>
      </w:r>
      <w:r>
        <w:rPr>
          <w:rFonts w:ascii="Times New Roman" w:hAnsi="Times New Roman"/>
          <w:b w:val="0"/>
          <w:sz w:val="24"/>
        </w:rPr>
        <w:t xml:space="preserve"> Yeah, nah, you can't be disrespectful to people's wife.</w:t>
      </w:r>
    </w:p>
    <w:p>
      <w:pPr>
        <w:spacing w:before="0" w:after="0" w:line="276" w:lineRule="exact"/>
      </w:pPr>
      <w:r>
        <w:rPr>
          <w:rFonts w:ascii="Times New Roman" w:hAnsi="Times New Roman"/>
          <w:b w:val="0"/>
          <w:sz w:val="24"/>
        </w:rPr>
        <w:t xml:space="preserve">(14:02) [23:31:22] </w:t>
      </w:r>
      <w:r>
        <w:rPr>
          <w:rFonts w:ascii="Times New Roman" w:hAnsi="Times New Roman"/>
          <w:b/>
          <w:sz w:val="24"/>
        </w:rPr>
        <w:t>Officer Williams:</w:t>
      </w:r>
      <w:r>
        <w:rPr>
          <w:rFonts w:ascii="Times New Roman" w:hAnsi="Times New Roman"/>
          <w:b w:val="0"/>
          <w:sz w:val="24"/>
        </w:rPr>
        <w:t xml:space="preserve"> Yeah, you gotta be respectful to people, especially to people's wife.</w:t>
      </w:r>
    </w:p>
    <w:p>
      <w:pPr>
        <w:spacing w:before="0" w:after="0" w:line="276" w:lineRule="exact"/>
      </w:pPr>
      <w:r>
        <w:rPr>
          <w:rFonts w:ascii="Times New Roman" w:hAnsi="Times New Roman"/>
          <w:b w:val="0"/>
          <w:sz w:val="24"/>
        </w:rPr>
        <w:t xml:space="preserve">(14:08) [23:31:28] </w:t>
      </w:r>
      <w:r>
        <w:rPr>
          <w:rFonts w:ascii="Times New Roman" w:hAnsi="Times New Roman"/>
          <w:b/>
          <w:sz w:val="24"/>
        </w:rPr>
        <w:t>Isaiah Rodriguez:</w:t>
      </w:r>
      <w:r>
        <w:rPr>
          <w:rFonts w:ascii="Times New Roman" w:hAnsi="Times New Roman"/>
          <w:b w:val="0"/>
          <w:sz w:val="24"/>
        </w:rPr>
        <w:t xml:space="preserve"> Yeah, the way I see it, bro, happy wife, happy life, like I said, I just don't know what pissed my wife off tonight, bro.</w:t>
      </w:r>
    </w:p>
    <w:p>
      <w:pPr>
        <w:spacing w:before="0" w:after="0" w:line="276" w:lineRule="exact"/>
      </w:pPr>
      <w:r>
        <w:rPr>
          <w:rFonts w:ascii="Times New Roman" w:hAnsi="Times New Roman"/>
          <w:b w:val="0"/>
          <w:sz w:val="24"/>
        </w:rPr>
        <w:t xml:space="preserve">(14:10) [23:31:30] </w:t>
      </w:r>
      <w:r>
        <w:rPr>
          <w:rFonts w:ascii="Times New Roman" w:hAnsi="Times New Roman"/>
          <w:b/>
          <w:sz w:val="24"/>
        </w:rPr>
        <w:t>Officer Williams:</w:t>
      </w:r>
      <w:r>
        <w:rPr>
          <w:rFonts w:ascii="Times New Roman" w:hAnsi="Times New Roman"/>
          <w:b w:val="0"/>
          <w:sz w:val="24"/>
        </w:rPr>
        <w:t xml:space="preserve"> I got you, man.</w:t>
      </w:r>
    </w:p>
    <w:p>
      <w:pPr>
        <w:spacing w:before="0" w:after="0" w:line="276" w:lineRule="exact"/>
      </w:pPr>
      <w:r>
        <w:rPr>
          <w:rFonts w:ascii="Times New Roman" w:hAnsi="Times New Roman"/>
          <w:b w:val="0"/>
          <w:sz w:val="24"/>
        </w:rPr>
        <w:t xml:space="preserve">(14:16) [23:31:36] </w:t>
      </w:r>
      <w:r>
        <w:rPr>
          <w:rFonts w:ascii="Times New Roman" w:hAnsi="Times New Roman"/>
          <w:b/>
          <w:sz w:val="24"/>
        </w:rPr>
        <w:t>Isaiah Rodriguez:</w:t>
      </w:r>
      <w:r>
        <w:rPr>
          <w:rFonts w:ascii="Times New Roman" w:hAnsi="Times New Roman"/>
          <w:b w:val="0"/>
          <w:sz w:val="24"/>
        </w:rPr>
        <w:t xml:space="preserve"> And then at that, she was trying to take the license plates off before I left the Horseshoe. I don't know why, yeah.</w:t>
      </w:r>
    </w:p>
    <w:p>
      <w:pPr>
        <w:spacing w:before="0" w:after="0" w:line="276" w:lineRule="exact"/>
      </w:pPr>
      <w:r>
        <w:rPr>
          <w:rFonts w:ascii="Times New Roman" w:hAnsi="Times New Roman"/>
          <w:b w:val="0"/>
          <w:sz w:val="24"/>
        </w:rPr>
        <w:t xml:space="preserve">(14:27) [23:31:47] </w:t>
      </w:r>
      <w:r>
        <w:rPr>
          <w:rFonts w:ascii="Times New Roman" w:hAnsi="Times New Roman"/>
          <w:b/>
          <w:sz w:val="24"/>
        </w:rPr>
        <w:t>Isaiah Rodriguez:</w:t>
      </w:r>
      <w:r>
        <w:rPr>
          <w:rFonts w:ascii="Times New Roman" w:hAnsi="Times New Roman"/>
          <w:b w:val="0"/>
          <w:sz w:val="24"/>
        </w:rPr>
        <w:t xml:space="preserve"> And then, nah, she threw, she -- look, right here she threw a f---ing -- she hit the car with a screwdriver, bro.</w:t>
      </w:r>
    </w:p>
    <w:p>
      <w:pPr>
        <w:spacing w:before="0" w:after="0" w:line="276" w:lineRule="exact"/>
      </w:pPr>
      <w:r>
        <w:rPr>
          <w:rFonts w:ascii="Times New Roman" w:hAnsi="Times New Roman"/>
          <w:b w:val="0"/>
          <w:sz w:val="24"/>
        </w:rPr>
        <w:t xml:space="preserve">(14:28) [23:31:48] </w:t>
      </w:r>
      <w:r>
        <w:rPr>
          <w:rFonts w:ascii="Times New Roman" w:hAnsi="Times New Roman"/>
          <w:b/>
          <w:sz w:val="24"/>
        </w:rPr>
        <w:t>Officer Williams:</w:t>
      </w:r>
      <w:r>
        <w:rPr>
          <w:rFonts w:ascii="Times New Roman" w:hAnsi="Times New Roman"/>
          <w:b w:val="0"/>
          <w:sz w:val="24"/>
        </w:rPr>
        <w:t xml:space="preserve"> Damn.</w:t>
      </w:r>
    </w:p>
    <w:p>
      <w:pPr>
        <w:spacing w:before="0" w:after="0" w:line="276" w:lineRule="exact"/>
      </w:pPr>
      <w:r>
        <w:rPr>
          <w:rFonts w:ascii="Times New Roman" w:hAnsi="Times New Roman"/>
          <w:b w:val="0"/>
          <w:sz w:val="24"/>
        </w:rPr>
        <w:t xml:space="preserve">(14:36) [23:31:56] </w:t>
      </w:r>
      <w:r>
        <w:rPr>
          <w:rFonts w:ascii="Times New Roman" w:hAnsi="Times New Roman"/>
          <w:b/>
          <w:sz w:val="24"/>
        </w:rPr>
        <w:t>Isaiah Rodriguez:</w:t>
      </w:r>
      <w:r>
        <w:rPr>
          <w:rFonts w:ascii="Times New Roman" w:hAnsi="Times New Roman"/>
          <w:b w:val="0"/>
          <w:sz w:val="24"/>
        </w:rPr>
        <w:t xml:space="preserve"> Yeah, she was trippin'.</w:t>
      </w:r>
    </w:p>
    <w:p>
      <w:pPr>
        <w:spacing w:before="0" w:after="0" w:line="276" w:lineRule="exact"/>
      </w:pPr>
      <w:r>
        <w:rPr>
          <w:rFonts w:ascii="Times New Roman" w:hAnsi="Times New Roman"/>
          <w:b w:val="0"/>
          <w:sz w:val="24"/>
        </w:rPr>
        <w:t xml:space="preserve">(14:42) [23:32:02] </w:t>
      </w:r>
      <w:r>
        <w:rPr>
          <w:rFonts w:ascii="Times New Roman" w:hAnsi="Times New Roman"/>
          <w:b/>
          <w:sz w:val="24"/>
        </w:rPr>
        <w:t>Officer Williams:</w:t>
      </w:r>
      <w:r>
        <w:rPr>
          <w:rFonts w:ascii="Times New Roman" w:hAnsi="Times New Roman"/>
          <w:b w:val="0"/>
          <w:sz w:val="24"/>
        </w:rPr>
        <w:t xml:space="preserve"> You don't know what her problem was?</w:t>
      </w:r>
    </w:p>
    <w:p>
      <w:pPr>
        <w:spacing w:before="0" w:after="0" w:line="276" w:lineRule="exact"/>
      </w:pPr>
      <w:r>
        <w:rPr>
          <w:rFonts w:ascii="Times New Roman" w:hAnsi="Times New Roman"/>
          <w:b w:val="0"/>
          <w:sz w:val="24"/>
        </w:rPr>
        <w:t xml:space="preserve">(14:43) [23:32:03] </w:t>
      </w:r>
      <w:r>
        <w:rPr>
          <w:rFonts w:ascii="Times New Roman" w:hAnsi="Times New Roman"/>
          <w:b/>
          <w:sz w:val="24"/>
        </w:rPr>
        <w:t>Isaiah Rodriguez:</w:t>
      </w:r>
      <w:r>
        <w:rPr>
          <w:rFonts w:ascii="Times New Roman" w:hAnsi="Times New Roman"/>
          <w:b w:val="0"/>
          <w:sz w:val="24"/>
        </w:rPr>
        <w:t xml:space="preserve"> Nah, bro, I don't. I don't, bro. Mexican women are crazy, bro.</w:t>
      </w:r>
    </w:p>
    <w:p>
      <w:pPr>
        <w:spacing w:before="0" w:after="0" w:line="276" w:lineRule="exact"/>
      </w:pPr>
      <w:r>
        <w:rPr>
          <w:rFonts w:ascii="Times New Roman" w:hAnsi="Times New Roman"/>
          <w:b w:val="0"/>
          <w:sz w:val="24"/>
        </w:rPr>
        <w:t xml:space="preserve">(15:02) [23:32:22] </w:t>
      </w:r>
      <w:r>
        <w:rPr>
          <w:rFonts w:ascii="Times New Roman" w:hAnsi="Times New Roman"/>
          <w:b/>
          <w:sz w:val="24"/>
        </w:rPr>
        <w:t>Isaiah Rodriguez:</w:t>
      </w:r>
      <w:r>
        <w:rPr>
          <w:rFonts w:ascii="Times New Roman" w:hAnsi="Times New Roman"/>
          <w:b w:val="0"/>
          <w:sz w:val="24"/>
        </w:rPr>
        <w:t xml:space="preserve"> I mean, don't get me wrong, I love crazy women, you know what I'm saying?</w:t>
      </w:r>
    </w:p>
    <w:p>
      <w:pPr>
        <w:spacing w:before="0" w:after="0" w:line="276" w:lineRule="exact"/>
      </w:pPr>
      <w:r>
        <w:rPr>
          <w:rFonts w:ascii="Times New Roman" w:hAnsi="Times New Roman"/>
          <w:b w:val="0"/>
          <w:sz w:val="24"/>
        </w:rPr>
        <w:t xml:space="preserve">(15:09) [23:32:29] </w:t>
      </w:r>
      <w:r>
        <w:rPr>
          <w:rFonts w:ascii="Times New Roman" w:hAnsi="Times New Roman"/>
          <w:b/>
          <w:sz w:val="24"/>
        </w:rPr>
        <w:t>Officer Williams:</w:t>
      </w:r>
      <w:r>
        <w:rPr>
          <w:rFonts w:ascii="Times New Roman" w:hAnsi="Times New Roman"/>
          <w:b w:val="0"/>
          <w:sz w:val="24"/>
        </w:rPr>
        <w:t xml:space="preserve"> Hey, 10-0, 10-0 with him.</w:t>
      </w:r>
    </w:p>
    <w:p>
      <w:pPr>
        <w:spacing w:before="0" w:after="0" w:line="276" w:lineRule="exact"/>
      </w:pPr>
      <w:r>
        <w:rPr>
          <w:rFonts w:ascii="Times New Roman" w:hAnsi="Times New Roman"/>
          <w:b w:val="0"/>
          <w:sz w:val="24"/>
        </w:rPr>
        <w:t xml:space="preserve">(15:14) [23:32:34] </w:t>
      </w:r>
      <w:r>
        <w:rPr>
          <w:rFonts w:ascii="Times New Roman" w:hAnsi="Times New Roman"/>
          <w:b/>
          <w:sz w:val="24"/>
        </w:rPr>
        <w:t>Officer Williams:</w:t>
      </w:r>
      <w:r>
        <w:rPr>
          <w:rFonts w:ascii="Times New Roman" w:hAnsi="Times New Roman"/>
          <w:b w:val="0"/>
          <w:sz w:val="24"/>
        </w:rPr>
        <w:t xml:space="preserve"> Hey man, go ahead and step out the car for me.</w:t>
      </w:r>
    </w:p>
    <w:p>
      <w:pPr>
        <w:spacing w:before="0" w:after="0" w:line="276" w:lineRule="exact"/>
      </w:pPr>
      <w:r>
        <w:rPr>
          <w:rFonts w:ascii="Times New Roman" w:hAnsi="Times New Roman"/>
          <w:b w:val="0"/>
          <w:sz w:val="24"/>
        </w:rPr>
        <w:t xml:space="preserve">(15:16) [23:32:36]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(15:17) [23:32:37] </w:t>
      </w:r>
      <w:r>
        <w:rPr>
          <w:rFonts w:ascii="Times New Roman" w:hAnsi="Times New Roman"/>
          <w:b/>
          <w:sz w:val="24"/>
        </w:rPr>
        <w:t>Officer Williams:</w:t>
      </w:r>
      <w:r>
        <w:rPr>
          <w:rFonts w:ascii="Times New Roman" w:hAnsi="Times New Roman"/>
          <w:b w:val="0"/>
          <w:sz w:val="24"/>
        </w:rPr>
        <w:t xml:space="preserve"> Alright, don't reach for anything, face that way for me, okay? Don't reach for anything, keep your hands up for me, okay?</w:t>
      </w:r>
    </w:p>
    <w:p>
      <w:pPr>
        <w:spacing w:before="0" w:after="0" w:line="276" w:lineRule="exact"/>
      </w:pPr>
      <w:r>
        <w:rPr>
          <w:rFonts w:ascii="Times New Roman" w:hAnsi="Times New Roman"/>
          <w:b w:val="0"/>
          <w:sz w:val="24"/>
        </w:rPr>
        <w:t xml:space="preserve">(15:25) [23:32:45] </w:t>
      </w:r>
      <w:r>
        <w:rPr>
          <w:rFonts w:ascii="Times New Roman" w:hAnsi="Times New Roman"/>
          <w:b/>
          <w:sz w:val="24"/>
        </w:rPr>
        <w:t>Officer Williams:</w:t>
      </w:r>
      <w:r>
        <w:rPr>
          <w:rFonts w:ascii="Times New Roman" w:hAnsi="Times New Roman"/>
          <w:b w:val="0"/>
          <w:sz w:val="24"/>
        </w:rPr>
        <w:t xml:space="preserve"> Alright, step over out this way for me, okay? Just like that, just hang out right there for me, okay?</w:t>
      </w:r>
    </w:p>
    <w:p>
      <w:pPr>
        <w:spacing w:before="0" w:after="0" w:line="276" w:lineRule="exact"/>
      </w:pPr>
      <w:r>
        <w:rPr>
          <w:rFonts w:ascii="Times New Roman" w:hAnsi="Times New Roman"/>
          <w:b w:val="0"/>
          <w:sz w:val="24"/>
        </w:rPr>
        <w:t xml:space="preserve">(15:31) [23:32:51] </w:t>
      </w:r>
      <w:r>
        <w:rPr>
          <w:rFonts w:ascii="Times New Roman" w:hAnsi="Times New Roman"/>
          <w:b/>
          <w:sz w:val="24"/>
        </w:rPr>
        <w:t>Officer Williams:</w:t>
      </w:r>
      <w:r>
        <w:rPr>
          <w:rFonts w:ascii="Times New Roman" w:hAnsi="Times New Roman"/>
          <w:b w:val="0"/>
          <w:sz w:val="24"/>
        </w:rPr>
        <w:t xml:space="preserve"> You got no weapons, any other weapons or anything like that?</w:t>
      </w:r>
    </w:p>
    <w:p>
      <w:pPr>
        <w:spacing w:before="0" w:after="0" w:line="276" w:lineRule="exact"/>
      </w:pPr>
      <w:r>
        <w:rPr>
          <w:rFonts w:ascii="Times New Roman" w:hAnsi="Times New Roman"/>
          <w:b w:val="0"/>
          <w:sz w:val="24"/>
        </w:rPr>
        <w:t xml:space="preserve">(15:32) [23:32:52] </w:t>
      </w:r>
      <w:r>
        <w:rPr>
          <w:rFonts w:ascii="Times New Roman" w:hAnsi="Times New Roman"/>
          <w:b/>
          <w:sz w:val="24"/>
        </w:rPr>
        <w:t>Isaiah Rodriguez:</w:t>
      </w:r>
      <w:r>
        <w:rPr>
          <w:rFonts w:ascii="Times New Roman" w:hAnsi="Times New Roman"/>
          <w:b w:val="0"/>
          <w:sz w:val="24"/>
        </w:rPr>
        <w:t xml:space="preserve"> No, just a knife.</w:t>
      </w:r>
    </w:p>
    <w:p>
      <w:pPr>
        <w:spacing w:before="0" w:after="0" w:line="276" w:lineRule="exact"/>
      </w:pPr>
      <w:r>
        <w:rPr>
          <w:rFonts w:ascii="Times New Roman" w:hAnsi="Times New Roman"/>
          <w:b w:val="0"/>
          <w:sz w:val="24"/>
        </w:rPr>
        <w:t xml:space="preserve">(15:33) [23:32:53] </w:t>
      </w:r>
      <w:r>
        <w:rPr>
          <w:rFonts w:ascii="Times New Roman" w:hAnsi="Times New Roman"/>
          <w:b/>
          <w:sz w:val="24"/>
        </w:rPr>
        <w:t>Officer Williams:</w:t>
      </w:r>
      <w:r>
        <w:rPr>
          <w:rFonts w:ascii="Times New Roman" w:hAnsi="Times New Roman"/>
          <w:b w:val="0"/>
          <w:sz w:val="24"/>
        </w:rPr>
        <w:t xml:space="preserve"> Without reaching for anything?</w:t>
      </w:r>
    </w:p>
    <w:p>
      <w:pPr>
        <w:spacing w:before="0" w:after="0" w:line="276" w:lineRule="exact"/>
      </w:pPr>
      <w:r>
        <w:rPr>
          <w:rFonts w:ascii="Times New Roman" w:hAnsi="Times New Roman"/>
          <w:b w:val="0"/>
          <w:sz w:val="24"/>
        </w:rPr>
        <w:t xml:space="preserve">(15:33) [23:32:53] </w:t>
      </w:r>
      <w:r>
        <w:rPr>
          <w:rFonts w:ascii="Times New Roman" w:hAnsi="Times New Roman"/>
          <w:b/>
          <w:sz w:val="24"/>
        </w:rPr>
        <w:t>Isaiah Rodriguez:</w:t>
      </w:r>
      <w:r>
        <w:rPr>
          <w:rFonts w:ascii="Times New Roman" w:hAnsi="Times New Roman"/>
          <w:b w:val="0"/>
          <w:sz w:val="24"/>
        </w:rPr>
        <w:t xml:space="preserve"> No, just a knife. No, that's it. Just a knife, sir.</w:t>
      </w:r>
    </w:p>
    <w:p>
      <w:pPr>
        <w:spacing w:before="0" w:after="0" w:line="276" w:lineRule="exact"/>
      </w:pPr>
      <w:r>
        <w:rPr>
          <w:rFonts w:ascii="Times New Roman" w:hAnsi="Times New Roman"/>
          <w:b w:val="0"/>
          <w:sz w:val="24"/>
        </w:rPr>
        <w:t xml:space="preserve">(15:35) [23:32:55]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(15:37) [23:32:57] </w:t>
      </w:r>
      <w:r>
        <w:rPr>
          <w:rFonts w:ascii="Times New Roman" w:hAnsi="Times New Roman"/>
          <w:b/>
          <w:sz w:val="24"/>
        </w:rPr>
        <w:t>Officer Williams:</w:t>
      </w:r>
      <w:r>
        <w:rPr>
          <w:rFonts w:ascii="Times New Roman" w:hAnsi="Times New Roman"/>
          <w:b w:val="0"/>
          <w:sz w:val="24"/>
        </w:rPr>
        <w:t xml:space="preserve"> Alright, let's go to the back of the car right over here, okay?</w:t>
      </w:r>
    </w:p>
    <w:p>
      <w:pPr>
        <w:spacing w:before="0" w:after="0" w:line="276" w:lineRule="exact"/>
      </w:pPr>
      <w:r>
        <w:rPr>
          <w:rFonts w:ascii="Times New Roman" w:hAnsi="Times New Roman"/>
          <w:b w:val="0"/>
          <w:sz w:val="24"/>
        </w:rPr>
        <w:t xml:space="preserve">(15:38) [23:32:58]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(15:48) [23:33:08] </w:t>
      </w:r>
      <w:r>
        <w:rPr>
          <w:rFonts w:ascii="Times New Roman" w:hAnsi="Times New Roman"/>
          <w:b/>
          <w:sz w:val="24"/>
        </w:rPr>
        <w:t>Officer Williams:</w:t>
      </w:r>
      <w:r>
        <w:rPr>
          <w:rFonts w:ascii="Times New Roman" w:hAnsi="Times New Roman"/>
          <w:b w:val="0"/>
          <w:sz w:val="24"/>
        </w:rPr>
        <w:t xml:space="preserve"> Let's go to the front with that officer right there, okay?</w:t>
      </w:r>
    </w:p>
    <w:p>
      <w:pPr>
        <w:spacing w:before="0" w:after="0" w:line="276" w:lineRule="exact"/>
      </w:pPr>
      <w:r>
        <w:rPr>
          <w:rFonts w:ascii="Times New Roman" w:hAnsi="Times New Roman"/>
          <w:b w:val="0"/>
          <w:sz w:val="24"/>
        </w:rPr>
        <w:t xml:space="preserve">(15:48) [23:33:08]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(15:51) [23:33:11] </w:t>
      </w:r>
      <w:r>
        <w:rPr>
          <w:rFonts w:ascii="Times New Roman" w:hAnsi="Times New Roman"/>
          <w:b/>
          <w:sz w:val="24"/>
        </w:rPr>
        <w:t>Isaiah Rodriguez:</w:t>
      </w:r>
      <w:r>
        <w:rPr>
          <w:rFonts w:ascii="Times New Roman" w:hAnsi="Times New Roman"/>
          <w:b w:val="0"/>
          <w:sz w:val="24"/>
        </w:rPr>
        <w:t xml:space="preserve"> I mean, that's my own fault.</w:t>
      </w:r>
    </w:p>
    <w:p>
      <w:pPr>
        <w:spacing w:before="0" w:after="0" w:line="276" w:lineRule="exact"/>
      </w:pPr>
      <w:r>
        <w:rPr>
          <w:rFonts w:ascii="Times New Roman" w:hAnsi="Times New Roman"/>
          <w:b w:val="0"/>
          <w:sz w:val="24"/>
        </w:rPr>
        <w:t xml:space="preserve">(16:01) [23:33:21] </w:t>
      </w:r>
      <w:r>
        <w:rPr>
          <w:rFonts w:ascii="Times New Roman" w:hAnsi="Times New Roman"/>
          <w:b/>
          <w:sz w:val="24"/>
        </w:rPr>
        <w:t>Officer Williams:</w:t>
      </w:r>
      <w:r>
        <w:rPr>
          <w:rFonts w:ascii="Times New Roman" w:hAnsi="Times New Roman"/>
          <w:b w:val="0"/>
          <w:sz w:val="24"/>
        </w:rPr>
        <w:t xml:space="preserve"> You're alright, man.</w:t>
      </w:r>
    </w:p>
    <w:p>
      <w:pPr>
        <w:spacing w:before="0" w:after="0" w:line="276" w:lineRule="exact"/>
      </w:pPr>
      <w:r>
        <w:rPr>
          <w:rFonts w:ascii="Times New Roman" w:hAnsi="Times New Roman"/>
          <w:b w:val="0"/>
          <w:sz w:val="24"/>
        </w:rPr>
        <w:t xml:space="preserve">(16:12) [23:33:32] </w:t>
      </w:r>
      <w:r>
        <w:rPr>
          <w:rFonts w:ascii="Times New Roman" w:hAnsi="Times New Roman"/>
          <w:b/>
          <w:sz w:val="24"/>
        </w:rPr>
        <w:t>Officer Williams:</w:t>
      </w:r>
      <w:r>
        <w:rPr>
          <w:rFonts w:ascii="Times New Roman" w:hAnsi="Times New Roman"/>
          <w:b w:val="0"/>
          <w:sz w:val="24"/>
        </w:rPr>
        <w:t xml:space="preserve"> Did you ever find your insurance?</w:t>
      </w:r>
    </w:p>
    <w:p>
      <w:pPr>
        <w:spacing w:before="0" w:after="0" w:line="276" w:lineRule="exact"/>
      </w:pPr>
      <w:r>
        <w:rPr>
          <w:rFonts w:ascii="Times New Roman" w:hAnsi="Times New Roman"/>
          <w:b w:val="0"/>
          <w:sz w:val="24"/>
        </w:rPr>
        <w:t xml:space="preserve">(16:23) [23:33:43] </w:t>
      </w:r>
      <w:r>
        <w:rPr>
          <w:rFonts w:ascii="Times New Roman" w:hAnsi="Times New Roman"/>
          <w:b/>
          <w:sz w:val="24"/>
        </w:rPr>
        <w:t>Officer Williams:</w:t>
      </w:r>
      <w:r>
        <w:rPr>
          <w:rFonts w:ascii="Times New Roman" w:hAnsi="Times New Roman"/>
          <w:b w:val="0"/>
          <w:sz w:val="24"/>
        </w:rPr>
        <w:t xml:space="preserve"> They confirmed it, so you're good. They got it confirmed.</w:t>
      </w:r>
    </w:p>
    <w:p>
      <w:pPr>
        <w:spacing w:before="0" w:after="0" w:line="276" w:lineRule="exact"/>
      </w:pPr>
      <w:r>
        <w:rPr>
          <w:rFonts w:ascii="Times New Roman" w:hAnsi="Times New Roman"/>
          <w:b w:val="0"/>
          <w:sz w:val="24"/>
        </w:rPr>
        <w:t xml:space="preserve">(16:24) [23:33:44]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(16:26) [23:33:46] </w:t>
      </w:r>
      <w:r>
        <w:rPr>
          <w:rFonts w:ascii="Times New Roman" w:hAnsi="Times New Roman"/>
          <w:b/>
          <w:sz w:val="24"/>
        </w:rPr>
        <w:t>Isaiah Rodriguez:</w:t>
      </w:r>
      <w:r>
        <w:rPr>
          <w:rFonts w:ascii="Times New Roman" w:hAnsi="Times New Roman"/>
          <w:b w:val="0"/>
          <w:sz w:val="24"/>
        </w:rPr>
        <w:t xml:space="preserve"> I'll be honest. My wife had some pills in the car earlier, you know what I'm saying?</w:t>
      </w:r>
    </w:p>
    <w:p>
      <w:pPr>
        <w:spacing w:before="0" w:after="0" w:line="276" w:lineRule="exact"/>
      </w:pPr>
      <w:r>
        <w:rPr>
          <w:rFonts w:ascii="Times New Roman" w:hAnsi="Times New Roman"/>
          <w:b w:val="0"/>
          <w:sz w:val="24"/>
        </w:rPr>
        <w:t xml:space="preserve">(16:38) [23:33:58] </w:t>
      </w:r>
      <w:r>
        <w:rPr>
          <w:rFonts w:ascii="Times New Roman" w:hAnsi="Times New Roman"/>
          <w:b/>
          <w:sz w:val="24"/>
        </w:rPr>
        <w:t>Officer Williams:</w:t>
      </w:r>
      <w:r>
        <w:rPr>
          <w:rFonts w:ascii="Times New Roman" w:hAnsi="Times New Roman"/>
          <w:b w:val="0"/>
          <w:sz w:val="24"/>
        </w:rPr>
        <w:t xml:space="preserve"> I think that's why she was trying to get the keys to get them out, but like I said, but... If it's just that, we'll go from there, okay?</w:t>
      </w:r>
    </w:p>
    <w:p>
      <w:pPr>
        <w:spacing w:before="0" w:after="0" w:line="276" w:lineRule="exact"/>
      </w:pPr>
      <w:r>
        <w:rPr>
          <w:rFonts w:ascii="Times New Roman" w:hAnsi="Times New Roman"/>
          <w:b w:val="0"/>
          <w:sz w:val="24"/>
        </w:rPr>
        <w:t xml:space="preserve">(16:39) [23:33:59] </w:t>
      </w:r>
      <w:r>
        <w:rPr>
          <w:rFonts w:ascii="Times New Roman" w:hAnsi="Times New Roman"/>
          <w:b/>
          <w:sz w:val="24"/>
        </w:rPr>
        <w:t>Isaiah Rodriguez:</w:t>
      </w:r>
      <w:r>
        <w:rPr>
          <w:rFonts w:ascii="Times New Roman" w:hAnsi="Times New Roman"/>
          <w:b w:val="0"/>
          <w:sz w:val="24"/>
        </w:rPr>
        <w:t xml:space="preserve"> Yeah, yeah, like I said, yeah.</w:t>
      </w:r>
    </w:p>
    <w:p>
      <w:pPr>
        <w:spacing w:before="0" w:after="0" w:line="276" w:lineRule="exact"/>
      </w:pPr>
      <w:r>
        <w:rPr>
          <w:rFonts w:ascii="Times New Roman" w:hAnsi="Times New Roman"/>
          <w:b w:val="0"/>
          <w:sz w:val="24"/>
        </w:rPr>
        <w:t xml:space="preserve">(16:42) [23:34:02] </w:t>
      </w:r>
      <w:r>
        <w:rPr>
          <w:rFonts w:ascii="Times New Roman" w:hAnsi="Times New Roman"/>
          <w:b/>
          <w:sz w:val="24"/>
        </w:rPr>
        <w:t>Officer Williams:</w:t>
      </w:r>
      <w:r>
        <w:rPr>
          <w:rFonts w:ascii="Times New Roman" w:hAnsi="Times New Roman"/>
          <w:b w:val="0"/>
          <w:sz w:val="24"/>
        </w:rPr>
        <w:t xml:space="preserve"> Yeah, she, uh, I'm sorry, I'll speak to her.</w:t>
      </w:r>
    </w:p>
    <w:p>
      <w:pPr>
        <w:spacing w:before="0" w:after="0" w:line="276" w:lineRule="exact"/>
      </w:pPr>
      <w:r>
        <w:rPr>
          <w:rFonts w:ascii="Times New Roman" w:hAnsi="Times New Roman"/>
          <w:b w:val="0"/>
          <w:sz w:val="24"/>
        </w:rPr>
        <w:t xml:space="preserve">(16:42) [23:34:02] </w:t>
      </w:r>
      <w:r>
        <w:rPr>
          <w:rFonts w:ascii="Times New Roman" w:hAnsi="Times New Roman"/>
          <w:b/>
          <w:sz w:val="24"/>
        </w:rPr>
        <w:t>Officer Williams:</w:t>
      </w:r>
      <w:r>
        <w:rPr>
          <w:rFonts w:ascii="Times New Roman" w:hAnsi="Times New Roman"/>
          <w:b w:val="0"/>
          <w:sz w:val="24"/>
        </w:rPr>
        <w:t xml:space="preserve"> You're good.</w:t>
      </w:r>
    </w:p>
    <w:p>
      <w:pPr>
        <w:spacing w:before="0" w:after="0" w:line="276" w:lineRule="exact"/>
      </w:pPr>
      <w:r>
        <w:rPr>
          <w:rFonts w:ascii="Times New Roman" w:hAnsi="Times New Roman"/>
          <w:b w:val="0"/>
          <w:sz w:val="24"/>
        </w:rPr>
        <w:t xml:space="preserve">(16:45) [23:34:05] </w:t>
      </w:r>
      <w:r>
        <w:rPr>
          <w:rFonts w:ascii="Times New Roman" w:hAnsi="Times New Roman"/>
          <w:b/>
          <w:sz w:val="24"/>
        </w:rPr>
        <w:t>Officer Williams:</w:t>
      </w:r>
      <w:r>
        <w:rPr>
          <w:rFonts w:ascii="Times New Roman" w:hAnsi="Times New Roman"/>
          <w:b w:val="0"/>
          <w:sz w:val="24"/>
        </w:rPr>
        <w:t xml:space="preserve"> Alright, so he did say that the K9 alerted on your car. Is there anything that you definitely need to know about that's on your person or in the vehicle?</w:t>
      </w:r>
    </w:p>
    <w:p>
      <w:pPr>
        <w:spacing w:before="0" w:after="0" w:line="276" w:lineRule="exact"/>
      </w:pPr>
      <w:r>
        <w:rPr>
          <w:rFonts w:ascii="Times New Roman" w:hAnsi="Times New Roman"/>
          <w:b w:val="0"/>
          <w:sz w:val="24"/>
        </w:rPr>
        <w:t xml:space="preserve">(16:55) [23:34:15] </w:t>
      </w:r>
      <w:r>
        <w:rPr>
          <w:rFonts w:ascii="Times New Roman" w:hAnsi="Times New Roman"/>
          <w:b/>
          <w:sz w:val="24"/>
        </w:rPr>
        <w:t>Isaiah Rodriguez:</w:t>
      </w:r>
      <w:r>
        <w:rPr>
          <w:rFonts w:ascii="Times New Roman" w:hAnsi="Times New Roman"/>
          <w:b w:val="0"/>
          <w:sz w:val="24"/>
        </w:rPr>
        <w:t xml:space="preserve"> You know, like I said, my wife had some pills in the car, man.</w:t>
      </w:r>
    </w:p>
    <w:p>
      <w:pPr>
        <w:spacing w:before="0" w:after="0" w:line="276" w:lineRule="exact"/>
      </w:pPr>
      <w:r>
        <w:rPr>
          <w:rFonts w:ascii="Times New Roman" w:hAnsi="Times New Roman"/>
          <w:b w:val="0"/>
          <w:sz w:val="24"/>
        </w:rPr>
        <w:t xml:space="preserve">(16:55) [23:34:15] </w:t>
      </w:r>
      <w:r>
        <w:rPr>
          <w:rFonts w:ascii="Times New Roman" w:hAnsi="Times New Roman"/>
          <w:b/>
          <w:sz w:val="24"/>
        </w:rPr>
        <w:t>Officer Williams:</w:t>
      </w:r>
      <w:r>
        <w:rPr>
          <w:rFonts w:ascii="Times New Roman" w:hAnsi="Times New Roman"/>
          <w:b w:val="0"/>
          <w:sz w:val="24"/>
        </w:rPr>
        <w:t xml:space="preserve"> Okay. Other than that.</w:t>
      </w:r>
    </w:p>
    <w:p>
      <w:pPr>
        <w:spacing w:before="0" w:after="0" w:line="276" w:lineRule="exact"/>
      </w:pPr>
      <w:r>
        <w:rPr>
          <w:rFonts w:ascii="Times New Roman" w:hAnsi="Times New Roman"/>
          <w:b w:val="0"/>
          <w:sz w:val="24"/>
        </w:rPr>
        <w:t xml:space="preserve">(16:56) [23:34:16] </w:t>
      </w:r>
      <w:r>
        <w:rPr>
          <w:rFonts w:ascii="Times New Roman" w:hAnsi="Times New Roman"/>
          <w:b/>
          <w:sz w:val="24"/>
        </w:rPr>
        <w:t>Isaiah Rodriguez:</w:t>
      </w:r>
      <w:r>
        <w:rPr>
          <w:rFonts w:ascii="Times New Roman" w:hAnsi="Times New Roman"/>
          <w:b w:val="0"/>
          <w:sz w:val="24"/>
        </w:rPr>
        <w:t xml:space="preserve"> Oh, no. There's no weed.</w:t>
      </w:r>
    </w:p>
    <w:p>
      <w:pPr>
        <w:spacing w:before="0" w:after="0" w:line="276" w:lineRule="exact"/>
      </w:pPr>
      <w:r>
        <w:rPr>
          <w:rFonts w:ascii="Times New Roman" w:hAnsi="Times New Roman"/>
          <w:b w:val="0"/>
          <w:sz w:val="24"/>
        </w:rPr>
        <w:t xml:space="preserve">(16:58) [23:34:18] </w:t>
      </w:r>
      <w:r>
        <w:rPr>
          <w:rFonts w:ascii="Times New Roman" w:hAnsi="Times New Roman"/>
          <w:b/>
          <w:sz w:val="24"/>
        </w:rPr>
        <w:t>Officer Williams:</w:t>
      </w:r>
      <w:r>
        <w:rPr>
          <w:rFonts w:ascii="Times New Roman" w:hAnsi="Times New Roman"/>
          <w:b w:val="0"/>
          <w:sz w:val="24"/>
        </w:rPr>
        <w:t xml:space="preserve"> Any weapons?</w:t>
      </w:r>
    </w:p>
    <w:p>
      <w:pPr>
        <w:spacing w:before="0" w:after="0" w:line="276" w:lineRule="exact"/>
      </w:pPr>
      <w:r>
        <w:rPr>
          <w:rFonts w:ascii="Times New Roman" w:hAnsi="Times New Roman"/>
          <w:b w:val="0"/>
          <w:sz w:val="24"/>
        </w:rPr>
        <w:t xml:space="preserve">(16:59) [23:34:19] </w:t>
      </w:r>
      <w:r>
        <w:rPr>
          <w:rFonts w:ascii="Times New Roman" w:hAnsi="Times New Roman"/>
          <w:b/>
          <w:sz w:val="24"/>
        </w:rPr>
        <w:t>Isaiah Rodriguez:</w:t>
      </w:r>
      <w:r>
        <w:rPr>
          <w:rFonts w:ascii="Times New Roman" w:hAnsi="Times New Roman"/>
          <w:b w:val="0"/>
          <w:sz w:val="24"/>
        </w:rPr>
        <w:t xml:space="preserve"> No weapons. Just my knife that I had. That was it.</w:t>
      </w:r>
    </w:p>
    <w:p>
      <w:pPr>
        <w:spacing w:before="0" w:after="0" w:line="276" w:lineRule="exact"/>
      </w:pPr>
      <w:r>
        <w:rPr>
          <w:rFonts w:ascii="Times New Roman" w:hAnsi="Times New Roman"/>
          <w:b w:val="0"/>
          <w:sz w:val="24"/>
        </w:rPr>
        <w:t xml:space="preserve">(17:01) [23:34:21] </w:t>
      </w:r>
      <w:r>
        <w:rPr>
          <w:rFonts w:ascii="Times New Roman" w:hAnsi="Times New Roman"/>
          <w:b/>
          <w:sz w:val="24"/>
        </w:rPr>
        <w:t>Officer Williams:</w:t>
      </w:r>
      <w:r>
        <w:rPr>
          <w:rFonts w:ascii="Times New Roman" w:hAnsi="Times New Roman"/>
          <w:b w:val="0"/>
          <w:sz w:val="24"/>
        </w:rPr>
        <w:t xml:space="preserve"> Okay. That's awesome.</w:t>
      </w:r>
    </w:p>
    <w:p>
      <w:pPr>
        <w:spacing w:before="0" w:after="0" w:line="276" w:lineRule="exact"/>
      </w:pPr>
      <w:r>
        <w:rPr>
          <w:rFonts w:ascii="Times New Roman" w:hAnsi="Times New Roman"/>
          <w:b w:val="0"/>
          <w:sz w:val="24"/>
        </w:rPr>
        <w:t xml:space="preserve">(17:02) [23:34:22] </w:t>
      </w:r>
      <w:r>
        <w:rPr>
          <w:rFonts w:ascii="Times New Roman" w:hAnsi="Times New Roman"/>
          <w:b/>
          <w:sz w:val="24"/>
        </w:rPr>
        <w:t>Officer Williams:</w:t>
      </w:r>
      <w:r>
        <w:rPr>
          <w:rFonts w:ascii="Times New Roman" w:hAnsi="Times New Roman"/>
          <w:b w:val="0"/>
          <w:sz w:val="24"/>
        </w:rPr>
        <w:t xml:space="preserve"> Alright. Just keep your hands right here for me, okay?</w:t>
      </w:r>
    </w:p>
    <w:p>
      <w:pPr>
        <w:spacing w:before="0" w:after="0" w:line="276" w:lineRule="exact"/>
      </w:pPr>
      <w:r>
        <w:rPr>
          <w:rFonts w:ascii="Times New Roman" w:hAnsi="Times New Roman"/>
          <w:b w:val="0"/>
          <w:sz w:val="24"/>
        </w:rPr>
        <w:t xml:space="preserve">(17:04) [23:34:24]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(17:05) [23:34:25] </w:t>
      </w:r>
      <w:r>
        <w:rPr>
          <w:rFonts w:ascii="Times New Roman" w:hAnsi="Times New Roman"/>
          <w:b/>
          <w:sz w:val="24"/>
        </w:rPr>
        <w:t>Officer Williams:</w:t>
      </w:r>
      <w:r>
        <w:rPr>
          <w:rFonts w:ascii="Times New Roman" w:hAnsi="Times New Roman"/>
          <w:b w:val="0"/>
          <w:sz w:val="24"/>
        </w:rPr>
        <w:t xml:space="preserve"> Just right on this bar. Take a step back for me, okay?</w:t>
      </w:r>
    </w:p>
    <w:p>
      <w:pPr>
        <w:spacing w:before="0" w:after="0" w:line="276" w:lineRule="exact"/>
      </w:pPr>
      <w:r>
        <w:rPr>
          <w:rFonts w:ascii="Times New Roman" w:hAnsi="Times New Roman"/>
          <w:b w:val="0"/>
          <w:sz w:val="24"/>
        </w:rPr>
        <w:t xml:space="preserve">(17:06) [23:34:26]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(17:07) [23:34:27] </w:t>
      </w:r>
      <w:r>
        <w:rPr>
          <w:rFonts w:ascii="Times New Roman" w:hAnsi="Times New Roman"/>
          <w:b/>
          <w:sz w:val="24"/>
        </w:rPr>
        <w:t>Officer Williams:</w:t>
      </w:r>
      <w:r>
        <w:rPr>
          <w:rFonts w:ascii="Times New Roman" w:hAnsi="Times New Roman"/>
          <w:b w:val="0"/>
          <w:sz w:val="24"/>
        </w:rPr>
        <w:t xml:space="preserve"> Just like that.</w:t>
      </w:r>
    </w:p>
    <w:p>
      <w:pPr>
        <w:spacing w:before="0" w:after="0" w:line="276" w:lineRule="exact"/>
      </w:pPr>
      <w:r>
        <w:rPr>
          <w:rFonts w:ascii="Times New Roman" w:hAnsi="Times New Roman"/>
          <w:b w:val="0"/>
          <w:sz w:val="24"/>
        </w:rPr>
        <w:t xml:space="preserve">(17:08) [23:34:28]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(17:09) [23:34:29] </w:t>
      </w:r>
      <w:r>
        <w:rPr>
          <w:rFonts w:ascii="Times New Roman" w:hAnsi="Times New Roman"/>
          <w:b/>
          <w:sz w:val="24"/>
        </w:rPr>
        <w:t>Officer Williams:</w:t>
      </w:r>
      <w:r>
        <w:rPr>
          <w:rFonts w:ascii="Times New Roman" w:hAnsi="Times New Roman"/>
          <w:b w:val="0"/>
          <w:sz w:val="24"/>
        </w:rPr>
        <w:t xml:space="preserve"> Separate your feet for me. Just like that for me, alright?</w:t>
      </w:r>
    </w:p>
    <w:p>
      <w:pPr>
        <w:spacing w:before="0" w:after="0" w:line="276" w:lineRule="exact"/>
      </w:pPr>
      <w:r>
        <w:rPr>
          <w:rFonts w:ascii="Times New Roman" w:hAnsi="Times New Roman"/>
          <w:b w:val="0"/>
          <w:sz w:val="24"/>
        </w:rPr>
        <w:t xml:space="preserve">(17:14) [23:34:34] </w:t>
      </w:r>
      <w:r>
        <w:rPr>
          <w:rFonts w:ascii="Times New Roman" w:hAnsi="Times New Roman"/>
          <w:b/>
          <w:sz w:val="24"/>
        </w:rPr>
        <w:t>Officer Williams:</w:t>
      </w:r>
      <w:r>
        <w:rPr>
          <w:rFonts w:ascii="Times New Roman" w:hAnsi="Times New Roman"/>
          <w:b w:val="0"/>
          <w:sz w:val="24"/>
        </w:rPr>
        <w:t xml:space="preserve"> You don't have anything else on you that's gonna hurt me, stick me, stab me, or anything like that?</w:t>
      </w:r>
    </w:p>
    <w:p>
      <w:pPr>
        <w:spacing w:before="0" w:after="0" w:line="276" w:lineRule="exact"/>
      </w:pPr>
      <w:r>
        <w:rPr>
          <w:rFonts w:ascii="Times New Roman" w:hAnsi="Times New Roman"/>
          <w:b w:val="0"/>
          <w:sz w:val="24"/>
        </w:rPr>
        <w:t xml:space="preserve">(17:15) [23:34:35] </w:t>
      </w:r>
      <w:r>
        <w:rPr>
          <w:rFonts w:ascii="Times New Roman" w:hAnsi="Times New Roman"/>
          <w:b/>
          <w:sz w:val="24"/>
        </w:rPr>
        <w:t>Isaiah Rodriguez:</w:t>
      </w:r>
      <w:r>
        <w:rPr>
          <w:rFonts w:ascii="Times New Roman" w:hAnsi="Times New Roman"/>
          <w:b w:val="0"/>
          <w:sz w:val="24"/>
        </w:rPr>
        <w:t xml:space="preserve"> No, sir.</w:t>
      </w:r>
    </w:p>
    <w:p>
      <w:pPr>
        <w:spacing w:before="0" w:after="0" w:line="276" w:lineRule="exact"/>
      </w:pPr>
      <w:r>
        <w:rPr>
          <w:rFonts w:ascii="Times New Roman" w:hAnsi="Times New Roman"/>
          <w:b w:val="0"/>
          <w:sz w:val="24"/>
        </w:rPr>
        <w:t xml:space="preserve">(17:15) [23:34:35] </w:t>
      </w:r>
      <w:r>
        <w:rPr>
          <w:rFonts w:ascii="Times New Roman" w:hAnsi="Times New Roman"/>
          <w:b/>
          <w:sz w:val="24"/>
        </w:rPr>
        <w:t>Officer Williams:</w:t>
      </w:r>
      <w:r>
        <w:rPr>
          <w:rFonts w:ascii="Times New Roman" w:hAnsi="Times New Roman"/>
          <w:b w:val="0"/>
          <w:sz w:val="24"/>
        </w:rPr>
        <w:t xml:space="preserve"> Yeah. Okay. Thank you.</w:t>
      </w:r>
    </w:p>
    <w:p>
      <w:pPr>
        <w:spacing w:before="0" w:after="0" w:line="276" w:lineRule="exact"/>
      </w:pPr>
      <w:r>
        <w:rPr>
          <w:rFonts w:ascii="Times New Roman" w:hAnsi="Times New Roman"/>
          <w:b w:val="0"/>
          <w:sz w:val="24"/>
        </w:rPr>
        <w:t xml:space="preserve">(17:16) [23:34:36] </w:t>
      </w:r>
      <w:r>
        <w:rPr>
          <w:rFonts w:ascii="Times New Roman" w:hAnsi="Times New Roman"/>
          <w:b/>
          <w:sz w:val="24"/>
        </w:rPr>
        <w:t>Officer Williams:</w:t>
      </w:r>
      <w:r>
        <w:rPr>
          <w:rFonts w:ascii="Times New Roman" w:hAnsi="Times New Roman"/>
          <w:b w:val="0"/>
          <w:sz w:val="24"/>
        </w:rPr>
        <w:t xml:space="preserve"> Cool. As long as everything checks out, man, we'll be pretty quick and easy, okay?</w:t>
      </w:r>
    </w:p>
    <w:p>
      <w:pPr>
        <w:spacing w:before="0" w:after="0" w:line="276" w:lineRule="exact"/>
      </w:pPr>
      <w:r>
        <w:rPr>
          <w:rFonts w:ascii="Times New Roman" w:hAnsi="Times New Roman"/>
          <w:b w:val="0"/>
          <w:sz w:val="24"/>
        </w:rPr>
        <w:t xml:space="preserve">(17:49) [23:35:09] </w:t>
      </w:r>
      <w:r>
        <w:rPr>
          <w:rFonts w:ascii="Times New Roman" w:hAnsi="Times New Roman"/>
          <w:b/>
          <w:sz w:val="24"/>
        </w:rPr>
        <w:t>Officer Williams:</w:t>
      </w:r>
      <w:r>
        <w:rPr>
          <w:rFonts w:ascii="Times New Roman" w:hAnsi="Times New Roman"/>
          <w:b w:val="0"/>
          <w:sz w:val="24"/>
        </w:rPr>
        <w:t xml:space="preserve"> Did your wife get out of the ride, or is she still in the car?</w:t>
      </w:r>
    </w:p>
    <w:p>
      <w:pPr>
        <w:spacing w:before="0" w:after="0" w:line="276" w:lineRule="exact"/>
      </w:pPr>
      <w:r>
        <w:rPr>
          <w:rFonts w:ascii="Times New Roman" w:hAnsi="Times New Roman"/>
          <w:b w:val="0"/>
          <w:sz w:val="24"/>
        </w:rPr>
        <w:t xml:space="preserve">(18:00) [23:35:20] </w:t>
      </w:r>
      <w:r>
        <w:rPr>
          <w:rFonts w:ascii="Times New Roman" w:hAnsi="Times New Roman"/>
          <w:b/>
          <w:sz w:val="24"/>
        </w:rPr>
        <w:t>Isaiah Rodriguez:</w:t>
      </w:r>
      <w:r>
        <w:rPr>
          <w:rFonts w:ascii="Times New Roman" w:hAnsi="Times New Roman"/>
          <w:b w:val="0"/>
          <w:sz w:val="24"/>
        </w:rPr>
        <w:t xml:space="preserve"> I have no idea.</w:t>
      </w:r>
    </w:p>
    <w:p>
      <w:pPr>
        <w:spacing w:before="0" w:after="0" w:line="276" w:lineRule="exact"/>
      </w:pPr>
      <w:r>
        <w:rPr>
          <w:rFonts w:ascii="Times New Roman" w:hAnsi="Times New Roman"/>
          <w:b w:val="0"/>
          <w:sz w:val="24"/>
        </w:rPr>
        <w:t xml:space="preserve">(18:08) [23:35:28] </w:t>
      </w:r>
      <w:r>
        <w:rPr>
          <w:rFonts w:ascii="Times New Roman" w:hAnsi="Times New Roman"/>
          <w:b/>
          <w:sz w:val="24"/>
        </w:rPr>
        <w:t>Isaiah Rodriguez:</w:t>
      </w:r>
      <w:r>
        <w:rPr>
          <w:rFonts w:ascii="Times New Roman" w:hAnsi="Times New Roman"/>
          <w:b w:val="0"/>
          <w:sz w:val="24"/>
        </w:rPr>
        <w:t xml:space="preserve"> She was trying to call me when I was talking to the officer right here, but he told me to stop the phone, so I did.</w:t>
      </w:r>
    </w:p>
    <w:p>
      <w:pPr>
        <w:spacing w:before="0" w:after="0" w:line="276" w:lineRule="exact"/>
      </w:pPr>
      <w:r>
        <w:rPr>
          <w:rFonts w:ascii="Times New Roman" w:hAnsi="Times New Roman"/>
          <w:b w:val="0"/>
          <w:sz w:val="24"/>
        </w:rPr>
        <w:t xml:space="preserve">(18:16) [23:35:36] </w:t>
      </w:r>
      <w:r>
        <w:rPr>
          <w:rFonts w:ascii="Times New Roman" w:hAnsi="Times New Roman"/>
          <w:b/>
          <w:sz w:val="24"/>
        </w:rPr>
        <w:t>Officer Williams:</w:t>
      </w:r>
      <w:r>
        <w:rPr>
          <w:rFonts w:ascii="Times New Roman" w:hAnsi="Times New Roman"/>
          <w:b w:val="0"/>
          <w:sz w:val="24"/>
        </w:rPr>
        <w:t xml:space="preserve"> What's your wife's name?</w:t>
      </w:r>
    </w:p>
    <w:p>
      <w:pPr>
        <w:spacing w:before="0" w:after="0" w:line="276" w:lineRule="exact"/>
      </w:pPr>
      <w:r>
        <w:rPr>
          <w:rFonts w:ascii="Times New Roman" w:hAnsi="Times New Roman"/>
          <w:b w:val="0"/>
          <w:sz w:val="24"/>
        </w:rPr>
        <w:t xml:space="preserve">(18:17) [23:35:37] </w:t>
      </w:r>
      <w:r>
        <w:rPr>
          <w:rFonts w:ascii="Times New Roman" w:hAnsi="Times New Roman"/>
          <w:b/>
          <w:sz w:val="24"/>
        </w:rPr>
        <w:t>Isaiah Rodriguez:</w:t>
      </w:r>
      <w:r>
        <w:rPr>
          <w:rFonts w:ascii="Times New Roman" w:hAnsi="Times New Roman"/>
          <w:b w:val="0"/>
          <w:sz w:val="24"/>
        </w:rPr>
        <w:t xml:space="preserve"> Marissa Rodriguez.</w:t>
      </w:r>
    </w:p>
    <w:p>
      <w:pPr>
        <w:spacing w:before="0" w:after="0" w:line="276" w:lineRule="exact"/>
      </w:pPr>
      <w:r>
        <w:rPr>
          <w:rFonts w:ascii="Times New Roman" w:hAnsi="Times New Roman"/>
          <w:b w:val="0"/>
          <w:sz w:val="24"/>
        </w:rPr>
        <w:t xml:space="preserve">(18:20) [23:35:40] </w:t>
      </w:r>
      <w:r>
        <w:rPr>
          <w:rFonts w:ascii="Times New Roman" w:hAnsi="Times New Roman"/>
          <w:b/>
          <w:sz w:val="24"/>
        </w:rPr>
        <w:t>Isaiah Rodriguez:</w:t>
      </w:r>
      <w:r>
        <w:rPr>
          <w:rFonts w:ascii="Times New Roman" w:hAnsi="Times New Roman"/>
          <w:b w:val="0"/>
          <w:sz w:val="24"/>
        </w:rPr>
        <w:t xml:space="preserve"> I have one of her cards in there. It's her Chime card, sir.</w:t>
      </w:r>
    </w:p>
    <w:p>
      <w:pPr>
        <w:spacing w:before="0" w:after="0" w:line="276" w:lineRule="exact"/>
      </w:pPr>
      <w:r>
        <w:rPr>
          <w:rFonts w:ascii="Times New Roman" w:hAnsi="Times New Roman"/>
          <w:b w:val="0"/>
          <w:sz w:val="24"/>
        </w:rPr>
        <w:t xml:space="preserve">(18:23) [23:35:43] </w:t>
      </w:r>
      <w:r>
        <w:rPr>
          <w:rFonts w:ascii="Times New Roman" w:hAnsi="Times New Roman"/>
          <w:b/>
          <w:sz w:val="24"/>
        </w:rPr>
        <w:t>Officer Williams:</w:t>
      </w:r>
      <w:r>
        <w:rPr>
          <w:rFonts w:ascii="Times New Roman" w:hAnsi="Times New Roman"/>
          <w:b w:val="0"/>
          <w:sz w:val="24"/>
        </w:rPr>
        <w:t xml:space="preserve"> You're good, man. Just hang out right there for me, okay?</w:t>
      </w:r>
    </w:p>
    <w:p>
      <w:pPr>
        <w:spacing w:before="0" w:after="0" w:line="276" w:lineRule="exact"/>
      </w:pPr>
      <w:r>
        <w:rPr>
          <w:rFonts w:ascii="Times New Roman" w:hAnsi="Times New Roman"/>
          <w:b w:val="0"/>
          <w:sz w:val="24"/>
        </w:rPr>
        <w:t xml:space="preserve">(18:29) [23:35:49] </w:t>
      </w:r>
      <w:r>
        <w:rPr>
          <w:rFonts w:ascii="Times New Roman" w:hAnsi="Times New Roman"/>
          <w:b/>
          <w:sz w:val="24"/>
        </w:rPr>
        <w:t>Officer Williams:</w:t>
      </w:r>
      <w:r>
        <w:rPr>
          <w:rFonts w:ascii="Times New Roman" w:hAnsi="Times New Roman"/>
          <w:b w:val="0"/>
          <w:sz w:val="24"/>
        </w:rPr>
        <w:t xml:space="preserve"> What's your first and last name, bud?</w:t>
      </w:r>
    </w:p>
    <w:p>
      <w:pPr>
        <w:spacing w:before="0" w:after="0" w:line="276" w:lineRule="exact"/>
      </w:pPr>
      <w:r>
        <w:rPr>
          <w:rFonts w:ascii="Times New Roman" w:hAnsi="Times New Roman"/>
          <w:b w:val="0"/>
          <w:sz w:val="24"/>
        </w:rPr>
        <w:t xml:space="preserve">(18:31) [23:35:51] </w:t>
      </w:r>
      <w:r>
        <w:rPr>
          <w:rFonts w:ascii="Times New Roman" w:hAnsi="Times New Roman"/>
          <w:b/>
          <w:sz w:val="24"/>
        </w:rPr>
        <w:t>Isaiah Rodriguez:</w:t>
      </w:r>
      <w:r>
        <w:rPr>
          <w:rFonts w:ascii="Times New Roman" w:hAnsi="Times New Roman"/>
          <w:b w:val="0"/>
          <w:sz w:val="24"/>
        </w:rPr>
        <w:t xml:space="preserve"> Isaiah Rodriguez.</w:t>
      </w:r>
    </w:p>
    <w:p>
      <w:pPr>
        <w:spacing w:before="0" w:after="0" w:line="276" w:lineRule="exact"/>
      </w:pPr>
      <w:r>
        <w:rPr>
          <w:rFonts w:ascii="Times New Roman" w:hAnsi="Times New Roman"/>
          <w:b w:val="0"/>
          <w:sz w:val="24"/>
        </w:rPr>
        <w:t xml:space="preserve">(18:32) [23:35:52] </w:t>
      </w:r>
      <w:r>
        <w:rPr>
          <w:rFonts w:ascii="Times New Roman" w:hAnsi="Times New Roman"/>
          <w:b/>
          <w:sz w:val="24"/>
        </w:rPr>
        <w:t>Isaiah Rodriguez:</w:t>
      </w:r>
      <w:r>
        <w:rPr>
          <w:rFonts w:ascii="Times New Roman" w:hAnsi="Times New Roman"/>
          <w:b w:val="0"/>
          <w:sz w:val="24"/>
        </w:rPr>
        <w:t xml:space="preserve"> My birthday is 02-24-1989.</w:t>
      </w:r>
    </w:p>
    <w:p>
      <w:pPr>
        <w:spacing w:before="0" w:after="0" w:line="276" w:lineRule="exact"/>
      </w:pPr>
      <w:r>
        <w:rPr>
          <w:rFonts w:ascii="Times New Roman" w:hAnsi="Times New Roman"/>
          <w:b w:val="0"/>
          <w:sz w:val="24"/>
        </w:rPr>
        <w:t xml:space="preserve">(19:06) [23:36:26]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(19:09) [23:36:29] </w:t>
      </w:r>
      <w:r>
        <w:rPr>
          <w:rFonts w:ascii="Times New Roman" w:hAnsi="Times New Roman"/>
          <w:b/>
          <w:sz w:val="24"/>
        </w:rPr>
        <w:t>Officer Williams:</w:t>
      </w:r>
      <w:r>
        <w:rPr>
          <w:rFonts w:ascii="Times New Roman" w:hAnsi="Times New Roman"/>
          <w:b w:val="0"/>
          <w:sz w:val="24"/>
        </w:rPr>
        <w:t xml:space="preserve"> Do you know what kind of pill she has in there by chance?</w:t>
      </w:r>
    </w:p>
    <w:p>
      <w:pPr>
        <w:spacing w:before="0" w:after="0" w:line="276" w:lineRule="exact"/>
      </w:pPr>
      <w:r>
        <w:rPr>
          <w:rFonts w:ascii="Times New Roman" w:hAnsi="Times New Roman"/>
          <w:b w:val="0"/>
          <w:sz w:val="24"/>
        </w:rPr>
        <w:t xml:space="preserve">(19:10) [23:36:30] </w:t>
      </w:r>
      <w:r>
        <w:rPr>
          <w:rFonts w:ascii="Times New Roman" w:hAnsi="Times New Roman"/>
          <w:b/>
          <w:sz w:val="24"/>
        </w:rPr>
        <w:t>Isaiah Rodriguez:</w:t>
      </w:r>
      <w:r>
        <w:rPr>
          <w:rFonts w:ascii="Times New Roman" w:hAnsi="Times New Roman"/>
          <w:b w:val="0"/>
          <w:sz w:val="24"/>
        </w:rPr>
        <w:t xml:space="preserve"> No, ma'am, I don't.</w:t>
      </w:r>
    </w:p>
    <w:p>
      <w:pPr>
        <w:spacing w:before="0" w:after="0" w:line="276" w:lineRule="exact"/>
      </w:pPr>
      <w:r>
        <w:rPr>
          <w:rFonts w:ascii="Times New Roman" w:hAnsi="Times New Roman"/>
          <w:b w:val="0"/>
          <w:sz w:val="24"/>
        </w:rPr>
        <w:t xml:space="preserve">(19:11) [23:36:31] </w:t>
      </w:r>
      <w:r>
        <w:rPr>
          <w:rFonts w:ascii="Times New Roman" w:hAnsi="Times New Roman"/>
          <w:b/>
          <w:sz w:val="24"/>
        </w:rPr>
        <w:t>Officer Williams:</w:t>
      </w:r>
      <w:r>
        <w:rPr>
          <w:rFonts w:ascii="Times New Roman" w:hAnsi="Times New Roman"/>
          <w:b w:val="0"/>
          <w:sz w:val="24"/>
        </w:rPr>
        <w:t xml:space="preserve"> I got you.</w:t>
      </w:r>
    </w:p>
    <w:p>
      <w:pPr>
        <w:spacing w:before="0" w:after="0" w:line="276" w:lineRule="exact"/>
      </w:pPr>
      <w:r>
        <w:rPr>
          <w:rFonts w:ascii="Times New Roman" w:hAnsi="Times New Roman"/>
          <w:b w:val="0"/>
          <w:sz w:val="24"/>
        </w:rPr>
        <w:t xml:space="preserve">(19:14) [23:36:34] </w:t>
      </w:r>
      <w:r>
        <w:rPr>
          <w:rFonts w:ascii="Times New Roman" w:hAnsi="Times New Roman"/>
          <w:b/>
          <w:sz w:val="24"/>
        </w:rPr>
        <w:t>Isaiah Rodriguez:</w:t>
      </w:r>
      <w:r>
        <w:rPr>
          <w:rFonts w:ascii="Times New Roman" w:hAnsi="Times New Roman"/>
          <w:b w:val="0"/>
          <w:sz w:val="24"/>
        </w:rPr>
        <w:t xml:space="preserve"> They're hers.</w:t>
      </w:r>
    </w:p>
    <w:p>
      <w:pPr>
        <w:spacing w:before="0" w:after="0" w:line="276" w:lineRule="exact"/>
      </w:pPr>
      <w:r>
        <w:rPr>
          <w:rFonts w:ascii="Times New Roman" w:hAnsi="Times New Roman"/>
          <w:b w:val="0"/>
          <w:sz w:val="24"/>
        </w:rPr>
        <w:t xml:space="preserve">(19:14) [23:36:34] </w:t>
      </w:r>
      <w:r>
        <w:rPr>
          <w:rFonts w:ascii="Times New Roman" w:hAnsi="Times New Roman"/>
          <w:b/>
          <w:sz w:val="24"/>
        </w:rPr>
        <w:t>Officer Williams:</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(19:19) [23:36:39] </w:t>
      </w:r>
      <w:r>
        <w:rPr>
          <w:rFonts w:ascii="Times New Roman" w:hAnsi="Times New Roman"/>
          <w:b/>
          <w:sz w:val="24"/>
        </w:rPr>
        <w:t>Officer Williams:</w:t>
      </w:r>
      <w:r>
        <w:rPr>
          <w:rFonts w:ascii="Times New Roman" w:hAnsi="Times New Roman"/>
          <w:b w:val="0"/>
          <w:sz w:val="24"/>
        </w:rPr>
        <w:t xml:space="preserve"> Does she have the prescription in there or are they just loose?</w:t>
      </w:r>
    </w:p>
    <w:p>
      <w:pPr>
        <w:spacing w:before="0" w:after="0" w:line="276" w:lineRule="exact"/>
      </w:pPr>
      <w:r>
        <w:rPr>
          <w:rFonts w:ascii="Times New Roman" w:hAnsi="Times New Roman"/>
          <w:b w:val="0"/>
          <w:sz w:val="24"/>
        </w:rPr>
        <w:t xml:space="preserve">(19:20) [23:36:40] </w:t>
      </w:r>
      <w:r>
        <w:rPr>
          <w:rFonts w:ascii="Times New Roman" w:hAnsi="Times New Roman"/>
          <w:b/>
          <w:sz w:val="24"/>
        </w:rPr>
        <w:t>Isaiah Rodriguez:</w:t>
      </w:r>
      <w:r>
        <w:rPr>
          <w:rFonts w:ascii="Times New Roman" w:hAnsi="Times New Roman"/>
          <w:b w:val="0"/>
          <w:sz w:val="24"/>
        </w:rPr>
        <w:t xml:space="preserve"> I don't know, ma'am.</w:t>
      </w:r>
    </w:p>
    <w:p>
      <w:pPr>
        <w:spacing w:before="0" w:after="0" w:line="276" w:lineRule="exact"/>
      </w:pPr>
      <w:r>
        <w:rPr>
          <w:rFonts w:ascii="Times New Roman" w:hAnsi="Times New Roman"/>
          <w:b w:val="0"/>
          <w:sz w:val="24"/>
        </w:rPr>
        <w:t xml:space="preserve">(19:20) [23:36:40] </w:t>
      </w:r>
      <w:r>
        <w:rPr>
          <w:rFonts w:ascii="Times New Roman" w:hAnsi="Times New Roman"/>
          <w:b/>
          <w:sz w:val="24"/>
        </w:rPr>
        <w:t>Officer Williams:</w:t>
      </w:r>
      <w:r>
        <w:rPr>
          <w:rFonts w:ascii="Times New Roman" w:hAnsi="Times New Roman"/>
          <w:b w:val="0"/>
          <w:sz w:val="24"/>
        </w:rPr>
        <w:t xml:space="preserve"> Okay. I mean, y'all are searching anyway, so.</w:t>
      </w:r>
    </w:p>
    <w:p>
      <w:pPr>
        <w:spacing w:before="0" w:after="0" w:line="276" w:lineRule="exact"/>
      </w:pPr>
      <w:r>
        <w:rPr>
          <w:rFonts w:ascii="Times New Roman" w:hAnsi="Times New Roman"/>
          <w:b w:val="0"/>
          <w:sz w:val="24"/>
        </w:rPr>
        <w:t xml:space="preserve">(19:23) [23:36:43] </w:t>
      </w:r>
      <w:r>
        <w:rPr>
          <w:rFonts w:ascii="Times New Roman" w:hAnsi="Times New Roman"/>
          <w:b/>
          <w:sz w:val="24"/>
        </w:rPr>
        <w:t>Officer Williams:</w:t>
      </w:r>
      <w:r>
        <w:rPr>
          <w:rFonts w:ascii="Times New Roman" w:hAnsi="Times New Roman"/>
          <w:b w:val="0"/>
          <w:sz w:val="24"/>
        </w:rPr>
        <w:t xml:space="preserve"> Yeah. I mean, you said your dog already got alerted, so.</w:t>
      </w:r>
    </w:p>
    <w:p>
      <w:pPr>
        <w:spacing w:before="0" w:after="0" w:line="276" w:lineRule="exact"/>
      </w:pPr>
      <w:r>
        <w:rPr>
          <w:rFonts w:ascii="Times New Roman" w:hAnsi="Times New Roman"/>
          <w:b w:val="0"/>
          <w:sz w:val="24"/>
        </w:rPr>
        <w:t xml:space="preserve">(19:27) [23:36:47]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(19:28) [23:36:48] </w:t>
      </w:r>
      <w:r>
        <w:rPr>
          <w:rFonts w:ascii="Times New Roman" w:hAnsi="Times New Roman"/>
          <w:b/>
          <w:sz w:val="24"/>
        </w:rPr>
        <w:t>Officer Williams:</w:t>
      </w:r>
      <w:r>
        <w:rPr>
          <w:rFonts w:ascii="Times New Roman" w:hAnsi="Times New Roman"/>
          <w:b w:val="0"/>
          <w:sz w:val="24"/>
        </w:rPr>
        <w:t xml:space="preserve"> Yeah, so... Are the pills in there? Are they white prescription pills?</w:t>
      </w:r>
    </w:p>
    <w:p>
      <w:pPr>
        <w:spacing w:before="0" w:after="0" w:line="276" w:lineRule="exact"/>
      </w:pPr>
      <w:r>
        <w:rPr>
          <w:rFonts w:ascii="Times New Roman" w:hAnsi="Times New Roman"/>
          <w:b w:val="0"/>
          <w:sz w:val="24"/>
        </w:rPr>
        <w:t xml:space="preserve">(19:32) [23:36:52] </w:t>
      </w:r>
      <w:r>
        <w:rPr>
          <w:rFonts w:ascii="Times New Roman" w:hAnsi="Times New Roman"/>
          <w:b/>
          <w:sz w:val="24"/>
        </w:rPr>
        <w:t>Isaiah Rodriguez:</w:t>
      </w:r>
      <w:r>
        <w:rPr>
          <w:rFonts w:ascii="Times New Roman" w:hAnsi="Times New Roman"/>
          <w:b w:val="0"/>
          <w:sz w:val="24"/>
        </w:rPr>
        <w:t xml:space="preserve"> That's what I was asking.</w:t>
      </w:r>
    </w:p>
    <w:p>
      <w:pPr>
        <w:spacing w:before="0" w:after="0" w:line="276" w:lineRule="exact"/>
      </w:pPr>
      <w:r>
        <w:rPr>
          <w:rFonts w:ascii="Times New Roman" w:hAnsi="Times New Roman"/>
          <w:b w:val="0"/>
          <w:sz w:val="24"/>
        </w:rPr>
        <w:t xml:space="preserve">(19:33) [23:36:53] </w:t>
      </w:r>
      <w:r>
        <w:rPr>
          <w:rFonts w:ascii="Times New Roman" w:hAnsi="Times New Roman"/>
          <w:b/>
          <w:sz w:val="24"/>
        </w:rPr>
        <w:t>Isaiah Rodriguez:</w:t>
      </w:r>
      <w:r>
        <w:rPr>
          <w:rFonts w:ascii="Times New Roman" w:hAnsi="Times New Roman"/>
          <w:b w:val="0"/>
          <w:sz w:val="24"/>
        </w:rPr>
        <w:t xml:space="preserve"> Yeah, I have no idea, sir. I mean, I know she sees Dr. Martin.</w:t>
      </w:r>
    </w:p>
    <w:p>
      <w:pPr>
        <w:spacing w:before="0" w:after="0" w:line="276" w:lineRule="exact"/>
      </w:pPr>
      <w:r>
        <w:rPr>
          <w:rFonts w:ascii="Times New Roman" w:hAnsi="Times New Roman"/>
          <w:b w:val="0"/>
          <w:sz w:val="24"/>
        </w:rPr>
        <w:t xml:space="preserve">(19:37) [23:36:57] </w:t>
      </w:r>
      <w:r>
        <w:rPr>
          <w:rFonts w:ascii="Times New Roman" w:hAnsi="Times New Roman"/>
          <w:b/>
          <w:sz w:val="24"/>
        </w:rPr>
        <w:t>Officer Williams:</w:t>
      </w:r>
      <w:r>
        <w:rPr>
          <w:rFonts w:ascii="Times New Roman" w:hAnsi="Times New Roman"/>
          <w:b w:val="0"/>
          <w:sz w:val="24"/>
        </w:rPr>
        <w:t xml:space="preserve"> Well, if it's a prescription pill, it's gotta be on it.</w:t>
      </w:r>
    </w:p>
    <w:p>
      <w:pPr>
        <w:spacing w:before="0" w:after="0" w:line="276" w:lineRule="exact"/>
      </w:pPr>
      <w:r>
        <w:rPr>
          <w:rFonts w:ascii="Times New Roman" w:hAnsi="Times New Roman"/>
          <w:b w:val="0"/>
          <w:sz w:val="24"/>
        </w:rPr>
        <w:t xml:space="preserve">(19:40) [23:37:00] </w:t>
      </w:r>
      <w:r>
        <w:rPr>
          <w:rFonts w:ascii="Times New Roman" w:hAnsi="Times New Roman"/>
          <w:b/>
          <w:sz w:val="24"/>
        </w:rPr>
        <w:t>Officer Williams:</w:t>
      </w:r>
      <w:r>
        <w:rPr>
          <w:rFonts w:ascii="Times New Roman" w:hAnsi="Times New Roman"/>
          <w:b w:val="0"/>
          <w:sz w:val="24"/>
        </w:rPr>
        <w:t xml:space="preserve"> Does she drive that car?</w:t>
      </w:r>
    </w:p>
    <w:p>
      <w:pPr>
        <w:spacing w:before="0" w:after="0" w:line="276" w:lineRule="exact"/>
      </w:pPr>
      <w:r>
        <w:rPr>
          <w:rFonts w:ascii="Times New Roman" w:hAnsi="Times New Roman"/>
          <w:b w:val="0"/>
          <w:sz w:val="24"/>
        </w:rPr>
        <w:t xml:space="preserve">(19:44) [23:37:04] </w:t>
      </w:r>
      <w:r>
        <w:rPr>
          <w:rFonts w:ascii="Times New Roman" w:hAnsi="Times New Roman"/>
          <w:b/>
          <w:sz w:val="24"/>
        </w:rPr>
        <w:t>Isaiah Rodriguez:</w:t>
      </w:r>
      <w:r>
        <w:rPr>
          <w:rFonts w:ascii="Times New Roman" w:hAnsi="Times New Roman"/>
          <w:b w:val="0"/>
          <w:sz w:val="24"/>
        </w:rPr>
        <w:t xml:space="preserve"> She drives it, yeah, I drive it, but...</w:t>
      </w:r>
    </w:p>
    <w:p>
      <w:pPr>
        <w:spacing w:before="0" w:after="0" w:line="276" w:lineRule="exact"/>
      </w:pPr>
      <w:r>
        <w:rPr>
          <w:rFonts w:ascii="Times New Roman" w:hAnsi="Times New Roman"/>
          <w:b w:val="0"/>
          <w:sz w:val="24"/>
        </w:rPr>
        <w:t xml:space="preserve">(19:44) [23:37:04] </w:t>
      </w:r>
      <w:r>
        <w:rPr>
          <w:rFonts w:ascii="Times New Roman" w:hAnsi="Times New Roman"/>
          <w:b/>
          <w:sz w:val="24"/>
        </w:rPr>
        <w:t>Officer Williams:</w:t>
      </w:r>
      <w:r>
        <w:rPr>
          <w:rFonts w:ascii="Times New Roman" w:hAnsi="Times New Roman"/>
          <w:b w:val="0"/>
          <w:sz w:val="24"/>
        </w:rPr>
        <w:t xml:space="preserve"> But she's your wife, right?</w:t>
      </w:r>
    </w:p>
    <w:p>
      <w:pPr>
        <w:spacing w:before="0" w:after="0" w:line="276" w:lineRule="exact"/>
      </w:pPr>
      <w:r>
        <w:rPr>
          <w:rFonts w:ascii="Times New Roman" w:hAnsi="Times New Roman"/>
          <w:b w:val="0"/>
          <w:sz w:val="24"/>
        </w:rPr>
        <w:t xml:space="preserve">(19:45) [23:37:05] </w:t>
      </w:r>
      <w:r>
        <w:rPr>
          <w:rFonts w:ascii="Times New Roman" w:hAnsi="Times New Roman"/>
          <w:b/>
          <w:sz w:val="24"/>
        </w:rPr>
        <w:t>Isaiah Rodriguez:</w:t>
      </w:r>
      <w:r>
        <w:rPr>
          <w:rFonts w:ascii="Times New Roman" w:hAnsi="Times New Roman"/>
          <w:b w:val="0"/>
          <w:sz w:val="24"/>
        </w:rPr>
        <w:t xml:space="preserve"> Uh, yeah.</w:t>
      </w:r>
    </w:p>
    <w:p>
      <w:pPr>
        <w:spacing w:before="0" w:after="0" w:line="276" w:lineRule="exact"/>
      </w:pPr>
      <w:r>
        <w:rPr>
          <w:rFonts w:ascii="Times New Roman" w:hAnsi="Times New Roman"/>
          <w:b w:val="0"/>
          <w:sz w:val="24"/>
        </w:rPr>
        <w:t xml:space="preserve">(19:48) [23:37:08] </w:t>
      </w:r>
      <w:r>
        <w:rPr>
          <w:rFonts w:ascii="Times New Roman" w:hAnsi="Times New Roman"/>
          <w:b/>
          <w:sz w:val="24"/>
        </w:rPr>
        <w:t>Officer Williams:</w:t>
      </w:r>
      <w:r>
        <w:rPr>
          <w:rFonts w:ascii="Times New Roman" w:hAnsi="Times New Roman"/>
          <w:b w:val="0"/>
          <w:sz w:val="24"/>
        </w:rPr>
        <w:t xml:space="preserve"> So it would make sense for her to have a prescription pill?</w:t>
      </w:r>
    </w:p>
    <w:p>
      <w:pPr>
        <w:spacing w:before="0" w:after="0" w:line="276" w:lineRule="exact"/>
      </w:pPr>
      <w:r>
        <w:rPr>
          <w:rFonts w:ascii="Times New Roman" w:hAnsi="Times New Roman"/>
          <w:b w:val="0"/>
          <w:sz w:val="24"/>
        </w:rPr>
        <w:t xml:space="preserve">(19:51) [23:37:11] </w:t>
      </w:r>
      <w:r>
        <w:rPr>
          <w:rFonts w:ascii="Times New Roman" w:hAnsi="Times New Roman"/>
          <w:b/>
          <w:sz w:val="24"/>
        </w:rPr>
        <w:t>Isaiah Rodriguez:</w:t>
      </w:r>
      <w:r>
        <w:rPr>
          <w:rFonts w:ascii="Times New Roman" w:hAnsi="Times New Roman"/>
          <w:b w:val="0"/>
          <w:sz w:val="24"/>
        </w:rPr>
        <w:t xml:space="preserve"> Well, I don't think it's in the prescription bottle, though.</w:t>
      </w:r>
    </w:p>
    <w:p>
      <w:pPr>
        <w:spacing w:before="0" w:after="0" w:line="276" w:lineRule="exact"/>
      </w:pPr>
      <w:r>
        <w:rPr>
          <w:rFonts w:ascii="Times New Roman" w:hAnsi="Times New Roman"/>
          <w:b w:val="0"/>
          <w:sz w:val="24"/>
        </w:rPr>
        <w:t xml:space="preserve">(19:52) [23:37:12] </w:t>
      </w:r>
      <w:r>
        <w:rPr>
          <w:rFonts w:ascii="Times New Roman" w:hAnsi="Times New Roman"/>
          <w:b/>
          <w:sz w:val="24"/>
        </w:rPr>
        <w:t>Isaiah Rodriguez:</w:t>
      </w:r>
      <w:r>
        <w:rPr>
          <w:rFonts w:ascii="Times New Roman" w:hAnsi="Times New Roman"/>
          <w:b w:val="0"/>
          <w:sz w:val="24"/>
        </w:rPr>
        <w:t xml:space="preserve"> That's the thing, sir.</w:t>
      </w:r>
    </w:p>
    <w:p>
      <w:pPr>
        <w:spacing w:before="0" w:after="0" w:line="276" w:lineRule="exact"/>
      </w:pPr>
      <w:r>
        <w:rPr>
          <w:rFonts w:ascii="Times New Roman" w:hAnsi="Times New Roman"/>
          <w:b w:val="0"/>
          <w:sz w:val="24"/>
        </w:rPr>
        <w:t xml:space="preserve">(19:54) [23:37:14] </w:t>
      </w:r>
      <w:r>
        <w:rPr>
          <w:rFonts w:ascii="Times New Roman" w:hAnsi="Times New Roman"/>
          <w:b/>
          <w:sz w:val="24"/>
        </w:rPr>
        <w:t>Isaiah Rodriguez:</w:t>
      </w:r>
      <w:r>
        <w:rPr>
          <w:rFonts w:ascii="Times New Roman" w:hAnsi="Times New Roman"/>
          <w:b w:val="0"/>
          <w:sz w:val="24"/>
        </w:rPr>
        <w:t xml:space="preserve"> Yeah, you know what I'm saying? But I know I'm probably gonna get the shit under the stick, you know what I'm saying?</w:t>
      </w:r>
    </w:p>
    <w:p>
      <w:pPr>
        <w:spacing w:before="0" w:after="0" w:line="276" w:lineRule="exact"/>
      </w:pPr>
      <w:r>
        <w:rPr>
          <w:rFonts w:ascii="Times New Roman" w:hAnsi="Times New Roman"/>
          <w:b w:val="0"/>
          <w:sz w:val="24"/>
        </w:rPr>
        <w:t xml:space="preserve">(20:02) [23:37:22] </w:t>
      </w:r>
      <w:r>
        <w:rPr>
          <w:rFonts w:ascii="Times New Roman" w:hAnsi="Times New Roman"/>
          <w:b/>
          <w:sz w:val="24"/>
        </w:rPr>
        <w:t>Officer Williams:</w:t>
      </w:r>
      <w:r>
        <w:rPr>
          <w:rFonts w:ascii="Times New Roman" w:hAnsi="Times New Roman"/>
          <w:b w:val="0"/>
          <w:sz w:val="24"/>
        </w:rPr>
        <w:t xml:space="preserve"> Where do you work at?</w:t>
      </w:r>
    </w:p>
    <w:p>
      <w:pPr>
        <w:spacing w:before="0" w:after="0" w:line="276" w:lineRule="exact"/>
      </w:pPr>
      <w:r>
        <w:rPr>
          <w:rFonts w:ascii="Times New Roman" w:hAnsi="Times New Roman"/>
          <w:b w:val="0"/>
          <w:sz w:val="24"/>
        </w:rPr>
        <w:t xml:space="preserve">(20:05) [23:37:25] </w:t>
      </w:r>
      <w:r>
        <w:rPr>
          <w:rFonts w:ascii="Times New Roman" w:hAnsi="Times New Roman"/>
          <w:b/>
          <w:sz w:val="24"/>
        </w:rPr>
        <w:t>Isaiah Rodriguez:</w:t>
      </w:r>
      <w:r>
        <w:rPr>
          <w:rFonts w:ascii="Times New Roman" w:hAnsi="Times New Roman"/>
          <w:b w:val="0"/>
          <w:sz w:val="24"/>
        </w:rPr>
        <w:t xml:space="preserve"> Uh, I was just telling him, uh, my car's right there, sir.</w:t>
      </w:r>
    </w:p>
    <w:p>
      <w:pPr>
        <w:spacing w:before="0" w:after="0" w:line="276" w:lineRule="exact"/>
      </w:pPr>
      <w:r>
        <w:rPr>
          <w:rFonts w:ascii="Times New Roman" w:hAnsi="Times New Roman"/>
          <w:b w:val="0"/>
          <w:sz w:val="24"/>
        </w:rPr>
        <w:t xml:space="preserve">(20:07) [23:37:27] </w:t>
      </w:r>
      <w:r>
        <w:rPr>
          <w:rFonts w:ascii="Times New Roman" w:hAnsi="Times New Roman"/>
          <w:b/>
          <w:sz w:val="24"/>
        </w:rPr>
        <w:t>Isaiah Rodriguez:</w:t>
      </w:r>
      <w:r>
        <w:rPr>
          <w:rFonts w:ascii="Times New Roman" w:hAnsi="Times New Roman"/>
          <w:b w:val="0"/>
          <w:sz w:val="24"/>
        </w:rPr>
        <w:t xml:space="preserve"> Yeah, I was playing pool.</w:t>
      </w:r>
    </w:p>
    <w:p>
      <w:pPr>
        <w:spacing w:before="0" w:after="0" w:line="276" w:lineRule="exact"/>
      </w:pPr>
      <w:r>
        <w:rPr>
          <w:rFonts w:ascii="Times New Roman" w:hAnsi="Times New Roman"/>
          <w:b w:val="0"/>
          <w:sz w:val="24"/>
        </w:rPr>
        <w:t xml:space="preserve">(20:10) [23:37:30] </w:t>
      </w:r>
      <w:r>
        <w:rPr>
          <w:rFonts w:ascii="Times New Roman" w:hAnsi="Times New Roman"/>
          <w:b/>
          <w:sz w:val="24"/>
        </w:rPr>
        <w:t>Officer Williams:</w:t>
      </w:r>
      <w:r>
        <w:rPr>
          <w:rFonts w:ascii="Times New Roman" w:hAnsi="Times New Roman"/>
          <w:b w:val="0"/>
          <w:sz w:val="24"/>
        </w:rPr>
        <w:t xml:space="preserve"> Just keep your hands right up there for me, okay?</w:t>
      </w:r>
    </w:p>
    <w:p>
      <w:pPr>
        <w:spacing w:before="0" w:after="0" w:line="276" w:lineRule="exact"/>
      </w:pPr>
      <w:r>
        <w:rPr>
          <w:rFonts w:ascii="Times New Roman" w:hAnsi="Times New Roman"/>
          <w:b w:val="0"/>
          <w:sz w:val="24"/>
        </w:rPr>
        <w:t xml:space="preserve">(20:10) [23:37:30] </w:t>
      </w:r>
      <w:r>
        <w:rPr>
          <w:rFonts w:ascii="Times New Roman" w:hAnsi="Times New Roman"/>
          <w:b/>
          <w:sz w:val="24"/>
        </w:rPr>
        <w:t>Officer Williams:</w:t>
      </w:r>
      <w:r>
        <w:rPr>
          <w:rFonts w:ascii="Times New Roman" w:hAnsi="Times New Roman"/>
          <w:b w:val="0"/>
          <w:sz w:val="24"/>
        </w:rPr>
        <w:t xml:space="preserve"> I got you, I got you. I know you're animated when you talk.</w:t>
      </w:r>
    </w:p>
    <w:p>
      <w:pPr>
        <w:spacing w:before="0" w:after="0" w:line="276" w:lineRule="exact"/>
      </w:pPr>
      <w:r>
        <w:rPr>
          <w:rFonts w:ascii="Times New Roman" w:hAnsi="Times New Roman"/>
          <w:b w:val="0"/>
          <w:sz w:val="24"/>
        </w:rPr>
        <w:t xml:space="preserve">(20:15) [23:37:35] </w:t>
      </w:r>
      <w:r>
        <w:rPr>
          <w:rFonts w:ascii="Times New Roman" w:hAnsi="Times New Roman"/>
          <w:b/>
          <w:sz w:val="24"/>
        </w:rPr>
        <w:t>Officer Williams:</w:t>
      </w:r>
      <w:r>
        <w:rPr>
          <w:rFonts w:ascii="Times New Roman" w:hAnsi="Times New Roman"/>
          <w:b w:val="0"/>
          <w:sz w:val="24"/>
        </w:rPr>
        <w:t xml:space="preserve"> Just keep them right here for me, okay?</w:t>
      </w:r>
    </w:p>
    <w:p>
      <w:pPr>
        <w:spacing w:before="0" w:after="0" w:line="276" w:lineRule="exact"/>
      </w:pPr>
      <w:r>
        <w:rPr>
          <w:rFonts w:ascii="Times New Roman" w:hAnsi="Times New Roman"/>
          <w:b w:val="0"/>
          <w:sz w:val="24"/>
        </w:rPr>
        <w:t xml:space="preserve">(20:17) [23:37:37]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(20:19) [23:37:39] </w:t>
      </w:r>
      <w:r>
        <w:rPr>
          <w:rFonts w:ascii="Times New Roman" w:hAnsi="Times New Roman"/>
          <w:b/>
          <w:sz w:val="24"/>
        </w:rPr>
        <w:t>Officer Williams:</w:t>
      </w:r>
      <w:r>
        <w:rPr>
          <w:rFonts w:ascii="Times New Roman" w:hAnsi="Times New Roman"/>
          <w:b w:val="0"/>
          <w:sz w:val="24"/>
        </w:rPr>
        <w:t xml:space="preserve"> Separate your feet for me.</w:t>
      </w:r>
    </w:p>
    <w:p>
      <w:pPr>
        <w:spacing w:before="0" w:after="0" w:line="276" w:lineRule="exact"/>
      </w:pPr>
      <w:r>
        <w:rPr>
          <w:rFonts w:ascii="Times New Roman" w:hAnsi="Times New Roman"/>
          <w:b w:val="0"/>
          <w:sz w:val="24"/>
        </w:rPr>
        <w:t xml:space="preserve">(20:23) [23:37:43] </w:t>
      </w:r>
      <w:r>
        <w:rPr>
          <w:rFonts w:ascii="Times New Roman" w:hAnsi="Times New Roman"/>
          <w:b/>
          <w:sz w:val="24"/>
        </w:rPr>
        <w:t>Isaiah Rodriguez:</w:t>
      </w:r>
      <w:r>
        <w:rPr>
          <w:rFonts w:ascii="Times New Roman" w:hAnsi="Times New Roman"/>
          <w:b w:val="0"/>
          <w:sz w:val="24"/>
        </w:rPr>
        <w:t xml:space="preserve"> If you want to look at my wallet, say he wants me to keep my hands right here.</w:t>
      </w:r>
    </w:p>
    <w:p>
      <w:pPr>
        <w:spacing w:before="0" w:after="0" w:line="276" w:lineRule="exact"/>
      </w:pPr>
      <w:r>
        <w:rPr>
          <w:rFonts w:ascii="Times New Roman" w:hAnsi="Times New Roman"/>
          <w:b w:val="0"/>
          <w:sz w:val="24"/>
        </w:rPr>
        <w:t xml:space="preserve">(20:24) [23:37:44] </w:t>
      </w:r>
      <w:r>
        <w:rPr>
          <w:rFonts w:ascii="Times New Roman" w:hAnsi="Times New Roman"/>
          <w:b/>
          <w:sz w:val="24"/>
        </w:rPr>
        <w:t>Officer Williams:</w:t>
      </w:r>
      <w:r>
        <w:rPr>
          <w:rFonts w:ascii="Times New Roman" w:hAnsi="Times New Roman"/>
          <w:b w:val="0"/>
          <w:sz w:val="24"/>
        </w:rPr>
        <w:t xml:space="preserve"> There's a card right there.</w:t>
      </w:r>
    </w:p>
    <w:p>
      <w:pPr>
        <w:spacing w:before="0" w:after="0" w:line="276" w:lineRule="exact"/>
      </w:pPr>
      <w:r>
        <w:rPr>
          <w:rFonts w:ascii="Times New Roman" w:hAnsi="Times New Roman"/>
          <w:b w:val="0"/>
          <w:sz w:val="24"/>
        </w:rPr>
        <w:t xml:space="preserve">(20:25) [23:37:45] </w:t>
      </w:r>
      <w:r>
        <w:rPr>
          <w:rFonts w:ascii="Times New Roman" w:hAnsi="Times New Roman"/>
          <w:b/>
          <w:sz w:val="24"/>
        </w:rPr>
        <w:t>Officer Williams:</w:t>
      </w:r>
      <w:r>
        <w:rPr>
          <w:rFonts w:ascii="Times New Roman" w:hAnsi="Times New Roman"/>
          <w:b w:val="0"/>
          <w:sz w:val="24"/>
        </w:rPr>
        <w:t xml:space="preserve"> Hey bud, separate your feet further.</w:t>
      </w:r>
    </w:p>
    <w:p>
      <w:pPr>
        <w:spacing w:before="0" w:after="0" w:line="276" w:lineRule="exact"/>
      </w:pPr>
      <w:r>
        <w:rPr>
          <w:rFonts w:ascii="Times New Roman" w:hAnsi="Times New Roman"/>
          <w:b w:val="0"/>
          <w:sz w:val="24"/>
        </w:rPr>
        <w:t xml:space="preserve">(20:30) [23:37:50] </w:t>
      </w:r>
      <w:r>
        <w:rPr>
          <w:rFonts w:ascii="Times New Roman" w:hAnsi="Times New Roman"/>
          <w:b/>
          <w:sz w:val="24"/>
        </w:rPr>
        <w:t>Isaiah Rodriguez:</w:t>
      </w:r>
      <w:r>
        <w:rPr>
          <w:rFonts w:ascii="Times New Roman" w:hAnsi="Times New Roman"/>
          <w:b w:val="0"/>
          <w:sz w:val="24"/>
        </w:rPr>
        <w:t xml:space="preserve"> Thank you sir.</w:t>
      </w:r>
    </w:p>
    <w:p>
      <w:pPr>
        <w:spacing w:before="0" w:after="0" w:line="276" w:lineRule="exact"/>
      </w:pPr>
      <w:r>
        <w:rPr>
          <w:rFonts w:ascii="Times New Roman" w:hAnsi="Times New Roman"/>
          <w:b w:val="0"/>
          <w:sz w:val="24"/>
        </w:rPr>
        <w:t xml:space="preserve">(20:32) [23:37:52] </w:t>
      </w:r>
      <w:r>
        <w:rPr>
          <w:rFonts w:ascii="Times New Roman" w:hAnsi="Times New Roman"/>
          <w:b/>
          <w:sz w:val="24"/>
        </w:rPr>
        <w:t>Officer Williams:</w:t>
      </w:r>
      <w:r>
        <w:rPr>
          <w:rFonts w:ascii="Times New Roman" w:hAnsi="Times New Roman"/>
          <w:b w:val="0"/>
          <w:sz w:val="24"/>
        </w:rPr>
        <w:t xml:space="preserve"> Black's Landscaping?</w:t>
      </w:r>
    </w:p>
    <w:p>
      <w:pPr>
        <w:spacing w:before="0" w:after="0" w:line="276" w:lineRule="exact"/>
      </w:pPr>
      <w:r>
        <w:rPr>
          <w:rFonts w:ascii="Times New Roman" w:hAnsi="Times New Roman"/>
          <w:b w:val="0"/>
          <w:sz w:val="24"/>
        </w:rPr>
        <w:t xml:space="preserve">(20:35) [23:37:55]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(20:37) [23:37:57] </w:t>
      </w:r>
      <w:r>
        <w:rPr>
          <w:rFonts w:ascii="Times New Roman" w:hAnsi="Times New Roman"/>
          <w:b/>
          <w:sz w:val="24"/>
        </w:rPr>
        <w:t>Isaiah Rodriguez:</w:t>
      </w:r>
      <w:r>
        <w:rPr>
          <w:rFonts w:ascii="Times New Roman" w:hAnsi="Times New Roman"/>
          <w:b w:val="0"/>
          <w:sz w:val="24"/>
        </w:rPr>
        <w:t xml:space="preserve"> I'm telling you I ain't got no weapons on me, bro.</w:t>
      </w:r>
    </w:p>
    <w:p>
      <w:pPr>
        <w:spacing w:before="0" w:after="0" w:line="276" w:lineRule="exact"/>
      </w:pPr>
      <w:r>
        <w:rPr>
          <w:rFonts w:ascii="Times New Roman" w:hAnsi="Times New Roman"/>
          <w:b w:val="0"/>
          <w:sz w:val="24"/>
        </w:rPr>
        <w:t xml:space="preserve">(20:38) [23:37:58] </w:t>
      </w:r>
      <w:r>
        <w:rPr>
          <w:rFonts w:ascii="Times New Roman" w:hAnsi="Times New Roman"/>
          <w:b/>
          <w:sz w:val="24"/>
        </w:rPr>
        <w:t>Officer Williams:</w:t>
      </w:r>
      <w:r>
        <w:rPr>
          <w:rFonts w:ascii="Times New Roman" w:hAnsi="Times New Roman"/>
          <w:b w:val="0"/>
          <w:sz w:val="24"/>
        </w:rPr>
        <w:t xml:space="preserve"> I got you. I gotta search, man. Just relax.</w:t>
      </w:r>
    </w:p>
    <w:p>
      <w:pPr>
        <w:spacing w:before="0" w:after="0" w:line="276" w:lineRule="exact"/>
      </w:pPr>
      <w:r>
        <w:rPr>
          <w:rFonts w:ascii="Times New Roman" w:hAnsi="Times New Roman"/>
          <w:b w:val="0"/>
          <w:sz w:val="24"/>
        </w:rPr>
        <w:t xml:space="preserve">(20:43) [23:38:03] </w:t>
      </w:r>
      <w:r>
        <w:rPr>
          <w:rFonts w:ascii="Times New Roman" w:hAnsi="Times New Roman"/>
          <w:b/>
          <w:sz w:val="24"/>
        </w:rPr>
        <w:t>Isaiah Rodriguez:</w:t>
      </w:r>
      <w:r>
        <w:rPr>
          <w:rFonts w:ascii="Times New Roman" w:hAnsi="Times New Roman"/>
          <w:b w:val="0"/>
          <w:sz w:val="24"/>
        </w:rPr>
        <w:t xml:space="preserve"> Well you ain't got a pull on me that hard, sir.</w:t>
      </w:r>
    </w:p>
    <w:p>
      <w:pPr>
        <w:spacing w:before="0" w:after="0" w:line="276" w:lineRule="exact"/>
      </w:pPr>
      <w:r>
        <w:rPr>
          <w:rFonts w:ascii="Times New Roman" w:hAnsi="Times New Roman"/>
          <w:b w:val="0"/>
          <w:sz w:val="24"/>
        </w:rPr>
        <w:t xml:space="preserve">(20:47) [23:38:07] </w:t>
      </w:r>
      <w:r>
        <w:rPr>
          <w:rFonts w:ascii="Times New Roman" w:hAnsi="Times New Roman"/>
          <w:b/>
          <w:sz w:val="24"/>
        </w:rPr>
        <w:t>Isaiah Rodriguez:</w:t>
      </w:r>
      <w:r>
        <w:rPr>
          <w:rFonts w:ascii="Times New Roman" w:hAnsi="Times New Roman"/>
          <w:b w:val="0"/>
          <w:sz w:val="24"/>
        </w:rPr>
        <w:t xml:space="preserve"> I'm being as very respectful as I am, sir, to y'all.</w:t>
      </w:r>
    </w:p>
    <w:p>
      <w:pPr>
        <w:spacing w:before="0" w:after="0" w:line="276" w:lineRule="exact"/>
      </w:pPr>
      <w:r>
        <w:rPr>
          <w:rFonts w:ascii="Times New Roman" w:hAnsi="Times New Roman"/>
          <w:b w:val="0"/>
          <w:sz w:val="24"/>
        </w:rPr>
        <w:t xml:space="preserve">(21:01) [23:38:21] </w:t>
      </w:r>
      <w:r>
        <w:rPr>
          <w:rFonts w:ascii="Times New Roman" w:hAnsi="Times New Roman"/>
          <w:b/>
          <w:sz w:val="24"/>
        </w:rPr>
        <w:t>Isaiah Rodriguez:</w:t>
      </w:r>
      <w:r>
        <w:rPr>
          <w:rFonts w:ascii="Times New Roman" w:hAnsi="Times New Roman"/>
          <w:b w:val="0"/>
          <w:sz w:val="24"/>
        </w:rPr>
        <w:t xml:space="preserve"> I ain't got a pistol, bro. That's what you're looking for, though, bro.</w:t>
      </w:r>
    </w:p>
    <w:p>
      <w:pPr>
        <w:spacing w:before="0" w:after="0" w:line="276" w:lineRule="exact"/>
      </w:pPr>
      <w:r>
        <w:rPr>
          <w:rFonts w:ascii="Times New Roman" w:hAnsi="Times New Roman"/>
          <w:b w:val="0"/>
          <w:sz w:val="24"/>
        </w:rPr>
        <w:t xml:space="preserve">(21:29) [23:38:49] </w:t>
      </w:r>
      <w:r>
        <w:rPr>
          <w:rFonts w:ascii="Times New Roman" w:hAnsi="Times New Roman"/>
          <w:b/>
          <w:sz w:val="24"/>
        </w:rPr>
        <w:t>Officer Williams:</w:t>
      </w:r>
      <w:r>
        <w:rPr>
          <w:rFonts w:ascii="Times New Roman" w:hAnsi="Times New Roman"/>
          <w:b w:val="0"/>
          <w:sz w:val="24"/>
        </w:rPr>
        <w:t xml:space="preserve"> Alright, put your hands on top of your head and face me. Face me.</w:t>
      </w:r>
    </w:p>
    <w:p>
      <w:pPr>
        <w:spacing w:before="0" w:after="0" w:line="276" w:lineRule="exact"/>
      </w:pPr>
      <w:r>
        <w:rPr>
          <w:rFonts w:ascii="Times New Roman" w:hAnsi="Times New Roman"/>
          <w:b w:val="0"/>
          <w:sz w:val="24"/>
        </w:rPr>
        <w:t xml:space="preserve">(21:30) [23:38:50] </w:t>
      </w:r>
      <w:r>
        <w:rPr>
          <w:rFonts w:ascii="Times New Roman" w:hAnsi="Times New Roman"/>
          <w:b/>
          <w:sz w:val="24"/>
        </w:rPr>
        <w:t>Officer Williams:</w:t>
      </w:r>
      <w:r>
        <w:rPr>
          <w:rFonts w:ascii="Times New Roman" w:hAnsi="Times New Roman"/>
          <w:b w:val="0"/>
          <w:sz w:val="24"/>
        </w:rPr>
        <w:t xml:space="preserve"> Just like that. No, move from there, okay?</w:t>
      </w:r>
    </w:p>
    <w:p>
      <w:pPr>
        <w:spacing w:before="0" w:after="0" w:line="276" w:lineRule="exact"/>
      </w:pPr>
      <w:r>
        <w:rPr>
          <w:rFonts w:ascii="Times New Roman" w:hAnsi="Times New Roman"/>
          <w:b w:val="0"/>
          <w:sz w:val="24"/>
        </w:rPr>
        <w:t xml:space="preserve">(21:32) [23:38:52]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(21:33) [23:38:53] </w:t>
      </w:r>
      <w:r>
        <w:rPr>
          <w:rFonts w:ascii="Times New Roman" w:hAnsi="Times New Roman"/>
          <w:b/>
          <w:sz w:val="24"/>
        </w:rPr>
        <w:t>Officer Williams:</w:t>
      </w:r>
      <w:r>
        <w:rPr>
          <w:rFonts w:ascii="Times New Roman" w:hAnsi="Times New Roman"/>
          <w:b w:val="0"/>
          <w:sz w:val="24"/>
        </w:rPr>
        <w:t xml:space="preserve"> Face me. Turn this way. Turn towards me.</w:t>
      </w:r>
    </w:p>
    <w:p>
      <w:pPr>
        <w:spacing w:before="0" w:after="0" w:line="276" w:lineRule="exact"/>
      </w:pPr>
      <w:r>
        <w:rPr>
          <w:rFonts w:ascii="Times New Roman" w:hAnsi="Times New Roman"/>
          <w:b w:val="0"/>
          <w:sz w:val="24"/>
        </w:rPr>
        <w:t xml:space="preserve">(21:34) [23:38:54] </w:t>
      </w:r>
      <w:r>
        <w:rPr>
          <w:rFonts w:ascii="Times New Roman" w:hAnsi="Times New Roman"/>
          <w:b/>
          <w:sz w:val="24"/>
        </w:rPr>
        <w:t>Officer Williams:</w:t>
      </w:r>
      <w:r>
        <w:rPr>
          <w:rFonts w:ascii="Times New Roman" w:hAnsi="Times New Roman"/>
          <w:b w:val="0"/>
          <w:sz w:val="24"/>
        </w:rPr>
        <w:t xml:space="preserve"> Just like that.</w:t>
      </w:r>
    </w:p>
    <w:p>
      <w:pPr>
        <w:spacing w:before="0" w:after="0" w:line="276" w:lineRule="exact"/>
      </w:pPr>
      <w:r>
        <w:rPr>
          <w:rFonts w:ascii="Times New Roman" w:hAnsi="Times New Roman"/>
          <w:b w:val="0"/>
          <w:sz w:val="24"/>
        </w:rPr>
        <w:t xml:space="preserve">(21:55) [23:39:15]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(21:57) [23:39:17] </w:t>
      </w:r>
      <w:r>
        <w:rPr>
          <w:rFonts w:ascii="Times New Roman" w:hAnsi="Times New Roman"/>
          <w:b/>
          <w:sz w:val="24"/>
        </w:rPr>
        <w:t>Officer Williams:</w:t>
      </w:r>
      <w:r>
        <w:rPr>
          <w:rFonts w:ascii="Times New Roman" w:hAnsi="Times New Roman"/>
          <w:b w:val="0"/>
          <w:sz w:val="24"/>
        </w:rPr>
        <w:t xml:space="preserve"> These shorts on underneath here?</w:t>
      </w:r>
    </w:p>
    <w:p>
      <w:pPr>
        <w:spacing w:before="0" w:after="0" w:line="276" w:lineRule="exact"/>
      </w:pPr>
      <w:r>
        <w:rPr>
          <w:rFonts w:ascii="Times New Roman" w:hAnsi="Times New Roman"/>
          <w:b w:val="0"/>
          <w:sz w:val="24"/>
        </w:rPr>
        <w:t xml:space="preserve">(21:57) [23:39:17]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(21:58) [23:39:18] </w:t>
      </w:r>
      <w:r>
        <w:rPr>
          <w:rFonts w:ascii="Times New Roman" w:hAnsi="Times New Roman"/>
          <w:b/>
          <w:sz w:val="24"/>
        </w:rPr>
        <w:t>Officer Williams:</w:t>
      </w:r>
      <w:r>
        <w:rPr>
          <w:rFonts w:ascii="Times New Roman" w:hAnsi="Times New Roman"/>
          <w:b w:val="0"/>
          <w:sz w:val="24"/>
        </w:rPr>
        <w:t xml:space="preserve"> Shorts and gym shorts. Alright, face me. Boxers and gym shorts.</w:t>
      </w:r>
    </w:p>
    <w:p>
      <w:pPr>
        <w:spacing w:before="0" w:after="0" w:line="276" w:lineRule="exact"/>
      </w:pPr>
      <w:r>
        <w:rPr>
          <w:rFonts w:ascii="Times New Roman" w:hAnsi="Times New Roman"/>
          <w:b w:val="0"/>
          <w:sz w:val="24"/>
        </w:rPr>
        <w:t xml:space="preserve">(22:25) [23:39:45] </w:t>
      </w:r>
      <w:r>
        <w:rPr>
          <w:rFonts w:ascii="Times New Roman" w:hAnsi="Times New Roman"/>
          <w:b/>
          <w:sz w:val="24"/>
        </w:rPr>
        <w:t>Officer Williams:</w:t>
      </w:r>
      <w:r>
        <w:rPr>
          <w:rFonts w:ascii="Times New Roman" w:hAnsi="Times New Roman"/>
          <w:b w:val="0"/>
          <w:sz w:val="24"/>
        </w:rPr>
        <w:t xml:space="preserve"> Alright.</w:t>
      </w:r>
    </w:p>
    <w:p>
      <w:pPr>
        <w:spacing w:before="0" w:after="0" w:line="276" w:lineRule="exact"/>
      </w:pPr>
      <w:r>
        <w:rPr>
          <w:rFonts w:ascii="Times New Roman" w:hAnsi="Times New Roman"/>
          <w:b w:val="0"/>
          <w:sz w:val="24"/>
        </w:rPr>
        <w:t xml:space="preserve">(22:29) [23:39:49] </w:t>
      </w:r>
      <w:r>
        <w:rPr>
          <w:rFonts w:ascii="Times New Roman" w:hAnsi="Times New Roman"/>
          <w:b/>
          <w:sz w:val="24"/>
        </w:rPr>
        <w:t>Officer Williams:</w:t>
      </w:r>
      <w:r>
        <w:rPr>
          <w:rFonts w:ascii="Times New Roman" w:hAnsi="Times New Roman"/>
          <w:b w:val="0"/>
          <w:sz w:val="24"/>
        </w:rPr>
        <w:t xml:space="preserve"> Alright, turn back towards the car for me, sir.</w:t>
      </w:r>
    </w:p>
    <w:p>
      <w:pPr>
        <w:spacing w:before="0" w:after="0" w:line="276" w:lineRule="exact"/>
      </w:pPr>
      <w:r>
        <w:rPr>
          <w:rFonts w:ascii="Times New Roman" w:hAnsi="Times New Roman"/>
          <w:b w:val="0"/>
          <w:sz w:val="24"/>
        </w:rPr>
        <w:t xml:space="preserve">(22:31) [23:39:51] </w:t>
      </w:r>
      <w:r>
        <w:rPr>
          <w:rFonts w:ascii="Times New Roman" w:hAnsi="Times New Roman"/>
          <w:b/>
          <w:sz w:val="24"/>
        </w:rPr>
        <w:t>Isaiah Rodriguez:</w:t>
      </w:r>
      <w:r>
        <w:rPr>
          <w:rFonts w:ascii="Times New Roman" w:hAnsi="Times New Roman"/>
          <w:b w:val="0"/>
          <w:sz w:val="24"/>
        </w:rPr>
        <w:t xml:space="preserve"> Yes sir, please.</w:t>
      </w:r>
    </w:p>
    <w:p>
      <w:pPr>
        <w:spacing w:before="0" w:after="0" w:line="276" w:lineRule="exact"/>
      </w:pPr>
      <w:r>
        <w:rPr>
          <w:rFonts w:ascii="Times New Roman" w:hAnsi="Times New Roman"/>
          <w:b w:val="0"/>
          <w:sz w:val="24"/>
        </w:rPr>
        <w:t xml:space="preserve">(22:40) [23:40:00] </w:t>
      </w:r>
      <w:r>
        <w:rPr>
          <w:rFonts w:ascii="Times New Roman" w:hAnsi="Times New Roman"/>
          <w:b/>
          <w:sz w:val="24"/>
        </w:rPr>
        <w:t>Officer Williams:</w:t>
      </w:r>
      <w:r>
        <w:rPr>
          <w:rFonts w:ascii="Times New Roman" w:hAnsi="Times New Roman"/>
          <w:b w:val="0"/>
          <w:sz w:val="24"/>
        </w:rPr>
        <w:t xml:space="preserve"> Thank you, separate your feet some more for me.</w:t>
      </w:r>
    </w:p>
    <w:p>
      <w:pPr>
        <w:spacing w:before="0" w:after="0" w:line="276" w:lineRule="exact"/>
      </w:pPr>
      <w:r>
        <w:rPr>
          <w:rFonts w:ascii="Times New Roman" w:hAnsi="Times New Roman"/>
          <w:b w:val="0"/>
          <w:sz w:val="24"/>
        </w:rPr>
        <w:t xml:space="preserve">(22:43) [23:40:03] </w:t>
      </w:r>
      <w:r>
        <w:rPr>
          <w:rFonts w:ascii="Times New Roman" w:hAnsi="Times New Roman"/>
          <w:b/>
          <w:sz w:val="24"/>
        </w:rPr>
        <w:t>Officer Williams:</w:t>
      </w:r>
      <w:r>
        <w:rPr>
          <w:rFonts w:ascii="Times New Roman" w:hAnsi="Times New Roman"/>
          <w:b w:val="0"/>
          <w:sz w:val="24"/>
        </w:rPr>
        <w:t xml:space="preserve"> Kick your shoes off for me. Can you kick them off for me?</w:t>
      </w:r>
    </w:p>
    <w:p>
      <w:pPr>
        <w:spacing w:before="0" w:after="0" w:line="276" w:lineRule="exact"/>
      </w:pPr>
      <w:r>
        <w:rPr>
          <w:rFonts w:ascii="Times New Roman" w:hAnsi="Times New Roman"/>
          <w:b w:val="0"/>
          <w:sz w:val="24"/>
        </w:rPr>
        <w:t xml:space="preserve">(22:47) [23:40:07] </w:t>
      </w:r>
      <w:r>
        <w:rPr>
          <w:rFonts w:ascii="Times New Roman" w:hAnsi="Times New Roman"/>
          <w:b/>
          <w:sz w:val="24"/>
        </w:rPr>
        <w:t>Isaiah Rodriguez:</w:t>
      </w:r>
      <w:r>
        <w:rPr>
          <w:rFonts w:ascii="Times New Roman" w:hAnsi="Times New Roman"/>
          <w:b w:val="0"/>
          <w:sz w:val="24"/>
        </w:rPr>
        <w:t xml:space="preserve"> I don't wanna mess up my laces, sir.</w:t>
      </w:r>
    </w:p>
    <w:p>
      <w:pPr>
        <w:spacing w:before="0" w:after="0" w:line="276" w:lineRule="exact"/>
      </w:pPr>
      <w:r>
        <w:rPr>
          <w:rFonts w:ascii="Times New Roman" w:hAnsi="Times New Roman"/>
          <w:b w:val="0"/>
          <w:sz w:val="24"/>
        </w:rPr>
        <w:t xml:space="preserve">(23:02) [23:40:22] </w:t>
      </w:r>
      <w:r>
        <w:rPr>
          <w:rFonts w:ascii="Times New Roman" w:hAnsi="Times New Roman"/>
          <w:b/>
          <w:sz w:val="24"/>
        </w:rPr>
        <w:t>Officer Williams:</w:t>
      </w:r>
      <w:r>
        <w:rPr>
          <w:rFonts w:ascii="Times New Roman" w:hAnsi="Times New Roman"/>
          <w:b w:val="0"/>
          <w:sz w:val="24"/>
        </w:rPr>
        <w:t xml:space="preserve"> Alright, that's fine.</w:t>
      </w:r>
    </w:p>
    <w:p>
      <w:pPr>
        <w:spacing w:before="0" w:after="0" w:line="276" w:lineRule="exact"/>
      </w:pPr>
      <w:r>
        <w:rPr>
          <w:rFonts w:ascii="Times New Roman" w:hAnsi="Times New Roman"/>
          <w:b w:val="0"/>
          <w:sz w:val="24"/>
        </w:rPr>
        <w:t xml:space="preserve">(23:04) [23:40:24] </w:t>
      </w:r>
      <w:r>
        <w:rPr>
          <w:rFonts w:ascii="Times New Roman" w:hAnsi="Times New Roman"/>
          <w:b/>
          <w:sz w:val="24"/>
        </w:rPr>
        <w:t>Officer Williams:</w:t>
      </w:r>
      <w:r>
        <w:rPr>
          <w:rFonts w:ascii="Times New Roman" w:hAnsi="Times New Roman"/>
          <w:b w:val="0"/>
          <w:sz w:val="24"/>
        </w:rPr>
        <w:t xml:space="preserve"> Okay, you're good, you're good.</w:t>
      </w:r>
    </w:p>
    <w:p>
      <w:pPr>
        <w:spacing w:before="0" w:after="0" w:line="276" w:lineRule="exact"/>
      </w:pPr>
      <w:r>
        <w:rPr>
          <w:rFonts w:ascii="Times New Roman" w:hAnsi="Times New Roman"/>
          <w:b w:val="0"/>
          <w:sz w:val="24"/>
        </w:rPr>
        <w:t xml:space="preserve">(23:06) [23:40:26] </w:t>
      </w:r>
      <w:r>
        <w:rPr>
          <w:rFonts w:ascii="Times New Roman" w:hAnsi="Times New Roman"/>
          <w:b/>
          <w:sz w:val="24"/>
        </w:rPr>
        <w:t>Officer Williams:</w:t>
      </w:r>
      <w:r>
        <w:rPr>
          <w:rFonts w:ascii="Times New Roman" w:hAnsi="Times New Roman"/>
          <w:b w:val="0"/>
          <w:sz w:val="24"/>
        </w:rPr>
        <w:t xml:space="preserve"> Go ahead and face back that way for me, okay?</w:t>
      </w:r>
    </w:p>
    <w:p>
      <w:pPr>
        <w:spacing w:before="0" w:after="0" w:line="276" w:lineRule="exact"/>
      </w:pPr>
      <w:r>
        <w:rPr>
          <w:rFonts w:ascii="Times New Roman" w:hAnsi="Times New Roman"/>
          <w:b w:val="0"/>
          <w:sz w:val="24"/>
        </w:rPr>
        <w:t xml:space="preserve">(23:10) [23:40:30] </w:t>
      </w:r>
      <w:r>
        <w:rPr>
          <w:rFonts w:ascii="Times New Roman" w:hAnsi="Times New Roman"/>
          <w:b/>
          <w:sz w:val="24"/>
        </w:rPr>
        <w:t>Officer Williams:</w:t>
      </w:r>
      <w:r>
        <w:rPr>
          <w:rFonts w:ascii="Times New Roman" w:hAnsi="Times New Roman"/>
          <w:b w:val="0"/>
          <w:sz w:val="24"/>
        </w:rPr>
        <w:t xml:space="preserve"> Okay, take this foot back to me. Okay, same thing with this other one.</w:t>
      </w:r>
    </w:p>
    <w:p>
      <w:pPr>
        <w:spacing w:before="0" w:after="0" w:line="276" w:lineRule="exact"/>
      </w:pPr>
      <w:r>
        <w:rPr>
          <w:rFonts w:ascii="Times New Roman" w:hAnsi="Times New Roman"/>
          <w:b w:val="0"/>
          <w:sz w:val="24"/>
        </w:rPr>
        <w:t xml:space="preserve">(23:27) [23:40:47] </w:t>
      </w:r>
      <w:r>
        <w:rPr>
          <w:rFonts w:ascii="Times New Roman" w:hAnsi="Times New Roman"/>
          <w:b/>
          <w:sz w:val="24"/>
        </w:rPr>
        <w:t>Officer Williams:</w:t>
      </w:r>
      <w:r>
        <w:rPr>
          <w:rFonts w:ascii="Times New Roman" w:hAnsi="Times New Roman"/>
          <w:b w:val="0"/>
          <w:sz w:val="24"/>
        </w:rPr>
        <w:t xml:space="preserve"> Alright, separate your feet again for me.</w:t>
      </w:r>
    </w:p>
    <w:p>
      <w:pPr>
        <w:spacing w:before="0" w:after="0" w:line="276" w:lineRule="exact"/>
      </w:pPr>
      <w:r>
        <w:rPr>
          <w:rFonts w:ascii="Times New Roman" w:hAnsi="Times New Roman"/>
          <w:b w:val="0"/>
          <w:sz w:val="24"/>
        </w:rPr>
        <w:t xml:space="preserve">(23:48) [23:41:08] </w:t>
      </w:r>
      <w:r>
        <w:rPr>
          <w:rFonts w:ascii="Times New Roman" w:hAnsi="Times New Roman"/>
          <w:b/>
          <w:sz w:val="24"/>
        </w:rPr>
        <w:t>Officer Williams:</w:t>
      </w:r>
      <w:r>
        <w:rPr>
          <w:rFonts w:ascii="Times New Roman" w:hAnsi="Times New Roman"/>
          <w:b w:val="0"/>
          <w:sz w:val="24"/>
        </w:rPr>
        <w:t xml:space="preserve"> All right. You're good to just hang out here.</w:t>
      </w:r>
    </w:p>
    <w:p>
      <w:pPr>
        <w:spacing w:before="0" w:after="0" w:line="276" w:lineRule="exact"/>
      </w:pPr>
      <w:r>
        <w:rPr>
          <w:rFonts w:ascii="Times New Roman" w:hAnsi="Times New Roman"/>
          <w:b w:val="0"/>
          <w:sz w:val="24"/>
        </w:rPr>
        <w:t xml:space="preserve">(23:50) [23:41:10] </w:t>
      </w:r>
      <w:r>
        <w:rPr>
          <w:rFonts w:ascii="Times New Roman" w:hAnsi="Times New Roman"/>
          <w:b/>
          <w:sz w:val="24"/>
        </w:rPr>
        <w:t>Officer Williams:</w:t>
      </w:r>
      <w:r>
        <w:rPr>
          <w:rFonts w:ascii="Times New Roman" w:hAnsi="Times New Roman"/>
          <w:b w:val="0"/>
          <w:sz w:val="24"/>
        </w:rPr>
        <w:t xml:space="preserve"> We're gonna hang out here.</w:t>
      </w:r>
    </w:p>
    <w:p>
      <w:pPr>
        <w:spacing w:before="0" w:after="0" w:line="276" w:lineRule="exact"/>
      </w:pPr>
      <w:r>
        <w:rPr>
          <w:rFonts w:ascii="Times New Roman" w:hAnsi="Times New Roman"/>
          <w:b w:val="0"/>
          <w:sz w:val="24"/>
        </w:rPr>
        <w:t xml:space="preserve">(23:51) [23:41:11] </w:t>
      </w:r>
      <w:r>
        <w:rPr>
          <w:rFonts w:ascii="Times New Roman" w:hAnsi="Times New Roman"/>
          <w:b/>
          <w:sz w:val="24"/>
        </w:rPr>
        <w:t>Isaiah Rodriguez:</w:t>
      </w:r>
      <w:r>
        <w:rPr>
          <w:rFonts w:ascii="Times New Roman" w:hAnsi="Times New Roman"/>
          <w:b w:val="0"/>
          <w:sz w:val="24"/>
        </w:rPr>
        <w:t xml:space="preserve"> Can I put my shoes back on?</w:t>
      </w:r>
    </w:p>
    <w:p>
      <w:pPr>
        <w:spacing w:before="0" w:after="0" w:line="276" w:lineRule="exact"/>
      </w:pPr>
      <w:r>
        <w:rPr>
          <w:rFonts w:ascii="Times New Roman" w:hAnsi="Times New Roman"/>
          <w:b w:val="0"/>
          <w:sz w:val="24"/>
        </w:rPr>
        <w:t xml:space="preserve">(23:52) [23:41:12] </w:t>
      </w:r>
      <w:r>
        <w:rPr>
          <w:rFonts w:ascii="Times New Roman" w:hAnsi="Times New Roman"/>
          <w:b/>
          <w:sz w:val="24"/>
        </w:rPr>
        <w:t>Officer Williams:</w:t>
      </w:r>
      <w:r>
        <w:rPr>
          <w:rFonts w:ascii="Times New Roman" w:hAnsi="Times New Roman"/>
          <w:b w:val="0"/>
          <w:sz w:val="24"/>
        </w:rPr>
        <w:t xml:space="preserve"> Yeah, you can put your shoes back on.</w:t>
      </w:r>
    </w:p>
    <w:p>
      <w:pPr>
        <w:spacing w:before="0" w:after="0" w:line="276" w:lineRule="exact"/>
      </w:pPr>
      <w:r>
        <w:rPr>
          <w:rFonts w:ascii="Times New Roman" w:hAnsi="Times New Roman"/>
          <w:b w:val="0"/>
          <w:sz w:val="24"/>
        </w:rPr>
        <w:t xml:space="preserve">(23:53) [23:41:13] </w:t>
      </w:r>
      <w:r>
        <w:rPr>
          <w:rFonts w:ascii="Times New Roman" w:hAnsi="Times New Roman"/>
          <w:b/>
          <w:sz w:val="24"/>
        </w:rPr>
        <w:t>Isaiah Rodriguez:</w:t>
      </w:r>
      <w:r>
        <w:rPr>
          <w:rFonts w:ascii="Times New Roman" w:hAnsi="Times New Roman"/>
          <w:b w:val="0"/>
          <w:sz w:val="24"/>
        </w:rPr>
        <w:t xml:space="preserve"> Thank you, sir.</w:t>
      </w:r>
    </w:p>
    <w:p>
      <w:pPr>
        <w:spacing w:before="0" w:after="0" w:line="276" w:lineRule="exact"/>
      </w:pPr>
      <w:r>
        <w:rPr>
          <w:rFonts w:ascii="Times New Roman" w:hAnsi="Times New Roman"/>
          <w:b w:val="0"/>
          <w:sz w:val="24"/>
        </w:rPr>
        <w:t xml:space="preserve">(24:08) [23:41:28] </w:t>
      </w:r>
      <w:r>
        <w:rPr>
          <w:rFonts w:ascii="Times New Roman" w:hAnsi="Times New Roman"/>
          <w:b/>
          <w:sz w:val="24"/>
        </w:rPr>
        <w:t>Isaiah Rodriguez:</w:t>
      </w:r>
      <w:r>
        <w:rPr>
          <w:rFonts w:ascii="Times New Roman" w:hAnsi="Times New Roman"/>
          <w:b w:val="0"/>
          <w:sz w:val="24"/>
        </w:rPr>
        <w:t xml:space="preserve"> So can I ask something, sir?</w:t>
      </w:r>
    </w:p>
    <w:p>
      <w:pPr>
        <w:spacing w:before="0" w:after="0" w:line="276" w:lineRule="exact"/>
      </w:pPr>
      <w:r>
        <w:rPr>
          <w:rFonts w:ascii="Times New Roman" w:hAnsi="Times New Roman"/>
          <w:b w:val="0"/>
          <w:sz w:val="24"/>
        </w:rPr>
        <w:t xml:space="preserve">(24:09) [23:41:29] </w:t>
      </w:r>
      <w:r>
        <w:rPr>
          <w:rFonts w:ascii="Times New Roman" w:hAnsi="Times New Roman"/>
          <w:b/>
          <w:sz w:val="24"/>
        </w:rPr>
        <w:t>Officer Williams:</w:t>
      </w:r>
      <w:r>
        <w:rPr>
          <w:rFonts w:ascii="Times New Roman" w:hAnsi="Times New Roman"/>
          <w:b w:val="0"/>
          <w:sz w:val="24"/>
        </w:rPr>
        <w:t xml:space="preserve"> What up, man?</w:t>
      </w:r>
    </w:p>
    <w:p>
      <w:pPr>
        <w:spacing w:before="0" w:after="0" w:line="276" w:lineRule="exact"/>
      </w:pPr>
      <w:r>
        <w:rPr>
          <w:rFonts w:ascii="Times New Roman" w:hAnsi="Times New Roman"/>
          <w:b w:val="0"/>
          <w:sz w:val="24"/>
        </w:rPr>
        <w:t xml:space="preserve">(24:10) [23:41:30] </w:t>
      </w:r>
      <w:r>
        <w:rPr>
          <w:rFonts w:ascii="Times New Roman" w:hAnsi="Times New Roman"/>
          <w:b/>
          <w:sz w:val="24"/>
        </w:rPr>
        <w:t>Isaiah Rodriguez:</w:t>
      </w:r>
      <w:r>
        <w:rPr>
          <w:rFonts w:ascii="Times New Roman" w:hAnsi="Times New Roman"/>
          <w:b w:val="0"/>
          <w:sz w:val="24"/>
        </w:rPr>
        <w:t xml:space="preserve"> Am I going to jail?</w:t>
      </w:r>
    </w:p>
    <w:p>
      <w:pPr>
        <w:spacing w:before="0" w:after="0" w:line="276" w:lineRule="exact"/>
      </w:pPr>
      <w:r>
        <w:rPr>
          <w:rFonts w:ascii="Times New Roman" w:hAnsi="Times New Roman"/>
          <w:b w:val="0"/>
          <w:sz w:val="24"/>
        </w:rPr>
        <w:t xml:space="preserve">(24:11) [23:41:31] </w:t>
      </w:r>
      <w:r>
        <w:rPr>
          <w:rFonts w:ascii="Times New Roman" w:hAnsi="Times New Roman"/>
          <w:b/>
          <w:sz w:val="24"/>
        </w:rPr>
        <w:t>Officer Williams:</w:t>
      </w:r>
      <w:r>
        <w:rPr>
          <w:rFonts w:ascii="Times New Roman" w:hAnsi="Times New Roman"/>
          <w:b w:val="0"/>
          <w:sz w:val="24"/>
        </w:rPr>
        <w:t xml:space="preserve"> I have no idea. I really don't. If I knew, I would tell you.</w:t>
      </w:r>
    </w:p>
    <w:p>
      <w:pPr>
        <w:spacing w:before="0" w:after="0" w:line="276" w:lineRule="exact"/>
      </w:pPr>
      <w:r>
        <w:rPr>
          <w:rFonts w:ascii="Times New Roman" w:hAnsi="Times New Roman"/>
          <w:b w:val="0"/>
          <w:sz w:val="24"/>
        </w:rPr>
        <w:t xml:space="preserve">(24:14) [23:41:34] </w:t>
      </w:r>
      <w:r>
        <w:rPr>
          <w:rFonts w:ascii="Times New Roman" w:hAnsi="Times New Roman"/>
          <w:b/>
          <w:sz w:val="24"/>
        </w:rPr>
        <w:t>Officer Williams:</w:t>
      </w:r>
      <w:r>
        <w:rPr>
          <w:rFonts w:ascii="Times New Roman" w:hAnsi="Times New Roman"/>
          <w:b w:val="0"/>
          <w:sz w:val="24"/>
        </w:rPr>
        <w:t xml:space="preserve"> I would tell you, man. I don't lie to a lot of people. I'm an honest person.</w:t>
      </w:r>
    </w:p>
    <w:p>
      <w:pPr>
        <w:spacing w:before="0" w:after="0" w:line="276" w:lineRule="exact"/>
      </w:pPr>
      <w:r>
        <w:rPr>
          <w:rFonts w:ascii="Times New Roman" w:hAnsi="Times New Roman"/>
          <w:b w:val="0"/>
          <w:sz w:val="24"/>
        </w:rPr>
        <w:t xml:space="preserve">(24:18) [23:41:38] </w:t>
      </w:r>
      <w:r>
        <w:rPr>
          <w:rFonts w:ascii="Times New Roman" w:hAnsi="Times New Roman"/>
          <w:b/>
          <w:sz w:val="24"/>
        </w:rPr>
        <w:t>Isaiah Rodriguez:</w:t>
      </w:r>
      <w:r>
        <w:rPr>
          <w:rFonts w:ascii="Times New Roman" w:hAnsi="Times New Roman"/>
          <w:b w:val="0"/>
          <w:sz w:val="24"/>
        </w:rPr>
        <w:t xml:space="preserve"> She is.</w:t>
      </w:r>
    </w:p>
    <w:p>
      <w:pPr>
        <w:spacing w:before="0" w:after="0" w:line="276" w:lineRule="exact"/>
      </w:pPr>
      <w:r>
        <w:rPr>
          <w:rFonts w:ascii="Times New Roman" w:hAnsi="Times New Roman"/>
          <w:b w:val="0"/>
          <w:sz w:val="24"/>
        </w:rPr>
        <w:t xml:space="preserve">(24:19) [23:41:39] </w:t>
      </w:r>
      <w:r>
        <w:rPr>
          <w:rFonts w:ascii="Times New Roman" w:hAnsi="Times New Roman"/>
          <w:b/>
          <w:sz w:val="24"/>
        </w:rPr>
        <w:t>Isaiah Rodriguez:</w:t>
      </w:r>
      <w:r>
        <w:rPr>
          <w:rFonts w:ascii="Times New Roman" w:hAnsi="Times New Roman"/>
          <w:b w:val="0"/>
          <w:sz w:val="24"/>
        </w:rPr>
        <w:t xml:space="preserve"> Did Marissa go get the kids already?</w:t>
      </w:r>
    </w:p>
    <w:p>
      <w:pPr>
        <w:spacing w:before="0" w:after="0" w:line="276" w:lineRule="exact"/>
      </w:pPr>
      <w:r>
        <w:rPr>
          <w:rFonts w:ascii="Times New Roman" w:hAnsi="Times New Roman"/>
          <w:b w:val="0"/>
          <w:sz w:val="24"/>
        </w:rPr>
        <w:t xml:space="preserve">(24:26) [23:41:46] </w:t>
      </w:r>
      <w:r>
        <w:rPr>
          <w:rFonts w:ascii="Times New Roman" w:hAnsi="Times New Roman"/>
          <w:b/>
          <w:sz w:val="24"/>
        </w:rPr>
        <w:t>Officer Williams:</w:t>
      </w:r>
      <w:r>
        <w:rPr>
          <w:rFonts w:ascii="Times New Roman" w:hAnsi="Times New Roman"/>
          <w:b w:val="0"/>
          <w:sz w:val="24"/>
        </w:rPr>
        <w:t xml:space="preserve"> I don't know.</w:t>
      </w:r>
    </w:p>
    <w:p>
      <w:pPr>
        <w:spacing w:before="0" w:after="0" w:line="276" w:lineRule="exact"/>
      </w:pPr>
      <w:r>
        <w:rPr>
          <w:rFonts w:ascii="Times New Roman" w:hAnsi="Times New Roman"/>
          <w:b w:val="0"/>
          <w:sz w:val="24"/>
        </w:rPr>
        <w:t xml:space="preserve">(24:26) [23:41:46] </w:t>
      </w:r>
      <w:r>
        <w:rPr>
          <w:rFonts w:ascii="Times New Roman" w:hAnsi="Times New Roman"/>
          <w:b/>
          <w:sz w:val="24"/>
        </w:rPr>
        <w:t>Officer Williams:</w:t>
      </w:r>
      <w:r>
        <w:rPr>
          <w:rFonts w:ascii="Times New Roman" w:hAnsi="Times New Roman"/>
          <w:b w:val="0"/>
          <w:sz w:val="24"/>
        </w:rPr>
        <w:t xml:space="preserve"> Call her. Call her and ask her.</w:t>
      </w:r>
    </w:p>
    <w:p>
      <w:pPr>
        <w:spacing w:before="0" w:after="0" w:line="276" w:lineRule="exact"/>
      </w:pPr>
      <w:r>
        <w:rPr>
          <w:rFonts w:ascii="Times New Roman" w:hAnsi="Times New Roman"/>
          <w:b w:val="0"/>
          <w:sz w:val="24"/>
        </w:rPr>
        <w:t xml:space="preserve">(24:28) [23:41:48] </w:t>
      </w:r>
      <w:r>
        <w:rPr>
          <w:rFonts w:ascii="Times New Roman" w:hAnsi="Times New Roman"/>
          <w:b/>
          <w:sz w:val="24"/>
        </w:rPr>
        <w:t>Officer Williams:</w:t>
      </w:r>
      <w:r>
        <w:rPr>
          <w:rFonts w:ascii="Times New Roman" w:hAnsi="Times New Roman"/>
          <w:b w:val="0"/>
          <w:sz w:val="24"/>
        </w:rPr>
        <w:t xml:space="preserve"> Hey, hey. We're not worried about that over here.</w:t>
      </w:r>
    </w:p>
    <w:p>
      <w:pPr>
        <w:spacing w:before="0" w:after="0" w:line="276" w:lineRule="exact"/>
      </w:pPr>
      <w:r>
        <w:rPr>
          <w:rFonts w:ascii="Times New Roman" w:hAnsi="Times New Roman"/>
          <w:b w:val="0"/>
          <w:sz w:val="24"/>
        </w:rPr>
        <w:t xml:space="preserve">(24:30) [23:41:50] </w:t>
      </w:r>
      <w:r>
        <w:rPr>
          <w:rFonts w:ascii="Times New Roman" w:hAnsi="Times New Roman"/>
          <w:b/>
          <w:sz w:val="24"/>
        </w:rPr>
        <w:t>Officer Williams:</w:t>
      </w:r>
      <w:r>
        <w:rPr>
          <w:rFonts w:ascii="Times New Roman" w:hAnsi="Times New Roman"/>
          <w:b w:val="0"/>
          <w:sz w:val="24"/>
        </w:rPr>
        <w:t xml:space="preserve"> Don't worry about what she's doing over there, okay?</w:t>
      </w:r>
    </w:p>
    <w:p>
      <w:pPr>
        <w:spacing w:before="0" w:after="0" w:line="276" w:lineRule="exact"/>
      </w:pPr>
      <w:r>
        <w:rPr>
          <w:rFonts w:ascii="Times New Roman" w:hAnsi="Times New Roman"/>
          <w:b w:val="0"/>
          <w:sz w:val="24"/>
        </w:rPr>
        <w:t xml:space="preserve">(24:32) [23:41:52] </w:t>
      </w:r>
      <w:r>
        <w:rPr>
          <w:rFonts w:ascii="Times New Roman" w:hAnsi="Times New Roman"/>
          <w:b/>
          <w:sz w:val="24"/>
        </w:rPr>
        <w:t>Isaiah Rodriguez:</w:t>
      </w:r>
      <w:r>
        <w:rPr>
          <w:rFonts w:ascii="Times New Roman" w:hAnsi="Times New Roman"/>
          <w:b w:val="0"/>
          <w:sz w:val="24"/>
        </w:rPr>
        <w:t xml:space="preserve"> Bro, I'm just talking to my sister, bro.</w:t>
      </w:r>
    </w:p>
    <w:p>
      <w:pPr>
        <w:spacing w:before="0" w:after="0" w:line="276" w:lineRule="exact"/>
      </w:pPr>
      <w:r>
        <w:rPr>
          <w:rFonts w:ascii="Times New Roman" w:hAnsi="Times New Roman"/>
          <w:b w:val="0"/>
          <w:sz w:val="24"/>
        </w:rPr>
        <w:t xml:space="preserve">(24:34) [23:41:54] </w:t>
      </w:r>
      <w:r>
        <w:rPr>
          <w:rFonts w:ascii="Times New Roman" w:hAnsi="Times New Roman"/>
          <w:b/>
          <w:sz w:val="24"/>
        </w:rPr>
        <w:t>Officer Williams:</w:t>
      </w:r>
      <w:r>
        <w:rPr>
          <w:rFonts w:ascii="Times New Roman" w:hAnsi="Times New Roman"/>
          <w:b w:val="0"/>
          <w:sz w:val="24"/>
        </w:rPr>
        <w:t xml:space="preserve"> I got you, but you're on a traffic stop right now. You need to be focused on what we're doing over here.</w:t>
      </w:r>
    </w:p>
    <w:p>
      <w:pPr>
        <w:spacing w:before="0" w:after="0" w:line="276" w:lineRule="exact"/>
      </w:pPr>
      <w:r>
        <w:rPr>
          <w:rFonts w:ascii="Times New Roman" w:hAnsi="Times New Roman"/>
          <w:b w:val="0"/>
          <w:sz w:val="24"/>
        </w:rPr>
        <w:t xml:space="preserve">(24:53) [23:42:13] </w:t>
      </w:r>
      <w:r>
        <w:rPr>
          <w:rFonts w:ascii="Times New Roman" w:hAnsi="Times New Roman"/>
          <w:b/>
          <w:sz w:val="24"/>
        </w:rPr>
        <w:t>Isaiah Rodriguez:</w:t>
      </w:r>
      <w:r>
        <w:rPr>
          <w:rFonts w:ascii="Times New Roman" w:hAnsi="Times New Roman"/>
          <w:b w:val="0"/>
          <w:sz w:val="24"/>
        </w:rPr>
        <w:t xml:space="preserve"> Okay, I'm sorry, sir.</w:t>
      </w:r>
    </w:p>
    <w:p>
      <w:pPr>
        <w:spacing w:before="0" w:after="0" w:line="276" w:lineRule="exact"/>
      </w:pPr>
      <w:r>
        <w:rPr>
          <w:rFonts w:ascii="Times New Roman" w:hAnsi="Times New Roman"/>
          <w:b w:val="0"/>
          <w:sz w:val="24"/>
        </w:rPr>
        <w:t xml:space="preserve">(26:31) [23:43:51] </w:t>
      </w:r>
      <w:r>
        <w:rPr>
          <w:rFonts w:ascii="Times New Roman" w:hAnsi="Times New Roman"/>
          <w:b/>
          <w:sz w:val="24"/>
        </w:rPr>
        <w:t>Officer Williams:</w:t>
      </w:r>
      <w:r>
        <w:rPr>
          <w:rFonts w:ascii="Times New Roman" w:hAnsi="Times New Roman"/>
          <w:b w:val="0"/>
          <w:sz w:val="24"/>
        </w:rPr>
        <w:t xml:space="preserve"> Is that your wife?</w:t>
      </w:r>
    </w:p>
    <w:p>
      <w:pPr>
        <w:spacing w:before="0" w:after="0" w:line="276" w:lineRule="exact"/>
      </w:pPr>
      <w:r>
        <w:rPr>
          <w:rFonts w:ascii="Times New Roman" w:hAnsi="Times New Roman"/>
          <w:b w:val="0"/>
          <w:sz w:val="24"/>
        </w:rPr>
        <w:t xml:space="preserve">(26:39) [23:43:59] </w:t>
      </w:r>
      <w:r>
        <w:rPr>
          <w:rFonts w:ascii="Times New Roman" w:hAnsi="Times New Roman"/>
          <w:b/>
          <w:sz w:val="24"/>
        </w:rPr>
        <w:t>Isaiah Rodriguez:</w:t>
      </w:r>
      <w:r>
        <w:rPr>
          <w:rFonts w:ascii="Times New Roman" w:hAnsi="Times New Roman"/>
          <w:b w:val="0"/>
          <w:sz w:val="24"/>
        </w:rPr>
        <w:t xml:space="preserve"> No, that's my sister, sir.</w:t>
      </w:r>
    </w:p>
    <w:p>
      <w:pPr>
        <w:spacing w:before="0" w:after="0" w:line="276" w:lineRule="exact"/>
      </w:pPr>
      <w:r>
        <w:rPr>
          <w:rFonts w:ascii="Times New Roman" w:hAnsi="Times New Roman"/>
          <w:b w:val="0"/>
          <w:sz w:val="24"/>
        </w:rPr>
        <w:t xml:space="preserve">(26:43) [23:44:03] </w:t>
      </w:r>
      <w:r>
        <w:rPr>
          <w:rFonts w:ascii="Times New Roman" w:hAnsi="Times New Roman"/>
          <w:b/>
          <w:sz w:val="24"/>
        </w:rPr>
        <w:t>Officer Williams:</w:t>
      </w:r>
      <w:r>
        <w:rPr>
          <w:rFonts w:ascii="Times New Roman" w:hAnsi="Times New Roman"/>
          <w:b w:val="0"/>
          <w:sz w:val="24"/>
        </w:rPr>
        <w:t xml:space="preserve"> So you said your wife sees Dr. Martin?</w:t>
      </w:r>
    </w:p>
    <w:p>
      <w:pPr>
        <w:spacing w:before="0" w:after="0" w:line="276" w:lineRule="exact"/>
      </w:pPr>
      <w:r>
        <w:rPr>
          <w:rFonts w:ascii="Times New Roman" w:hAnsi="Times New Roman"/>
          <w:b w:val="0"/>
          <w:sz w:val="24"/>
        </w:rPr>
        <w:t xml:space="preserve">(26:44) [23:44:04]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(26:47) [23:44:07] </w:t>
      </w:r>
      <w:r>
        <w:rPr>
          <w:rFonts w:ascii="Times New Roman" w:hAnsi="Times New Roman"/>
          <w:b/>
          <w:sz w:val="24"/>
        </w:rPr>
        <w:t>Officer Williams:</w:t>
      </w:r>
      <w:r>
        <w:rPr>
          <w:rFonts w:ascii="Times New Roman" w:hAnsi="Times New Roman"/>
          <w:b w:val="0"/>
          <w:sz w:val="24"/>
        </w:rPr>
        <w:t xml:space="preserve"> And does she get pills prescribed from Dr. Martin?</w:t>
      </w:r>
    </w:p>
    <w:p>
      <w:pPr>
        <w:spacing w:before="0" w:after="0" w:line="276" w:lineRule="exact"/>
      </w:pPr>
      <w:r>
        <w:rPr>
          <w:rFonts w:ascii="Times New Roman" w:hAnsi="Times New Roman"/>
          <w:b w:val="0"/>
          <w:sz w:val="24"/>
        </w:rPr>
        <w:t xml:space="preserve">(26:59) [23:44:19] </w:t>
      </w:r>
      <w:r>
        <w:rPr>
          <w:rFonts w:ascii="Times New Roman" w:hAnsi="Times New Roman"/>
          <w:b/>
          <w:sz w:val="24"/>
        </w:rPr>
        <w:t>Isaiah Rodriguez:</w:t>
      </w:r>
      <w:r>
        <w:rPr>
          <w:rFonts w:ascii="Times New Roman" w:hAnsi="Times New Roman"/>
          <w:b w:val="0"/>
          <w:sz w:val="24"/>
        </w:rPr>
        <w:t xml:space="preserve"> She gets, uh, Subutex, uh, I know what they're called on the street, Xanax, but I don't know if they're called Prazoban, or Xanax, something like that.</w:t>
      </w:r>
    </w:p>
    <w:p>
      <w:pPr>
        <w:spacing w:before="0" w:after="0" w:line="276" w:lineRule="exact"/>
      </w:pPr>
      <w:r>
        <w:rPr>
          <w:rFonts w:ascii="Times New Roman" w:hAnsi="Times New Roman"/>
          <w:b w:val="0"/>
          <w:sz w:val="24"/>
        </w:rPr>
        <w:t xml:space="preserve">(27:11) [23:44:31] </w:t>
      </w:r>
      <w:r>
        <w:rPr>
          <w:rFonts w:ascii="Times New Roman" w:hAnsi="Times New Roman"/>
          <w:b/>
          <w:sz w:val="24"/>
        </w:rPr>
        <w:t>Isaiah Rodriguez:</w:t>
      </w:r>
      <w:r>
        <w:rPr>
          <w:rFonts w:ascii="Times New Roman" w:hAnsi="Times New Roman"/>
          <w:b w:val="0"/>
          <w:sz w:val="24"/>
        </w:rPr>
        <w:t xml:space="preserve"> I know she gets -- they had her doing therapy and stuff, you know what I'm saying?</w:t>
      </w:r>
    </w:p>
    <w:p>
      <w:pPr>
        <w:spacing w:before="0" w:after="0" w:line="276" w:lineRule="exact"/>
      </w:pPr>
      <w:r>
        <w:rPr>
          <w:rFonts w:ascii="Times New Roman" w:hAnsi="Times New Roman"/>
          <w:b w:val="0"/>
          <w:sz w:val="24"/>
        </w:rPr>
        <w:t xml:space="preserve">(27:12) [23:44:32]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(27:15) [23:44:35] </w:t>
      </w:r>
      <w:r>
        <w:rPr>
          <w:rFonts w:ascii="Times New Roman" w:hAnsi="Times New Roman"/>
          <w:b/>
          <w:sz w:val="24"/>
        </w:rPr>
        <w:t>Officer Williams:</w:t>
      </w:r>
      <w:r>
        <w:rPr>
          <w:rFonts w:ascii="Times New Roman" w:hAnsi="Times New Roman"/>
          <w:b w:val="0"/>
          <w:sz w:val="24"/>
        </w:rPr>
        <w:t xml:space="preserve"> What is your wife's condition?</w:t>
      </w:r>
    </w:p>
    <w:p>
      <w:pPr>
        <w:spacing w:before="0" w:after="0" w:line="276" w:lineRule="exact"/>
      </w:pPr>
      <w:r>
        <w:rPr>
          <w:rFonts w:ascii="Times New Roman" w:hAnsi="Times New Roman"/>
          <w:b w:val="0"/>
          <w:sz w:val="24"/>
        </w:rPr>
        <w:t xml:space="preserve">(27:17) [23:44:37] </w:t>
      </w:r>
      <w:r>
        <w:rPr>
          <w:rFonts w:ascii="Times New Roman" w:hAnsi="Times New Roman"/>
          <w:b/>
          <w:sz w:val="24"/>
        </w:rPr>
        <w:t>Isaiah Rodriguez:</w:t>
      </w:r>
      <w:r>
        <w:rPr>
          <w:rFonts w:ascii="Times New Roman" w:hAnsi="Times New Roman"/>
          <w:b w:val="0"/>
          <w:sz w:val="24"/>
        </w:rPr>
        <w:t xml:space="preserve"> She has real bad anxiety, sir.</w:t>
      </w:r>
    </w:p>
    <w:p>
      <w:pPr>
        <w:spacing w:before="0" w:after="0" w:line="276" w:lineRule="exact"/>
      </w:pPr>
      <w:r>
        <w:rPr>
          <w:rFonts w:ascii="Times New Roman" w:hAnsi="Times New Roman"/>
          <w:b w:val="0"/>
          <w:sz w:val="24"/>
        </w:rPr>
        <w:t xml:space="preserve">(27:21) [23:44:41] </w:t>
      </w:r>
      <w:r>
        <w:rPr>
          <w:rFonts w:ascii="Times New Roman" w:hAnsi="Times New Roman"/>
          <w:b/>
          <w:sz w:val="24"/>
        </w:rPr>
        <w:t>Isaiah Rodriguez:</w:t>
      </w:r>
      <w:r>
        <w:rPr>
          <w:rFonts w:ascii="Times New Roman" w:hAnsi="Times New Roman"/>
          <w:b w:val="0"/>
          <w:sz w:val="24"/>
        </w:rPr>
        <w:t xml:space="preserve"> She has bipolar, she has a -- what's the other one? Is it schizophrenic or, uh, it's one of them. She's real bad, sir, you know what I'm saying?</w:t>
      </w:r>
    </w:p>
    <w:p>
      <w:pPr>
        <w:spacing w:before="0" w:after="0" w:line="276" w:lineRule="exact"/>
      </w:pPr>
      <w:r>
        <w:rPr>
          <w:rFonts w:ascii="Times New Roman" w:hAnsi="Times New Roman"/>
          <w:b w:val="0"/>
          <w:sz w:val="24"/>
        </w:rPr>
        <w:t xml:space="preserve">(27:30) [23:44:50] </w:t>
      </w:r>
      <w:r>
        <w:rPr>
          <w:rFonts w:ascii="Times New Roman" w:hAnsi="Times New Roman"/>
          <w:b/>
          <w:sz w:val="24"/>
        </w:rPr>
        <w:t>Isaiah Rodriguez:</w:t>
      </w:r>
      <w:r>
        <w:rPr>
          <w:rFonts w:ascii="Times New Roman" w:hAnsi="Times New Roman"/>
          <w:b w:val="0"/>
          <w:sz w:val="24"/>
        </w:rPr>
        <w:t xml:space="preserve"> So I think, like I was telling this officer, I guess that's why she went crazy on me. I don't know. Like I told him --</w:t>
      </w:r>
    </w:p>
    <w:p>
      <w:pPr>
        <w:spacing w:before="0" w:after="0" w:line="276" w:lineRule="exact"/>
      </w:pPr>
      <w:r>
        <w:rPr>
          <w:rFonts w:ascii="Times New Roman" w:hAnsi="Times New Roman"/>
          <w:b w:val="0"/>
          <w:sz w:val="24"/>
        </w:rPr>
        <w:t xml:space="preserve">(27:34) [23:44:54] </w:t>
      </w:r>
      <w:r>
        <w:rPr>
          <w:rFonts w:ascii="Times New Roman" w:hAnsi="Times New Roman"/>
          <w:b/>
          <w:sz w:val="24"/>
        </w:rPr>
        <w:t>Isaiah Rodriguez:</w:t>
      </w:r>
      <w:r>
        <w:rPr>
          <w:rFonts w:ascii="Times New Roman" w:hAnsi="Times New Roman"/>
          <w:b w:val="0"/>
          <w:sz w:val="24"/>
        </w:rPr>
        <w:t xml:space="preserve"> I was just trying to get out of the house, you know what I'm saying? I tried to grab my stuff, get in the car, and she went to beating on me, you know what I'm saying? She shot the gun in the house and everything.</w:t>
      </w:r>
    </w:p>
    <w:p>
      <w:pPr>
        <w:spacing w:before="0" w:after="0" w:line="276" w:lineRule="exact"/>
      </w:pPr>
      <w:r>
        <w:rPr>
          <w:rFonts w:ascii="Times New Roman" w:hAnsi="Times New Roman"/>
          <w:b w:val="0"/>
          <w:sz w:val="24"/>
        </w:rPr>
        <w:t xml:space="preserve">(27:49) [23:45:09] </w:t>
      </w:r>
      <w:r>
        <w:rPr>
          <w:rFonts w:ascii="Times New Roman" w:hAnsi="Times New Roman"/>
          <w:b/>
          <w:sz w:val="24"/>
        </w:rPr>
        <w:t>Officer Williams:</w:t>
      </w:r>
      <w:r>
        <w:rPr>
          <w:rFonts w:ascii="Times New Roman" w:hAnsi="Times New Roman"/>
          <w:b w:val="0"/>
          <w:sz w:val="24"/>
        </w:rPr>
        <w:t xml:space="preserve"> Did she get arrested last week?</w:t>
      </w:r>
    </w:p>
    <w:p>
      <w:pPr>
        <w:spacing w:before="0" w:after="0" w:line="276" w:lineRule="exact"/>
      </w:pPr>
      <w:r>
        <w:rPr>
          <w:rFonts w:ascii="Times New Roman" w:hAnsi="Times New Roman"/>
          <w:b w:val="0"/>
          <w:sz w:val="24"/>
        </w:rPr>
        <w:t xml:space="preserve">(27:55) [23:45:15] </w:t>
      </w:r>
      <w:r>
        <w:rPr>
          <w:rFonts w:ascii="Times New Roman" w:hAnsi="Times New Roman"/>
          <w:b/>
          <w:sz w:val="24"/>
        </w:rPr>
        <w:t>Isaiah Rodriguez:</w:t>
      </w:r>
      <w:r>
        <w:rPr>
          <w:rFonts w:ascii="Times New Roman" w:hAnsi="Times New Roman"/>
          <w:b w:val="0"/>
          <w:sz w:val="24"/>
        </w:rPr>
        <w:t xml:space="preserve"> No, my mother-in-law even lied to y'all for me saying that I was already gone, you know what I'm saying? That's how I know my mother-in-law messed with me, you know what I'm saying?</w:t>
      </w:r>
    </w:p>
    <w:p>
      <w:pPr>
        <w:spacing w:before="0" w:after="0" w:line="276" w:lineRule="exact"/>
      </w:pPr>
      <w:r>
        <w:rPr>
          <w:rFonts w:ascii="Times New Roman" w:hAnsi="Times New Roman"/>
          <w:b w:val="0"/>
          <w:sz w:val="24"/>
        </w:rPr>
        <w:t xml:space="preserve">(28:12) [23:45:32] </w:t>
      </w:r>
      <w:r>
        <w:rPr>
          <w:rFonts w:ascii="Times New Roman" w:hAnsi="Times New Roman"/>
          <w:b/>
          <w:sz w:val="24"/>
        </w:rPr>
        <w:t>Isaiah Rodriguez:</w:t>
      </w:r>
      <w:r>
        <w:rPr>
          <w:rFonts w:ascii="Times New Roman" w:hAnsi="Times New Roman"/>
          <w:b w:val="0"/>
          <w:sz w:val="24"/>
        </w:rPr>
        <w:t xml:space="preserve"> I'm not trying to get more hard control, you know what I'm saying, like, at the end of the day, I'm a grown man, you know what I'm saying, so, whatever y'all find, I know I'm probably gonna go to jail, I'm not trippin', so, I know what it is, you know?</w:t>
      </w:r>
    </w:p>
    <w:p>
      <w:pPr>
        <w:spacing w:before="0" w:after="0" w:line="276" w:lineRule="exact"/>
      </w:pPr>
      <w:r>
        <w:rPr>
          <w:rFonts w:ascii="Times New Roman" w:hAnsi="Times New Roman"/>
          <w:b w:val="0"/>
          <w:sz w:val="24"/>
        </w:rPr>
        <w:t xml:space="preserve">(28:14) [23:45:34] </w:t>
      </w:r>
      <w:r>
        <w:rPr>
          <w:rFonts w:ascii="Times New Roman" w:hAnsi="Times New Roman"/>
          <w:b/>
          <w:sz w:val="24"/>
        </w:rPr>
        <w:t>Officer Williams:</w:t>
      </w:r>
      <w:r>
        <w:rPr>
          <w:rFonts w:ascii="Times New Roman" w:hAnsi="Times New Roman"/>
          <w:b w:val="0"/>
          <w:sz w:val="24"/>
        </w:rPr>
        <w:t xml:space="preserve"> Why would you think you're going to jail?</w:t>
      </w:r>
    </w:p>
    <w:p>
      <w:pPr>
        <w:spacing w:before="0" w:after="0" w:line="276" w:lineRule="exact"/>
      </w:pPr>
      <w:r>
        <w:rPr>
          <w:rFonts w:ascii="Times New Roman" w:hAnsi="Times New Roman"/>
          <w:b w:val="0"/>
          <w:sz w:val="24"/>
        </w:rPr>
        <w:t xml:space="preserve">(28:21) [23:45:41] </w:t>
      </w:r>
      <w:r>
        <w:rPr>
          <w:rFonts w:ascii="Times New Roman" w:hAnsi="Times New Roman"/>
          <w:b/>
          <w:sz w:val="24"/>
        </w:rPr>
        <w:t>Isaiah Rodriguez:</w:t>
      </w:r>
      <w:r>
        <w:rPr>
          <w:rFonts w:ascii="Times New Roman" w:hAnsi="Times New Roman"/>
          <w:b w:val="0"/>
          <w:sz w:val="24"/>
        </w:rPr>
        <w:t xml:space="preserve"> Because, I ain't gonna lie, like I told him back in the day, three, four -- uh, K9's pulled up, sir, and that's what it was.</w:t>
      </w:r>
    </w:p>
    <w:p>
      <w:pPr>
        <w:spacing w:before="0" w:after="0" w:line="276" w:lineRule="exact"/>
      </w:pPr>
      <w:r>
        <w:rPr>
          <w:rFonts w:ascii="Times New Roman" w:hAnsi="Times New Roman"/>
          <w:b w:val="0"/>
          <w:sz w:val="24"/>
        </w:rPr>
        <w:t xml:space="preserve">(28:30) [23:45:50] </w:t>
      </w:r>
      <w:r>
        <w:rPr>
          <w:rFonts w:ascii="Times New Roman" w:hAnsi="Times New Roman"/>
          <w:b/>
          <w:sz w:val="24"/>
        </w:rPr>
        <w:t>Isaiah Rodriguez:</w:t>
      </w:r>
      <w:r>
        <w:rPr>
          <w:rFonts w:ascii="Times New Roman" w:hAnsi="Times New Roman"/>
          <w:b w:val="0"/>
          <w:sz w:val="24"/>
        </w:rPr>
        <w:t xml:space="preserve"> No, look, you got one right here, one right here, one right here.</w:t>
      </w:r>
    </w:p>
    <w:p>
      <w:pPr>
        <w:spacing w:before="0" w:after="0" w:line="276" w:lineRule="exact"/>
      </w:pPr>
      <w:r>
        <w:rPr>
          <w:rFonts w:ascii="Times New Roman" w:hAnsi="Times New Roman"/>
          <w:b w:val="0"/>
          <w:sz w:val="24"/>
        </w:rPr>
        <w:t xml:space="preserve">(28:31) [23:45:51] </w:t>
      </w:r>
      <w:r>
        <w:rPr>
          <w:rFonts w:ascii="Times New Roman" w:hAnsi="Times New Roman"/>
          <w:b/>
          <w:sz w:val="24"/>
        </w:rPr>
        <w:t>Officer Williams:</w:t>
      </w:r>
      <w:r>
        <w:rPr>
          <w:rFonts w:ascii="Times New Roman" w:hAnsi="Times New Roman"/>
          <w:b w:val="0"/>
          <w:sz w:val="24"/>
        </w:rPr>
        <w:t xml:space="preserve"> We're not all K9 officers. We're not all K9.</w:t>
      </w:r>
    </w:p>
    <w:p>
      <w:pPr>
        <w:spacing w:before="0" w:after="0" w:line="276" w:lineRule="exact"/>
      </w:pPr>
      <w:r>
        <w:rPr>
          <w:rFonts w:ascii="Times New Roman" w:hAnsi="Times New Roman"/>
          <w:b w:val="0"/>
          <w:sz w:val="24"/>
        </w:rPr>
        <w:t xml:space="preserve">(28:33) [23:45:53] </w:t>
      </w:r>
      <w:r>
        <w:rPr>
          <w:rFonts w:ascii="Times New Roman" w:hAnsi="Times New Roman"/>
          <w:b/>
          <w:sz w:val="24"/>
        </w:rPr>
        <w:t>Isaiah Rodriguez:</w:t>
      </w:r>
      <w:r>
        <w:rPr>
          <w:rFonts w:ascii="Times New Roman" w:hAnsi="Times New Roman"/>
          <w:b w:val="0"/>
          <w:sz w:val="24"/>
        </w:rPr>
        <w:t xml:space="preserve"> Yeah, well, see, that's how it was back in my day.</w:t>
      </w:r>
    </w:p>
    <w:p>
      <w:pPr>
        <w:spacing w:before="0" w:after="0" w:line="276" w:lineRule="exact"/>
      </w:pPr>
      <w:r>
        <w:rPr>
          <w:rFonts w:ascii="Times New Roman" w:hAnsi="Times New Roman"/>
          <w:b w:val="0"/>
          <w:sz w:val="24"/>
        </w:rPr>
        <w:t xml:space="preserve">(28:36) [23:45:56] </w:t>
      </w:r>
      <w:r>
        <w:rPr>
          <w:rFonts w:ascii="Times New Roman" w:hAnsi="Times New Roman"/>
          <w:b/>
          <w:sz w:val="24"/>
        </w:rPr>
        <w:t>Officer Williams:</w:t>
      </w:r>
      <w:r>
        <w:rPr>
          <w:rFonts w:ascii="Times New Roman" w:hAnsi="Times New Roman"/>
          <w:b w:val="0"/>
          <w:sz w:val="24"/>
        </w:rPr>
        <w:t xml:space="preserve"> I'm actually training this young female.</w:t>
      </w:r>
    </w:p>
    <w:p>
      <w:pPr>
        <w:spacing w:before="0" w:after="0" w:line="276" w:lineRule="exact"/>
      </w:pPr>
      <w:r>
        <w:rPr>
          <w:rFonts w:ascii="Times New Roman" w:hAnsi="Times New Roman"/>
          <w:b w:val="0"/>
          <w:sz w:val="24"/>
        </w:rPr>
        <w:t xml:space="preserve">(28:37) [23:45:57] </w:t>
      </w:r>
      <w:r>
        <w:rPr>
          <w:rFonts w:ascii="Times New Roman" w:hAnsi="Times New Roman"/>
          <w:b/>
          <w:sz w:val="24"/>
        </w:rPr>
        <w:t>Officer Williams:</w:t>
      </w:r>
      <w:r>
        <w:rPr>
          <w:rFonts w:ascii="Times New Roman" w:hAnsi="Times New Roman"/>
          <w:b w:val="0"/>
          <w:sz w:val="24"/>
        </w:rPr>
        <w:t xml:space="preserve"> So, she's in training.</w:t>
      </w:r>
    </w:p>
    <w:p>
      <w:pPr>
        <w:spacing w:before="0" w:after="0" w:line="276" w:lineRule="exact"/>
      </w:pPr>
      <w:r>
        <w:rPr>
          <w:rFonts w:ascii="Times New Roman" w:hAnsi="Times New Roman"/>
          <w:b w:val="0"/>
          <w:sz w:val="24"/>
        </w:rPr>
        <w:t xml:space="preserve">(28:39) [23:45:59] </w:t>
      </w:r>
      <w:r>
        <w:rPr>
          <w:rFonts w:ascii="Times New Roman" w:hAnsi="Times New Roman"/>
          <w:b/>
          <w:sz w:val="24"/>
        </w:rPr>
        <w:t>Officer Williams:</w:t>
      </w:r>
      <w:r>
        <w:rPr>
          <w:rFonts w:ascii="Times New Roman" w:hAnsi="Times New Roman"/>
          <w:b w:val="0"/>
          <w:sz w:val="24"/>
        </w:rPr>
        <w:t xml:space="preserve"> So, me and her are riding in the same car.</w:t>
      </w:r>
    </w:p>
    <w:p>
      <w:pPr>
        <w:spacing w:before="0" w:after="0" w:line="276" w:lineRule="exact"/>
      </w:pPr>
      <w:r>
        <w:rPr>
          <w:rFonts w:ascii="Times New Roman" w:hAnsi="Times New Roman"/>
          <w:b w:val="0"/>
          <w:sz w:val="24"/>
        </w:rPr>
        <w:t xml:space="preserve">(28:41) [23:46:01] </w:t>
      </w:r>
      <w:r>
        <w:rPr>
          <w:rFonts w:ascii="Times New Roman" w:hAnsi="Times New Roman"/>
          <w:b/>
          <w:sz w:val="24"/>
        </w:rPr>
        <w:t>Officer Williams:</w:t>
      </w:r>
      <w:r>
        <w:rPr>
          <w:rFonts w:ascii="Times New Roman" w:hAnsi="Times New Roman"/>
          <w:b w:val="0"/>
          <w:sz w:val="24"/>
        </w:rPr>
        <w:t xml:space="preserve"> He's just on backup.</w:t>
      </w:r>
    </w:p>
    <w:p>
      <w:pPr>
        <w:spacing w:before="0" w:after="0" w:line="276" w:lineRule="exact"/>
      </w:pPr>
      <w:r>
        <w:rPr>
          <w:rFonts w:ascii="Times New Roman" w:hAnsi="Times New Roman"/>
          <w:b w:val="0"/>
          <w:sz w:val="24"/>
        </w:rPr>
        <w:t xml:space="preserve">(28:49) [23:46:09] </w:t>
      </w:r>
      <w:r>
        <w:rPr>
          <w:rFonts w:ascii="Times New Roman" w:hAnsi="Times New Roman"/>
          <w:b/>
          <w:sz w:val="24"/>
        </w:rPr>
        <w:t>Officer Williams:</w:t>
      </w:r>
      <w:r>
        <w:rPr>
          <w:rFonts w:ascii="Times New Roman" w:hAnsi="Times New Roman"/>
          <w:b w:val="0"/>
          <w:sz w:val="24"/>
        </w:rPr>
        <w:t xml:space="preserve"> So, I'm just trying to find out why -- what pills are in the vehicle and...</w:t>
      </w:r>
    </w:p>
    <w:p>
      <w:pPr>
        <w:spacing w:before="0" w:after="0" w:line="276" w:lineRule="exact"/>
      </w:pPr>
      <w:r>
        <w:rPr>
          <w:rFonts w:ascii="Times New Roman" w:hAnsi="Times New Roman"/>
          <w:b w:val="0"/>
          <w:sz w:val="24"/>
        </w:rPr>
        <w:t xml:space="preserve">(28:55) [23:46:15] </w:t>
      </w:r>
      <w:r>
        <w:rPr>
          <w:rFonts w:ascii="Times New Roman" w:hAnsi="Times New Roman"/>
          <w:b/>
          <w:sz w:val="24"/>
        </w:rPr>
        <w:t>Officer Williams:</w:t>
      </w:r>
      <w:r>
        <w:rPr>
          <w:rFonts w:ascii="Times New Roman" w:hAnsi="Times New Roman"/>
          <w:b w:val="0"/>
          <w:sz w:val="24"/>
        </w:rPr>
        <w:t xml:space="preserve"> When she gets her prescriptions, does she get them in a prescription bottle with her name on it?</w:t>
      </w:r>
    </w:p>
    <w:p>
      <w:pPr>
        <w:spacing w:before="0" w:after="0" w:line="276" w:lineRule="exact"/>
      </w:pPr>
      <w:r>
        <w:rPr>
          <w:rFonts w:ascii="Times New Roman" w:hAnsi="Times New Roman"/>
          <w:b w:val="0"/>
          <w:sz w:val="24"/>
        </w:rPr>
        <w:t xml:space="preserve">(29:02) [23:46:22] </w:t>
      </w:r>
      <w:r>
        <w:rPr>
          <w:rFonts w:ascii="Times New Roman" w:hAnsi="Times New Roman"/>
          <w:b/>
          <w:sz w:val="24"/>
        </w:rPr>
        <w:t>Isaiah Rodriguez:</w:t>
      </w:r>
      <w:r>
        <w:rPr>
          <w:rFonts w:ascii="Times New Roman" w:hAnsi="Times New Roman"/>
          <w:b w:val="0"/>
          <w:sz w:val="24"/>
        </w:rPr>
        <w:t xml:space="preserve"> I think she does, sir, but she, what do you call it, she changes bottles, obviously. She doesn't use the right bottle that I guess Dr. Martin gives her, you know what I'm saying?</w:t>
      </w:r>
    </w:p>
    <w:p>
      <w:pPr>
        <w:spacing w:before="0" w:after="0" w:line="276" w:lineRule="exact"/>
      </w:pPr>
      <w:r>
        <w:rPr>
          <w:rFonts w:ascii="Times New Roman" w:hAnsi="Times New Roman"/>
          <w:b w:val="0"/>
          <w:sz w:val="24"/>
        </w:rPr>
        <w:t xml:space="preserve">(29:11) [23:46:31] </w:t>
      </w:r>
      <w:r>
        <w:rPr>
          <w:rFonts w:ascii="Times New Roman" w:hAnsi="Times New Roman"/>
          <w:b/>
          <w:sz w:val="24"/>
        </w:rPr>
        <w:t>Officer Williams:</w:t>
      </w:r>
      <w:r>
        <w:rPr>
          <w:rFonts w:ascii="Times New Roman" w:hAnsi="Times New Roman"/>
          <w:b w:val="0"/>
          <w:sz w:val="24"/>
        </w:rPr>
        <w:t xml:space="preserve"> So if Dr. Martin gives her a bottle with her name on it, prescription.</w:t>
      </w:r>
    </w:p>
    <w:p>
      <w:pPr>
        <w:spacing w:before="0" w:after="0" w:line="276" w:lineRule="exact"/>
      </w:pPr>
      <w:r>
        <w:rPr>
          <w:rFonts w:ascii="Times New Roman" w:hAnsi="Times New Roman"/>
          <w:b w:val="0"/>
          <w:sz w:val="24"/>
        </w:rPr>
        <w:t xml:space="preserve">(29:12) [23:46:32] </w:t>
      </w:r>
      <w:r>
        <w:rPr>
          <w:rFonts w:ascii="Times New Roman" w:hAnsi="Times New Roman"/>
          <w:b/>
          <w:sz w:val="24"/>
        </w:rPr>
        <w:t>Isaiah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(29:13) [23:46:33] </w:t>
      </w:r>
      <w:r>
        <w:rPr>
          <w:rFonts w:ascii="Times New Roman" w:hAnsi="Times New Roman"/>
          <w:b/>
          <w:sz w:val="24"/>
        </w:rPr>
        <w:t>Officer Williams:</w:t>
      </w:r>
      <w:r>
        <w:rPr>
          <w:rFonts w:ascii="Times New Roman" w:hAnsi="Times New Roman"/>
          <w:b w:val="0"/>
          <w:sz w:val="24"/>
        </w:rPr>
        <w:t xml:space="preserve"> Hey! Stay over there. Don't worry about what we're doing. Stay over there. It doesn't matter. It doesn't matter.</w:t>
      </w:r>
    </w:p>
    <w:p>
      <w:pPr>
        <w:spacing w:before="0" w:after="0" w:line="276" w:lineRule="exact"/>
      </w:pPr>
      <w:r>
        <w:rPr>
          <w:rFonts w:ascii="Times New Roman" w:hAnsi="Times New Roman"/>
          <w:b w:val="0"/>
          <w:sz w:val="24"/>
        </w:rPr>
        <w:t xml:space="preserve">(29:21) [23:46:41] </w:t>
      </w:r>
      <w:r>
        <w:rPr>
          <w:rFonts w:ascii="Times New Roman" w:hAnsi="Times New Roman"/>
          <w:b/>
          <w:sz w:val="24"/>
        </w:rPr>
        <w:t>Officer Williams:</w:t>
      </w:r>
      <w:r>
        <w:rPr>
          <w:rFonts w:ascii="Times New Roman" w:hAnsi="Times New Roman"/>
          <w:b w:val="0"/>
          <w:sz w:val="24"/>
        </w:rPr>
        <w:t xml:space="preserve"> You need to stay over there or you're gonna get yourself in trouble. Don't walk over here.</w:t>
      </w:r>
    </w:p>
    <w:p>
      <w:pPr>
        <w:spacing w:before="0" w:after="0" w:line="276" w:lineRule="exact"/>
      </w:pPr>
      <w:r>
        <w:rPr>
          <w:rFonts w:ascii="Times New Roman" w:hAnsi="Times New Roman"/>
          <w:b w:val="0"/>
          <w:sz w:val="24"/>
        </w:rPr>
        <w:t xml:space="preserve">(29:32) [23:46:52] </w:t>
      </w:r>
      <w:r>
        <w:rPr>
          <w:rFonts w:ascii="Times New Roman" w:hAnsi="Times New Roman"/>
          <w:b/>
          <w:sz w:val="24"/>
        </w:rPr>
        <w:t>Officer Williams:</w:t>
      </w:r>
      <w:r>
        <w:rPr>
          <w:rFonts w:ascii="Times New Roman" w:hAnsi="Times New Roman"/>
          <w:b w:val="0"/>
          <w:sz w:val="24"/>
        </w:rPr>
        <w:t xml:space="preserve"> It doesn't matter.</w:t>
      </w:r>
    </w:p>
    <w:p>
      <w:pPr>
        <w:spacing w:before="0" w:after="0" w:line="276" w:lineRule="exact"/>
      </w:pPr>
      <w:r>
        <w:rPr>
          <w:rFonts w:ascii="Times New Roman" w:hAnsi="Times New Roman"/>
          <w:b w:val="0"/>
          <w:sz w:val="24"/>
        </w:rPr>
        <w:t xml:space="preserve">(29:33) [23:46:53] </w:t>
      </w:r>
      <w:r>
        <w:rPr>
          <w:rFonts w:ascii="Times New Roman" w:hAnsi="Times New Roman"/>
          <w:b/>
          <w:sz w:val="24"/>
        </w:rPr>
        <w:t>Officer Williams:</w:t>
      </w:r>
      <w:r>
        <w:rPr>
          <w:rFonts w:ascii="Times New Roman" w:hAnsi="Times New Roman"/>
          <w:b w:val="0"/>
          <w:sz w:val="24"/>
        </w:rPr>
        <w:t xml:space="preserve"> He's in control of the vehicle. It doesn't matter.</w:t>
      </w:r>
    </w:p>
    <w:p>
      <w:pPr>
        <w:spacing w:before="0" w:after="0" w:line="276" w:lineRule="exact"/>
      </w:pPr>
      <w:r>
        <w:rPr>
          <w:rFonts w:ascii="Times New Roman" w:hAnsi="Times New Roman"/>
          <w:b w:val="0"/>
          <w:sz w:val="24"/>
        </w:rPr>
        <w:t xml:space="preserve">(29:37) [23:46:57] </w:t>
      </w:r>
      <w:r>
        <w:rPr>
          <w:rFonts w:ascii="Times New Roman" w:hAnsi="Times New Roman"/>
          <w:b/>
          <w:sz w:val="24"/>
        </w:rPr>
        <w:t>Officer Williams:</w:t>
      </w:r>
      <w:r>
        <w:rPr>
          <w:rFonts w:ascii="Times New Roman" w:hAnsi="Times New Roman"/>
          <w:b w:val="0"/>
          <w:sz w:val="24"/>
        </w:rPr>
        <w:t xml:space="preserve"> You can stay over here like I asked you to do. The next time you take a step towards here, you're gonna find yourself in handcuffs.</w:t>
      </w:r>
    </w:p>
    <w:p>
      <w:pPr>
        <w:spacing w:before="0" w:after="0" w:line="276" w:lineRule="exact"/>
      </w:pPr>
      <w:r>
        <w:rPr>
          <w:rFonts w:ascii="Times New Roman" w:hAnsi="Times New Roman"/>
          <w:b w:val="0"/>
          <w:sz w:val="24"/>
        </w:rPr>
        <w:t xml:space="preserve">(29:47) [23:47:07] </w:t>
      </w:r>
      <w:r>
        <w:rPr>
          <w:rFonts w:ascii="Times New Roman" w:hAnsi="Times New Roman"/>
          <w:b/>
          <w:sz w:val="24"/>
        </w:rPr>
        <w:t>Officer Williams:</w:t>
      </w:r>
      <w:r>
        <w:rPr>
          <w:rFonts w:ascii="Times New Roman" w:hAnsi="Times New Roman"/>
          <w:b w:val="0"/>
          <w:sz w:val="24"/>
        </w:rPr>
        <w:t xml:space="preserve"> Cool.</w:t>
      </w:r>
    </w:p>
    <w:p>
      <w:pPr>
        <w:spacing w:before="0" w:after="0" w:line="276" w:lineRule="exact"/>
      </w:pPr>
      <w:r>
        <w:rPr>
          <w:rFonts w:ascii="Times New Roman" w:hAnsi="Times New Roman"/>
          <w:b w:val="0"/>
          <w:sz w:val="24"/>
        </w:rPr>
        <w:t xml:space="preserve">(30:05) [23:47:25] </w:t>
      </w:r>
      <w:r>
        <w:rPr>
          <w:rFonts w:ascii="Times New Roman" w:hAnsi="Times New Roman"/>
          <w:b/>
          <w:sz w:val="24"/>
        </w:rPr>
        <w:t>Marissa Rodriguez:</w:t>
      </w:r>
      <w:r>
        <w:rPr>
          <w:rFonts w:ascii="Times New Roman" w:hAnsi="Times New Roman"/>
          <w:b w:val="0"/>
          <w:sz w:val="24"/>
        </w:rPr>
        <w:t xml:space="preserve"> We're having a, yeah, something, they're, I wouldn't call it a vehicle search. They're searching a vehicle that's not under my husband's name.</w:t>
      </w:r>
    </w:p>
    <w:p>
      <w:pPr>
        <w:spacing w:before="0" w:after="0" w:line="276" w:lineRule="exact"/>
      </w:pPr>
      <w:r>
        <w:rPr>
          <w:rFonts w:ascii="Times New Roman" w:hAnsi="Times New Roman"/>
          <w:b w:val="0"/>
          <w:sz w:val="24"/>
        </w:rPr>
        <w:t xml:space="preserve">(30:16) [23:47:36] </w:t>
      </w:r>
      <w:r>
        <w:rPr>
          <w:rFonts w:ascii="Times New Roman" w:hAnsi="Times New Roman"/>
          <w:b/>
          <w:sz w:val="24"/>
        </w:rPr>
        <w:t>Marissa Rodriguez:</w:t>
      </w:r>
      <w:r>
        <w:rPr>
          <w:rFonts w:ascii="Times New Roman" w:hAnsi="Times New Roman"/>
          <w:b w:val="0"/>
          <w:sz w:val="24"/>
        </w:rPr>
        <w:t xml:space="preserve"> It is not under my name. It is not under none of our names. And they're searching the vehicle for a reason I don't know.</w:t>
      </w:r>
    </w:p>
    <w:p>
      <w:pPr>
        <w:spacing w:before="0" w:after="0" w:line="276" w:lineRule="exact"/>
      </w:pPr>
      <w:r>
        <w:rPr>
          <w:rFonts w:ascii="Times New Roman" w:hAnsi="Times New Roman"/>
          <w:b w:val="0"/>
          <w:sz w:val="24"/>
        </w:rPr>
        <w:t xml:space="preserve">(30:26) [23:47:46] </w:t>
      </w:r>
      <w:r>
        <w:rPr>
          <w:rFonts w:ascii="Times New Roman" w:hAnsi="Times New Roman"/>
          <w:b/>
          <w:sz w:val="24"/>
        </w:rPr>
        <w:t>Marissa Rodriguez:</w:t>
      </w:r>
      <w:r>
        <w:rPr>
          <w:rFonts w:ascii="Times New Roman" w:hAnsi="Times New Roman"/>
          <w:b w:val="0"/>
          <w:sz w:val="24"/>
        </w:rPr>
        <w:t xml:space="preserve"> But it's fine. I'm, yeah, it's fine.</w:t>
      </w:r>
    </w:p>
    <w:p>
      <w:pPr>
        <w:spacing w:before="0" w:after="0" w:line="276" w:lineRule="exact"/>
      </w:pPr>
      <w:r>
        <w:rPr>
          <w:rFonts w:ascii="Times New Roman" w:hAnsi="Times New Roman"/>
          <w:b w:val="0"/>
          <w:sz w:val="24"/>
        </w:rPr>
        <w:t xml:space="preserve">(30:33) [23:47:53] </w:t>
      </w:r>
      <w:r>
        <w:rPr>
          <w:rFonts w:ascii="Times New Roman" w:hAnsi="Times New Roman"/>
          <w:b/>
          <w:sz w:val="24"/>
        </w:rPr>
        <w:t>Marissa Rodriguez:</w:t>
      </w:r>
      <w:r>
        <w:rPr>
          <w:rFonts w:ascii="Times New Roman" w:hAnsi="Times New Roman"/>
          <w:b w:val="0"/>
          <w:sz w:val="24"/>
        </w:rPr>
        <w:t xml:space="preserve"> He had a wreck.</w:t>
      </w:r>
    </w:p>
    <w:p>
      <w:pPr>
        <w:spacing w:before="0" w:after="0" w:line="276" w:lineRule="exact"/>
      </w:pPr>
      <w:r>
        <w:rPr>
          <w:rFonts w:ascii="Times New Roman" w:hAnsi="Times New Roman"/>
          <w:b w:val="0"/>
          <w:sz w:val="24"/>
        </w:rPr>
        <w:t xml:space="preserve">(30:35) [23:47:55] </w:t>
      </w:r>
      <w:r>
        <w:rPr>
          <w:rFonts w:ascii="Times New Roman" w:hAnsi="Times New Roman"/>
          <w:b/>
          <w:sz w:val="24"/>
        </w:rPr>
        <w:t>Officer Williams:</w:t>
      </w:r>
      <w:r>
        <w:rPr>
          <w:rFonts w:ascii="Times New Roman" w:hAnsi="Times New Roman"/>
          <w:b w:val="0"/>
          <w:sz w:val="24"/>
        </w:rPr>
        <w:t xml:space="preserve"> Hey, stay over here. What did I just say?</w:t>
      </w:r>
    </w:p>
    <w:p>
      <w:pPr>
        <w:spacing w:before="0" w:after="0" w:line="276" w:lineRule="exact"/>
      </w:pPr>
      <w:r>
        <w:rPr>
          <w:rFonts w:ascii="Times New Roman" w:hAnsi="Times New Roman"/>
          <w:b w:val="0"/>
          <w:sz w:val="24"/>
        </w:rPr>
        <w:t xml:space="preserve">(30:39) [23:47:59] </w:t>
      </w:r>
      <w:r>
        <w:rPr>
          <w:rFonts w:ascii="Times New Roman" w:hAnsi="Times New Roman"/>
          <w:b/>
          <w:sz w:val="24"/>
        </w:rPr>
        <w:t>Marissa Rodriguez:</w:t>
      </w:r>
      <w:r>
        <w:rPr>
          <w:rFonts w:ascii="Times New Roman" w:hAnsi="Times New Roman"/>
          <w:b w:val="0"/>
          <w:sz w:val="24"/>
        </w:rPr>
        <w:t xml:space="preserve"> My husband had a wreck.</w:t>
      </w:r>
    </w:p>
    <w:p>
      <w:pPr>
        <w:spacing w:before="0" w:after="0" w:line="276" w:lineRule="exact"/>
      </w:pPr>
      <w:r>
        <w:rPr>
          <w:rFonts w:ascii="Times New Roman" w:hAnsi="Times New Roman"/>
          <w:b w:val="0"/>
          <w:sz w:val="24"/>
        </w:rPr>
        <w:t xml:space="preserve">(30:40) [23:48:00] </w:t>
      </w:r>
      <w:r>
        <w:rPr>
          <w:rFonts w:ascii="Times New Roman" w:hAnsi="Times New Roman"/>
          <w:b/>
          <w:sz w:val="24"/>
        </w:rPr>
        <w:t>Officer Williams:</w:t>
      </w:r>
      <w:r>
        <w:rPr>
          <w:rFonts w:ascii="Times New Roman" w:hAnsi="Times New Roman"/>
          <w:b w:val="0"/>
          <w:sz w:val="24"/>
        </w:rPr>
        <w:t xml:space="preserve"> No one said anything about a wreck.</w:t>
      </w:r>
    </w:p>
    <w:p>
      <w:pPr>
        <w:spacing w:before="0" w:after="0" w:line="276" w:lineRule="exact"/>
      </w:pPr>
      <w:r>
        <w:rPr>
          <w:rFonts w:ascii="Times New Roman" w:hAnsi="Times New Roman"/>
          <w:b w:val="0"/>
          <w:sz w:val="24"/>
        </w:rPr>
        <w:t xml:space="preserve">(30:41) [23:48:01] </w:t>
      </w:r>
      <w:r>
        <w:rPr>
          <w:rFonts w:ascii="Times New Roman" w:hAnsi="Times New Roman"/>
          <w:b/>
          <w:sz w:val="24"/>
        </w:rPr>
        <w:t>Marissa Rodriguez:</w:t>
      </w:r>
      <w:r>
        <w:rPr>
          <w:rFonts w:ascii="Times New Roman" w:hAnsi="Times New Roman"/>
          <w:b w:val="0"/>
          <w:sz w:val="24"/>
        </w:rPr>
        <w:t xml:space="preserve"> Oh, no, okay. I didn't know. I thought you were talking about my husband had a wreck.</w:t>
      </w:r>
    </w:p>
    <w:p>
      <w:pPr>
        <w:spacing w:before="0" w:after="0" w:line="276" w:lineRule="exact"/>
      </w:pPr>
      <w:r>
        <w:rPr>
          <w:rFonts w:ascii="Times New Roman" w:hAnsi="Times New Roman"/>
          <w:b w:val="0"/>
          <w:sz w:val="24"/>
        </w:rPr>
        <w:t xml:space="preserve">(30:44) [23:48:04] </w:t>
      </w:r>
      <w:r>
        <w:rPr>
          <w:rFonts w:ascii="Times New Roman" w:hAnsi="Times New Roman"/>
          <w:b/>
          <w:sz w:val="24"/>
        </w:rPr>
        <w:t>Marissa Rodriguez:</w:t>
      </w:r>
      <w:r>
        <w:rPr>
          <w:rFonts w:ascii="Times New Roman" w:hAnsi="Times New Roman"/>
          <w:b w:val="0"/>
          <w:sz w:val="24"/>
        </w:rPr>
        <w:t xml:space="preserve"> Okay, so Bob had a wreck. Okay.</w:t>
      </w:r>
    </w:p>
    <w:p>
      <w:pPr>
        <w:spacing w:before="0" w:after="0" w:line="276" w:lineRule="exact"/>
      </w:pPr>
      <w:r>
        <w:rPr>
          <w:rFonts w:ascii="Times New Roman" w:hAnsi="Times New Roman"/>
          <w:b w:val="0"/>
          <w:sz w:val="24"/>
        </w:rPr>
        <w:t xml:space="preserve">(30:51) [23:48:11] </w:t>
      </w:r>
      <w:r>
        <w:rPr>
          <w:rFonts w:ascii="Times New Roman" w:hAnsi="Times New Roman"/>
          <w:b/>
          <w:sz w:val="24"/>
        </w:rPr>
        <w:t>Marissa Rodriguez:</w:t>
      </w:r>
      <w:r>
        <w:rPr>
          <w:rFonts w:ascii="Times New Roman" w:hAnsi="Times New Roman"/>
          <w:b w:val="0"/>
          <w:sz w:val="24"/>
        </w:rPr>
        <w:t xml:space="preserve"> Um, I'll call you back and check on him tomorrow. I'm sorry for calling you so late.</w:t>
      </w:r>
    </w:p>
    <w:p>
      <w:pPr>
        <w:spacing w:before="0" w:after="0" w:line="276" w:lineRule="exact"/>
      </w:pPr>
      <w:r>
        <w:rPr>
          <w:rFonts w:ascii="Times New Roman" w:hAnsi="Times New Roman"/>
          <w:b w:val="0"/>
          <w:sz w:val="24"/>
        </w:rPr>
        <w:t xml:space="preserve">(31:07) [23:48:27] </w:t>
      </w:r>
      <w:r>
        <w:rPr>
          <w:rFonts w:ascii="Times New Roman" w:hAnsi="Times New Roman"/>
          <w:b/>
          <w:sz w:val="24"/>
        </w:rPr>
        <w:t>Marissa Rodriguez:</w:t>
      </w:r>
      <w:r>
        <w:rPr>
          <w:rFonts w:ascii="Times New Roman" w:hAnsi="Times New Roman"/>
          <w:b w:val="0"/>
          <w:sz w:val="24"/>
        </w:rPr>
        <w:t xml:space="preserve"> I just need to go to work.</w:t>
      </w:r>
    </w:p>
    <w:p>
      <w:pPr>
        <w:spacing w:before="0" w:after="0" w:line="276" w:lineRule="exact"/>
      </w:pPr>
      <w:r>
        <w:rPr>
          <w:rFonts w:ascii="Times New Roman" w:hAnsi="Times New Roman"/>
          <w:b w:val="0"/>
          <w:sz w:val="24"/>
        </w:rPr>
        <w:t xml:space="preserve">(32:13) [23:49:33] </w:t>
      </w:r>
      <w:r>
        <w:rPr>
          <w:rFonts w:ascii="Times New Roman" w:hAnsi="Times New Roman"/>
          <w:b/>
          <w:sz w:val="24"/>
        </w:rPr>
        <w:t>Marissa Rodriguez:</w:t>
      </w:r>
      <w:r>
        <w:rPr>
          <w:rFonts w:ascii="Times New Roman" w:hAnsi="Times New Roman"/>
          <w:b w:val="0"/>
          <w:sz w:val="24"/>
        </w:rPr>
        <w:t xml:space="preserve"> So what was the reason of him getting pulled over?</w:t>
      </w:r>
    </w:p>
    <w:p>
      <w:pPr>
        <w:spacing w:before="0" w:after="0" w:line="276" w:lineRule="exact"/>
      </w:pPr>
      <w:r>
        <w:rPr>
          <w:rFonts w:ascii="Times New Roman" w:hAnsi="Times New Roman"/>
          <w:b w:val="0"/>
          <w:sz w:val="24"/>
        </w:rPr>
        <w:t xml:space="preserve">(32:21) [23:49:41] </w:t>
      </w:r>
      <w:r>
        <w:rPr>
          <w:rFonts w:ascii="Times New Roman" w:hAnsi="Times New Roman"/>
          <w:b/>
          <w:sz w:val="24"/>
        </w:rPr>
        <w:t>Marissa Rodriguez:</w:t>
      </w:r>
      <w:r>
        <w:rPr>
          <w:rFonts w:ascii="Times New Roman" w:hAnsi="Times New Roman"/>
          <w:b w:val="0"/>
          <w:sz w:val="24"/>
        </w:rPr>
        <w:t xml:space="preserve"> What was the reason of him getting pulled over?</w:t>
      </w:r>
    </w:p>
    <w:p>
      <w:pPr>
        <w:spacing w:before="0" w:after="0" w:line="276" w:lineRule="exact"/>
      </w:pPr>
      <w:r>
        <w:rPr>
          <w:rFonts w:ascii="Times New Roman" w:hAnsi="Times New Roman"/>
          <w:b w:val="0"/>
          <w:sz w:val="24"/>
        </w:rPr>
        <w:t xml:space="preserve">(32:23) [23:49:43] </w:t>
      </w:r>
      <w:r>
        <w:rPr>
          <w:rFonts w:ascii="Times New Roman" w:hAnsi="Times New Roman"/>
          <w:b/>
          <w:sz w:val="24"/>
        </w:rPr>
        <w:t>Officer Williams:</w:t>
      </w:r>
      <w:r>
        <w:rPr>
          <w:rFonts w:ascii="Times New Roman" w:hAnsi="Times New Roman"/>
          <w:b w:val="0"/>
          <w:sz w:val="24"/>
        </w:rPr>
        <w:t xml:space="preserve"> If I was the officer that pulled him over, I'd be able to tell you.</w:t>
      </w:r>
    </w:p>
    <w:p>
      <w:pPr>
        <w:spacing w:before="0" w:after="0" w:line="276" w:lineRule="exact"/>
      </w:pPr>
      <w:r>
        <w:rPr>
          <w:rFonts w:ascii="Times New Roman" w:hAnsi="Times New Roman"/>
          <w:b w:val="0"/>
          <w:sz w:val="24"/>
        </w:rPr>
        <w:t xml:space="preserve">(32:26) [23:49:46] </w:t>
      </w:r>
      <w:r>
        <w:rPr>
          <w:rFonts w:ascii="Times New Roman" w:hAnsi="Times New Roman"/>
          <w:b/>
          <w:sz w:val="24"/>
        </w:rPr>
        <w:t>Marissa Rodriguez:</w:t>
      </w:r>
      <w:r>
        <w:rPr>
          <w:rFonts w:ascii="Times New Roman" w:hAnsi="Times New Roman"/>
          <w:b w:val="0"/>
          <w:sz w:val="24"/>
        </w:rPr>
        <w:t xml:space="preserve"> So who was it?</w:t>
      </w:r>
    </w:p>
    <w:p>
      <w:pPr>
        <w:spacing w:before="0" w:after="0" w:line="276" w:lineRule="exact"/>
      </w:pPr>
      <w:r>
        <w:rPr>
          <w:rFonts w:ascii="Times New Roman" w:hAnsi="Times New Roman"/>
          <w:b w:val="0"/>
          <w:sz w:val="24"/>
        </w:rPr>
        <w:t xml:space="preserve">(32:27) [23:49:47] </w:t>
      </w:r>
      <w:r>
        <w:rPr>
          <w:rFonts w:ascii="Times New Roman" w:hAnsi="Times New Roman"/>
          <w:b/>
          <w:sz w:val="24"/>
        </w:rPr>
        <w:t>Marissa Rodriguez:</w:t>
      </w:r>
      <w:r>
        <w:rPr>
          <w:rFonts w:ascii="Times New Roman" w:hAnsi="Times New Roman"/>
          <w:b w:val="0"/>
          <w:sz w:val="24"/>
        </w:rPr>
        <w:t xml:space="preserve"> Who was it?</w:t>
      </w:r>
    </w:p>
    <w:p>
      <w:pPr>
        <w:spacing w:before="0" w:after="0" w:line="276" w:lineRule="exact"/>
      </w:pPr>
      <w:r>
        <w:rPr>
          <w:rFonts w:ascii="Times New Roman" w:hAnsi="Times New Roman"/>
          <w:b w:val="0"/>
          <w:sz w:val="24"/>
        </w:rPr>
        <w:t xml:space="preserve">(32:50) [23:50:10] </w:t>
      </w:r>
      <w:r>
        <w:rPr>
          <w:rFonts w:ascii="Times New Roman" w:hAnsi="Times New Roman"/>
          <w:b/>
          <w:sz w:val="24"/>
        </w:rPr>
        <w:t>Officer Williams:</w:t>
      </w:r>
      <w:r>
        <w:rPr>
          <w:rFonts w:ascii="Times New Roman" w:hAnsi="Times New Roman"/>
          <w:b w:val="0"/>
          <w:sz w:val="24"/>
        </w:rPr>
        <w:t xml:space="preserve"> The other officer that's taking care of business over there.</w:t>
      </w:r>
    </w:p>
    <w:p>
      <w:pPr>
        <w:spacing w:before="0" w:after="0" w:line="276" w:lineRule="exact"/>
      </w:pPr>
      <w:r>
        <w:rPr>
          <w:rFonts w:ascii="Times New Roman" w:hAnsi="Times New Roman"/>
          <w:b w:val="0"/>
          <w:sz w:val="24"/>
        </w:rPr>
        <w:t xml:space="preserve">(32:57) [23:50:17] </w:t>
      </w:r>
      <w:r>
        <w:rPr>
          <w:rFonts w:ascii="Times New Roman" w:hAnsi="Times New Roman"/>
          <w:b/>
          <w:sz w:val="24"/>
        </w:rPr>
        <w:t>Officer Williams:</w:t>
      </w:r>
      <w:r>
        <w:rPr>
          <w:rFonts w:ascii="Times New Roman" w:hAnsi="Times New Roman"/>
          <w:b w:val="0"/>
          <w:sz w:val="24"/>
        </w:rPr>
        <w:t xml:space="preserve"> I'm just going to ask you to step over here, okay?</w:t>
      </w:r>
    </w:p>
    <w:p>
      <w:pPr>
        <w:spacing w:before="0" w:after="0" w:line="276" w:lineRule="exact"/>
      </w:pPr>
      <w:r>
        <w:rPr>
          <w:rFonts w:ascii="Times New Roman" w:hAnsi="Times New Roman"/>
          <w:b w:val="0"/>
          <w:sz w:val="24"/>
        </w:rPr>
        <w:t xml:space="preserve">(33:00) [23:50:20] </w:t>
      </w:r>
      <w:r>
        <w:rPr>
          <w:rFonts w:ascii="Times New Roman" w:hAnsi="Times New Roman"/>
          <w:b/>
          <w:sz w:val="24"/>
        </w:rPr>
        <w:t>Officer Williams:</w:t>
      </w:r>
      <w:r>
        <w:rPr>
          <w:rFonts w:ascii="Times New Roman" w:hAnsi="Times New Roman"/>
          <w:b w:val="0"/>
          <w:sz w:val="24"/>
        </w:rPr>
        <w:t xml:space="preserve"> No one says you're going to run.</w:t>
      </w:r>
    </w:p>
    <w:p>
      <w:pPr>
        <w:spacing w:before="0" w:after="0" w:line="276" w:lineRule="exact"/>
      </w:pPr>
      <w:r>
        <w:rPr>
          <w:rFonts w:ascii="Times New Roman" w:hAnsi="Times New Roman"/>
          <w:b w:val="0"/>
          <w:sz w:val="24"/>
        </w:rPr>
        <w:t xml:space="preserve">(33:03) [23:50:23] </w:t>
      </w:r>
      <w:r>
        <w:rPr>
          <w:rFonts w:ascii="Times New Roman" w:hAnsi="Times New Roman"/>
          <w:b/>
          <w:sz w:val="24"/>
        </w:rPr>
        <w:t>Officer Williams:</w:t>
      </w:r>
      <w:r>
        <w:rPr>
          <w:rFonts w:ascii="Times New Roman" w:hAnsi="Times New Roman"/>
          <w:b w:val="0"/>
          <w:sz w:val="24"/>
        </w:rPr>
        <w:t xml:space="preserve"> You're not a part of this traffic stop, though, at all.</w:t>
      </w:r>
    </w:p>
    <w:p>
      <w:pPr>
        <w:spacing w:before="0" w:after="0" w:line="276" w:lineRule="exact"/>
      </w:pPr>
      <w:r>
        <w:rPr>
          <w:rFonts w:ascii="Times New Roman" w:hAnsi="Times New Roman"/>
          <w:b w:val="0"/>
          <w:sz w:val="24"/>
        </w:rPr>
        <w:t xml:space="preserve">(33:05) [23:50:25] </w:t>
      </w:r>
      <w:r>
        <w:rPr>
          <w:rFonts w:ascii="Times New Roman" w:hAnsi="Times New Roman"/>
          <w:b/>
          <w:sz w:val="24"/>
        </w:rPr>
        <w:t>Officer Williams:</w:t>
      </w:r>
      <w:r>
        <w:rPr>
          <w:rFonts w:ascii="Times New Roman" w:hAnsi="Times New Roman"/>
          <w:b w:val="0"/>
          <w:sz w:val="24"/>
        </w:rPr>
        <w:t xml:space="preserve"> It doesn't matter. You're still not a part of it, so you're technically not detained. You have your own free will.</w:t>
      </w:r>
    </w:p>
    <w:p>
      <w:pPr>
        <w:spacing w:before="0" w:after="0" w:line="276" w:lineRule="exact"/>
      </w:pPr>
      <w:r>
        <w:rPr>
          <w:rFonts w:ascii="Times New Roman" w:hAnsi="Times New Roman"/>
          <w:b w:val="0"/>
          <w:sz w:val="24"/>
        </w:rPr>
        <w:t xml:space="preserve">(33:50) [23:51:10] </w:t>
      </w:r>
      <w:r>
        <w:rPr>
          <w:rFonts w:ascii="Times New Roman" w:hAnsi="Times New Roman"/>
          <w:b/>
          <w:sz w:val="24"/>
        </w:rPr>
        <w:t>Marissa Rodriguez:</w:t>
      </w:r>
      <w:r>
        <w:rPr>
          <w:rFonts w:ascii="Times New Roman" w:hAnsi="Times New Roman"/>
          <w:b w:val="0"/>
          <w:sz w:val="24"/>
        </w:rPr>
        <w:t xml:space="preserve"> He was avoiding the situation where we were fighting. That's what it was.</w:t>
      </w:r>
    </w:p>
    <w:p>
      <w:pPr>
        <w:spacing w:before="0" w:after="0" w:line="276" w:lineRule="exact"/>
      </w:pPr>
      <w:r>
        <w:rPr>
          <w:rFonts w:ascii="Times New Roman" w:hAnsi="Times New Roman"/>
          <w:b w:val="0"/>
          <w:sz w:val="24"/>
        </w:rPr>
        <w:t xml:space="preserve">(33:52) [23:51:12]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(33:55) [23:51:15] </w:t>
      </w:r>
      <w:r>
        <w:rPr>
          <w:rFonts w:ascii="Times New Roman" w:hAnsi="Times New Roman"/>
          <w:b/>
          <w:sz w:val="24"/>
        </w:rPr>
        <w:t>Officer Williams:</w:t>
      </w:r>
      <w:r>
        <w:rPr>
          <w:rFonts w:ascii="Times New Roman" w:hAnsi="Times New Roman"/>
          <w:b w:val="0"/>
          <w:sz w:val="24"/>
        </w:rPr>
        <w:t xml:space="preserve"> He did the right thing.</w:t>
      </w:r>
    </w:p>
    <w:p>
      <w:pPr>
        <w:spacing w:before="0" w:after="0" w:line="276" w:lineRule="exact"/>
      </w:pPr>
      <w:r>
        <w:rPr>
          <w:rFonts w:ascii="Times New Roman" w:hAnsi="Times New Roman"/>
          <w:b w:val="0"/>
          <w:sz w:val="24"/>
        </w:rPr>
        <w:t xml:space="preserve">(33:56) [23:51:16] </w:t>
      </w:r>
      <w:r>
        <w:rPr>
          <w:rFonts w:ascii="Times New Roman" w:hAnsi="Times New Roman"/>
          <w:b/>
          <w:sz w:val="24"/>
        </w:rPr>
        <w:t>Marissa Rodriguez:</w:t>
      </w:r>
      <w:r>
        <w:rPr>
          <w:rFonts w:ascii="Times New Roman" w:hAnsi="Times New Roman"/>
          <w:b w:val="0"/>
          <w:sz w:val="24"/>
        </w:rPr>
        <w:t xml:space="preserve"> Because what did I do? I caught my hand.</w:t>
      </w:r>
    </w:p>
    <w:p>
      <w:pPr>
        <w:spacing w:before="0" w:after="0" w:line="276" w:lineRule="exact"/>
      </w:pPr>
      <w:r>
        <w:rPr>
          <w:rFonts w:ascii="Times New Roman" w:hAnsi="Times New Roman"/>
          <w:b w:val="0"/>
          <w:sz w:val="24"/>
        </w:rPr>
        <w:t xml:space="preserve">(34:00) [23:51:20] </w:t>
      </w:r>
      <w:r>
        <w:rPr>
          <w:rFonts w:ascii="Times New Roman" w:hAnsi="Times New Roman"/>
          <w:b/>
          <w:sz w:val="24"/>
        </w:rPr>
        <w:t>Marissa Rodriguez:</w:t>
      </w:r>
      <w:r>
        <w:rPr>
          <w:rFonts w:ascii="Times New Roman" w:hAnsi="Times New Roman"/>
          <w:b w:val="0"/>
          <w:sz w:val="24"/>
        </w:rPr>
        <w:t xml:space="preserve"> I was walking down the road.</w:t>
      </w:r>
    </w:p>
    <w:p>
      <w:pPr>
        <w:spacing w:before="0" w:after="0" w:line="276" w:lineRule="exact"/>
      </w:pPr>
      <w:r>
        <w:rPr>
          <w:rFonts w:ascii="Times New Roman" w:hAnsi="Times New Roman"/>
          <w:b w:val="0"/>
          <w:sz w:val="24"/>
        </w:rPr>
        <w:t xml:space="preserve">(34:00) [23:51:20] </w:t>
      </w:r>
      <w:r>
        <w:rPr>
          <w:rFonts w:ascii="Times New Roman" w:hAnsi="Times New Roman"/>
          <w:b/>
          <w:sz w:val="24"/>
        </w:rPr>
        <w:t>Officer Williams:</w:t>
      </w:r>
      <w:r>
        <w:rPr>
          <w:rFonts w:ascii="Times New Roman" w:hAnsi="Times New Roman"/>
          <w:b w:val="0"/>
          <w:sz w:val="24"/>
        </w:rPr>
        <w:t xml:space="preserve"> Cool.</w:t>
      </w:r>
    </w:p>
    <w:p>
      <w:pPr>
        <w:spacing w:before="0" w:after="0" w:line="276" w:lineRule="exact"/>
      </w:pPr>
      <w:r>
        <w:rPr>
          <w:rFonts w:ascii="Times New Roman" w:hAnsi="Times New Roman"/>
          <w:b w:val="0"/>
          <w:sz w:val="24"/>
        </w:rPr>
        <w:t xml:space="preserve">(34:02) [23:51:22] </w:t>
      </w:r>
      <w:r>
        <w:rPr>
          <w:rFonts w:ascii="Times New Roman" w:hAnsi="Times New Roman"/>
          <w:b/>
          <w:sz w:val="24"/>
        </w:rPr>
        <w:t>Officer Williams:</w:t>
      </w:r>
      <w:r>
        <w:rPr>
          <w:rFonts w:ascii="Times New Roman" w:hAnsi="Times New Roman"/>
          <w:b w:val="0"/>
          <w:sz w:val="24"/>
        </w:rPr>
        <w:t xml:space="preserve"> Doesn't negate the stop.</w:t>
      </w:r>
    </w:p>
    <w:p>
      <w:pPr>
        <w:spacing w:before="0" w:after="0" w:line="276" w:lineRule="exact"/>
      </w:pPr>
      <w:r>
        <w:rPr>
          <w:rFonts w:ascii="Times New Roman" w:hAnsi="Times New Roman"/>
          <w:b w:val="0"/>
          <w:sz w:val="24"/>
        </w:rPr>
        <w:t xml:space="preserve">(34:04) [23:51:24] </w:t>
      </w:r>
      <w:r>
        <w:rPr>
          <w:rFonts w:ascii="Times New Roman" w:hAnsi="Times New Roman"/>
          <w:b/>
          <w:sz w:val="24"/>
        </w:rPr>
        <w:t>Officer Williams:</w:t>
      </w:r>
      <w:r>
        <w:rPr>
          <w:rFonts w:ascii="Times New Roman" w:hAnsi="Times New Roman"/>
          <w:b w:val="0"/>
          <w:sz w:val="24"/>
        </w:rPr>
        <w:t xml:space="preserve"> It doesn't negate the stop.</w:t>
      </w:r>
    </w:p>
    <w:p>
      <w:pPr>
        <w:spacing w:before="0" w:after="0" w:line="276" w:lineRule="exact"/>
      </w:pPr>
      <w:r>
        <w:rPr>
          <w:rFonts w:ascii="Times New Roman" w:hAnsi="Times New Roman"/>
          <w:b w:val="0"/>
          <w:sz w:val="24"/>
        </w:rPr>
        <w:t xml:space="preserve">(34:12) [23:51:32] </w:t>
      </w:r>
      <w:r>
        <w:rPr>
          <w:rFonts w:ascii="Times New Roman" w:hAnsi="Times New Roman"/>
          <w:b/>
          <w:sz w:val="24"/>
        </w:rPr>
        <w:t>Marissa Rodriguez:</w:t>
      </w:r>
      <w:r>
        <w:rPr>
          <w:rFonts w:ascii="Times New Roman" w:hAnsi="Times New Roman"/>
          <w:b w:val="0"/>
          <w:sz w:val="24"/>
        </w:rPr>
        <w:t xml:space="preserve"> Can you ask if they can turn off the lights?</w:t>
      </w:r>
    </w:p>
    <w:p>
      <w:pPr>
        <w:spacing w:before="0" w:after="0" w:line="276" w:lineRule="exact"/>
      </w:pPr>
      <w:r>
        <w:rPr>
          <w:rFonts w:ascii="Times New Roman" w:hAnsi="Times New Roman"/>
          <w:b w:val="0"/>
          <w:sz w:val="24"/>
        </w:rPr>
        <w:t xml:space="preserve">(34:20) [23:51:40] </w:t>
      </w:r>
      <w:r>
        <w:rPr>
          <w:rFonts w:ascii="Times New Roman" w:hAnsi="Times New Roman"/>
          <w:b/>
          <w:sz w:val="24"/>
        </w:rPr>
        <w:t>Marissa Rodriguez:</w:t>
      </w:r>
      <w:r>
        <w:rPr>
          <w:rFonts w:ascii="Times New Roman" w:hAnsi="Times New Roman"/>
          <w:b w:val="0"/>
          <w:sz w:val="24"/>
        </w:rPr>
        <w:t xml:space="preserve"> I have seizures.</w:t>
      </w:r>
    </w:p>
    <w:p>
      <w:pPr>
        <w:spacing w:before="0" w:after="0" w:line="276" w:lineRule="exact"/>
      </w:pPr>
      <w:r>
        <w:rPr>
          <w:rFonts w:ascii="Times New Roman" w:hAnsi="Times New Roman"/>
          <w:b w:val="0"/>
          <w:sz w:val="24"/>
        </w:rPr>
        <w:t xml:space="preserve">(34:50) [23:52:10] </w:t>
      </w:r>
      <w:r>
        <w:rPr>
          <w:rFonts w:ascii="Times New Roman" w:hAnsi="Times New Roman"/>
          <w:b/>
          <w:sz w:val="24"/>
        </w:rPr>
        <w:t>Officer Williams:</w:t>
      </w:r>
      <w:r>
        <w:rPr>
          <w:rFonts w:ascii="Times New Roman" w:hAnsi="Times New Roman"/>
          <w:b w:val="0"/>
          <w:sz w:val="24"/>
        </w:rPr>
        <w:t xml:space="preserve"> Will you go turn down your overheads please? Can we turn down your overheads?</w:t>
      </w:r>
    </w:p>
    <w:p>
      <w:pPr>
        <w:spacing w:before="0" w:after="0" w:line="276" w:lineRule="exact"/>
      </w:pPr>
      <w:r>
        <w:rPr>
          <w:rFonts w:ascii="Times New Roman" w:hAnsi="Times New Roman"/>
          <w:b w:val="0"/>
          <w:sz w:val="24"/>
        </w:rPr>
        <w:t xml:space="preserve">(35:57) [23:53:17] </w:t>
      </w:r>
      <w:r>
        <w:rPr>
          <w:rFonts w:ascii="Times New Roman" w:hAnsi="Times New Roman"/>
          <w:b/>
          <w:sz w:val="24"/>
        </w:rPr>
        <w:t>Marissa Rodriguez:</w:t>
      </w:r>
      <w:r>
        <w:rPr>
          <w:rFonts w:ascii="Times New Roman" w:hAnsi="Times New Roman"/>
          <w:b w:val="0"/>
          <w:sz w:val="24"/>
        </w:rPr>
        <w:t xml:space="preserve"> Did she have any girls in the car with me? She was like, no, I don't have any.</w:t>
      </w:r>
    </w:p>
    <w:p>
      <w:pPr>
        <w:spacing w:before="0" w:after="0" w:line="276" w:lineRule="exact"/>
      </w:pPr>
      <w:r>
        <w:rPr>
          <w:rFonts w:ascii="Times New Roman" w:hAnsi="Times New Roman"/>
          <w:b w:val="0"/>
          <w:sz w:val="24"/>
        </w:rPr>
        <w:t xml:space="preserve">(36:04) [23:53:24] </w:t>
      </w:r>
      <w:r>
        <w:rPr>
          <w:rFonts w:ascii="Times New Roman" w:hAnsi="Times New Roman"/>
          <w:b/>
          <w:sz w:val="24"/>
        </w:rPr>
        <w:t>Officer Williams:</w:t>
      </w:r>
      <w:r>
        <w:rPr>
          <w:rFonts w:ascii="Times New Roman" w:hAnsi="Times New Roman"/>
          <w:b w:val="0"/>
          <w:sz w:val="24"/>
        </w:rPr>
        <w:t xml:space="preserve"> We have a code on -- we have had a code on in there, and then possibly some four bars, but they're thinking it may be fentanyl. I'm not sure. We can't test it, but I am going to take it with the hydrocodone.</w:t>
      </w:r>
    </w:p>
    <w:p>
      <w:pPr>
        <w:spacing w:before="0" w:after="0" w:line="276" w:lineRule="exact"/>
      </w:pPr>
      <w:r>
        <w:rPr>
          <w:rFonts w:ascii="Times New Roman" w:hAnsi="Times New Roman"/>
          <w:b w:val="0"/>
          <w:sz w:val="24"/>
        </w:rPr>
        <w:t xml:space="preserve">(36:11) [23:53:31] </w:t>
      </w:r>
      <w:r>
        <w:rPr>
          <w:rFonts w:ascii="Times New Roman" w:hAnsi="Times New Roman"/>
          <w:b/>
          <w:sz w:val="24"/>
        </w:rPr>
        <w:t>Officer Williams:</w:t>
      </w:r>
      <w:r>
        <w:rPr>
          <w:rFonts w:ascii="Times New Roman" w:hAnsi="Times New Roman"/>
          <w:b w:val="0"/>
          <w:sz w:val="24"/>
        </w:rPr>
        <w:t xml:space="preserve"> Okay. I think that's a good rule.</w:t>
      </w:r>
    </w:p>
    <w:p>
      <w:pPr>
        <w:spacing w:before="0" w:after="0" w:line="276" w:lineRule="exact"/>
      </w:pPr>
      <w:r>
        <w:rPr>
          <w:rFonts w:ascii="Times New Roman" w:hAnsi="Times New Roman"/>
          <w:b w:val="0"/>
          <w:sz w:val="24"/>
        </w:rPr>
        <w:t xml:space="preserve">(36:13) [23:53:33] </w:t>
      </w:r>
      <w:r>
        <w:rPr>
          <w:rFonts w:ascii="Times New Roman" w:hAnsi="Times New Roman"/>
          <w:b/>
          <w:sz w:val="24"/>
        </w:rPr>
        <w:t>Officer Williams:</w:t>
      </w:r>
      <w:r>
        <w:rPr>
          <w:rFonts w:ascii="Times New Roman" w:hAnsi="Times New Roman"/>
          <w:b w:val="0"/>
          <w:sz w:val="24"/>
        </w:rPr>
        <w:t xml:space="preserve"> Are the four bars, are they in the same?</w:t>
      </w:r>
    </w:p>
    <w:p>
      <w:pPr>
        <w:spacing w:before="0" w:after="0" w:line="276" w:lineRule="exact"/>
      </w:pPr>
      <w:r>
        <w:rPr>
          <w:rFonts w:ascii="Times New Roman" w:hAnsi="Times New Roman"/>
          <w:b w:val="0"/>
          <w:sz w:val="24"/>
        </w:rPr>
        <w:t xml:space="preserve">(36:15) [23:53:35] </w:t>
      </w:r>
      <w:r>
        <w:rPr>
          <w:rFonts w:ascii="Times New Roman" w:hAnsi="Times New Roman"/>
          <w:b/>
          <w:sz w:val="24"/>
        </w:rPr>
        <w:t>Officer Squyres:</w:t>
      </w:r>
      <w:r>
        <w:rPr>
          <w:rFonts w:ascii="Times New Roman" w:hAnsi="Times New Roman"/>
          <w:b w:val="0"/>
          <w:sz w:val="24"/>
        </w:rPr>
        <w:t xml:space="preserve"> They're not marked, no, they're separate.</w:t>
      </w:r>
    </w:p>
    <w:p>
      <w:pPr>
        <w:spacing w:before="0" w:after="0" w:line="276" w:lineRule="exact"/>
      </w:pPr>
      <w:r>
        <w:rPr>
          <w:rFonts w:ascii="Times New Roman" w:hAnsi="Times New Roman"/>
          <w:b w:val="0"/>
          <w:sz w:val="24"/>
        </w:rPr>
        <w:t xml:space="preserve">(36:17) [23:53:37] </w:t>
      </w:r>
      <w:r>
        <w:rPr>
          <w:rFonts w:ascii="Times New Roman" w:hAnsi="Times New Roman"/>
          <w:b/>
          <w:sz w:val="24"/>
        </w:rPr>
        <w:t>Officer Williams:</w:t>
      </w:r>
      <w:r>
        <w:rPr>
          <w:rFonts w:ascii="Times New Roman" w:hAnsi="Times New Roman"/>
          <w:b w:val="0"/>
          <w:sz w:val="24"/>
        </w:rPr>
        <w:t xml:space="preserve"> Are they marked?</w:t>
      </w:r>
    </w:p>
    <w:p>
      <w:pPr>
        <w:spacing w:before="0" w:after="0" w:line="276" w:lineRule="exact"/>
      </w:pPr>
      <w:r>
        <w:rPr>
          <w:rFonts w:ascii="Times New Roman" w:hAnsi="Times New Roman"/>
          <w:b w:val="0"/>
          <w:sz w:val="24"/>
        </w:rPr>
        <w:t xml:space="preserve">(36:21) [23:53:41] </w:t>
      </w:r>
      <w:r>
        <w:rPr>
          <w:rFonts w:ascii="Times New Roman" w:hAnsi="Times New Roman"/>
          <w:b/>
          <w:sz w:val="24"/>
        </w:rPr>
        <w:t>Officer Squyres:</w:t>
      </w:r>
      <w:r>
        <w:rPr>
          <w:rFonts w:ascii="Times New Roman" w:hAnsi="Times New Roman"/>
          <w:b w:val="0"/>
          <w:sz w:val="24"/>
        </w:rPr>
        <w:t xml:space="preserve"> They're not marked, but he said a lot of the Mexican ones are not now.</w:t>
      </w:r>
    </w:p>
    <w:p>
      <w:pPr>
        <w:spacing w:before="0" w:after="0" w:line="276" w:lineRule="exact"/>
      </w:pPr>
      <w:r>
        <w:rPr>
          <w:rFonts w:ascii="Times New Roman" w:hAnsi="Times New Roman"/>
          <w:b w:val="0"/>
          <w:sz w:val="24"/>
        </w:rPr>
        <w:t xml:space="preserve">(36:24) [23:53:44] </w:t>
      </w:r>
      <w:r>
        <w:rPr>
          <w:rFonts w:ascii="Times New Roman" w:hAnsi="Times New Roman"/>
          <w:b/>
          <w:sz w:val="24"/>
        </w:rPr>
        <w:t>Officer Squyres:</w:t>
      </w:r>
      <w:r>
        <w:rPr>
          <w:rFonts w:ascii="Times New Roman" w:hAnsi="Times New Roman"/>
          <w:b w:val="0"/>
          <w:sz w:val="24"/>
        </w:rPr>
        <w:t xml:space="preserve"> But he said it might be.</w:t>
      </w:r>
    </w:p>
    <w:p>
      <w:pPr>
        <w:spacing w:before="0" w:after="0" w:line="276" w:lineRule="exact"/>
      </w:pPr>
      <w:r>
        <w:rPr>
          <w:rFonts w:ascii="Times New Roman" w:hAnsi="Times New Roman"/>
          <w:b w:val="0"/>
          <w:sz w:val="24"/>
        </w:rPr>
        <w:t xml:space="preserve">(36:25) [23:53:45] </w:t>
      </w:r>
      <w:r>
        <w:rPr>
          <w:rFonts w:ascii="Times New Roman" w:hAnsi="Times New Roman"/>
          <w:b/>
          <w:sz w:val="24"/>
        </w:rPr>
        <w:t>Officer Squyres:</w:t>
      </w:r>
      <w:r>
        <w:rPr>
          <w:rFonts w:ascii="Times New Roman" w:hAnsi="Times New Roman"/>
          <w:b w:val="0"/>
          <w:sz w:val="24"/>
        </w:rPr>
        <w:t xml:space="preserve"> I've done it before. I've called in some of the narcs to just test it, let me just see if it tests positive for fentanyl, because then you can work it up and send it off.</w:t>
      </w:r>
    </w:p>
    <w:p>
      <w:pPr>
        <w:spacing w:before="0" w:after="0" w:line="276" w:lineRule="exact"/>
      </w:pPr>
      <w:r>
        <w:rPr>
          <w:rFonts w:ascii="Times New Roman" w:hAnsi="Times New Roman"/>
          <w:b w:val="0"/>
          <w:sz w:val="24"/>
        </w:rPr>
        <w:t xml:space="preserve">(36:41) [23:54:01] </w:t>
      </w:r>
      <w:r>
        <w:rPr>
          <w:rFonts w:ascii="Times New Roman" w:hAnsi="Times New Roman"/>
          <w:b/>
          <w:sz w:val="24"/>
        </w:rPr>
        <w:t>Officer Williams:</w:t>
      </w:r>
      <w:r>
        <w:rPr>
          <w:rFonts w:ascii="Times New Roman" w:hAnsi="Times New Roman"/>
          <w:b w:val="0"/>
          <w:sz w:val="24"/>
        </w:rPr>
        <w:t xml:space="preserve"> Or you can arrest them for it. I guess you can randomize them and ask them to.</w:t>
      </w:r>
    </w:p>
    <w:p>
      <w:pPr>
        <w:spacing w:before="0" w:after="0" w:line="276" w:lineRule="exact"/>
      </w:pPr>
      <w:r>
        <w:rPr>
          <w:rFonts w:ascii="Times New Roman" w:hAnsi="Times New Roman"/>
          <w:b w:val="0"/>
          <w:sz w:val="24"/>
        </w:rPr>
        <w:t xml:space="preserve">(36:53) [23:54:13] </w:t>
      </w:r>
      <w:r>
        <w:rPr>
          <w:rFonts w:ascii="Times New Roman" w:hAnsi="Times New Roman"/>
          <w:b/>
          <w:sz w:val="24"/>
        </w:rPr>
        <w:t>Officer Williams:</w:t>
      </w:r>
      <w:r>
        <w:rPr>
          <w:rFonts w:ascii="Times New Roman" w:hAnsi="Times New Roman"/>
          <w:b w:val="0"/>
          <w:sz w:val="24"/>
        </w:rPr>
        <w:t xml:space="preserve"> Arrest them for the hydrocodone.</w:t>
      </w:r>
    </w:p>
    <w:p>
      <w:pPr>
        <w:spacing w:before="0" w:after="0" w:line="276" w:lineRule="exact"/>
      </w:pPr>
      <w:r>
        <w:rPr>
          <w:rFonts w:ascii="Times New Roman" w:hAnsi="Times New Roman"/>
          <w:b w:val="0"/>
          <w:sz w:val="24"/>
        </w:rPr>
        <w:t xml:space="preserve">(37:02) [23:54:22] </w:t>
      </w:r>
      <w:r>
        <w:rPr>
          <w:rFonts w:ascii="Times New Roman" w:hAnsi="Times New Roman"/>
          <w:b/>
          <w:sz w:val="24"/>
        </w:rPr>
        <w:t>Officer Squyres:</w:t>
      </w:r>
      <w:r>
        <w:rPr>
          <w:rFonts w:ascii="Times New Roman" w:hAnsi="Times New Roman"/>
          <w:b w:val="0"/>
          <w:sz w:val="24"/>
        </w:rPr>
        <w:t xml:space="preserve"> And then work up and let them know if they can come test it, and then they can find out whatever substance it is at that point. It'll get a warrant for it later.</w:t>
      </w:r>
    </w:p>
    <w:p>
      <w:pPr>
        <w:spacing w:before="0" w:after="0" w:line="276" w:lineRule="exact"/>
      </w:pPr>
      <w:r>
        <w:rPr>
          <w:rFonts w:ascii="Times New Roman" w:hAnsi="Times New Roman"/>
          <w:b w:val="0"/>
          <w:sz w:val="24"/>
        </w:rPr>
        <w:t xml:space="preserve">(37:09) [23:54:29] </w:t>
      </w:r>
      <w:r>
        <w:rPr>
          <w:rFonts w:ascii="Times New Roman" w:hAnsi="Times New Roman"/>
          <w:b/>
          <w:sz w:val="24"/>
        </w:rPr>
        <w:t>Officer Williams:</w:t>
      </w:r>
      <w:r>
        <w:rPr>
          <w:rFonts w:ascii="Times New Roman" w:hAnsi="Times New Roman"/>
          <w:b w:val="0"/>
          <w:sz w:val="24"/>
        </w:rPr>
        <w:t xml:space="preserve"> I think it's a good idea.</w:t>
      </w:r>
    </w:p>
    <w:p>
      <w:pPr>
        <w:spacing w:before="0" w:after="0" w:line="276" w:lineRule="exact"/>
      </w:pPr>
      <w:r>
        <w:rPr>
          <w:rFonts w:ascii="Times New Roman" w:hAnsi="Times New Roman"/>
          <w:b w:val="0"/>
          <w:sz w:val="24"/>
        </w:rPr>
        <w:t xml:space="preserve">(37:16) [23:54:36] </w:t>
      </w:r>
      <w:r>
        <w:rPr>
          <w:rFonts w:ascii="Times New Roman" w:hAnsi="Times New Roman"/>
          <w:b/>
          <w:sz w:val="24"/>
        </w:rPr>
        <w:t>Officer Williams:</w:t>
      </w:r>
      <w:r>
        <w:rPr>
          <w:rFonts w:ascii="Times New Roman" w:hAnsi="Times New Roman"/>
          <w:b w:val="0"/>
          <w:sz w:val="24"/>
        </w:rPr>
        <w:t xml:space="preserve"> Anyway, I don't know if they're going to go nuts when we arrest him.</w:t>
      </w:r>
    </w:p>
    <w:p>
      <w:pPr>
        <w:spacing w:before="0" w:after="0" w:line="276" w:lineRule="exact"/>
      </w:pPr>
      <w:r>
        <w:rPr>
          <w:rFonts w:ascii="Times New Roman" w:hAnsi="Times New Roman"/>
          <w:b w:val="0"/>
          <w:sz w:val="24"/>
        </w:rPr>
        <w:t xml:space="preserve">(37:21) [23:54:41] </w:t>
      </w:r>
      <w:r>
        <w:rPr>
          <w:rFonts w:ascii="Times New Roman" w:hAnsi="Times New Roman"/>
          <w:b/>
          <w:sz w:val="24"/>
        </w:rPr>
        <w:t>Officer Squyres:</w:t>
      </w:r>
      <w:r>
        <w:rPr>
          <w:rFonts w:ascii="Times New Roman" w:hAnsi="Times New Roman"/>
          <w:b w:val="0"/>
          <w:sz w:val="24"/>
        </w:rPr>
        <w:t xml:space="preserve"> I don't think so.</w:t>
      </w:r>
    </w:p>
    <w:p>
      <w:pPr>
        <w:spacing w:before="0" w:after="0" w:line="276" w:lineRule="exact"/>
      </w:pPr>
      <w:r>
        <w:rPr>
          <w:rFonts w:ascii="Times New Roman" w:hAnsi="Times New Roman"/>
          <w:b w:val="0"/>
          <w:sz w:val="24"/>
        </w:rPr>
        <w:t xml:space="preserve">(37:23) [23:54:43] </w:t>
      </w:r>
      <w:r>
        <w:rPr>
          <w:rFonts w:ascii="Times New Roman" w:hAnsi="Times New Roman"/>
          <w:b/>
          <w:sz w:val="24"/>
        </w:rPr>
        <w:t>Isaiah Rodriguez:</w:t>
      </w:r>
      <w:r>
        <w:rPr>
          <w:rFonts w:ascii="Times New Roman" w:hAnsi="Times New Roman"/>
          <w:b w:val="0"/>
          <w:sz w:val="24"/>
        </w:rPr>
        <w:t xml:space="preserve"> So what, what? Me talking to my partner?</w:t>
      </w:r>
    </w:p>
    <w:p>
      <w:pPr>
        <w:spacing w:before="0" w:after="0" w:line="276" w:lineRule="exact"/>
      </w:pPr>
      <w:r>
        <w:rPr>
          <w:rFonts w:ascii="Times New Roman" w:hAnsi="Times New Roman"/>
          <w:b w:val="0"/>
          <w:sz w:val="24"/>
        </w:rPr>
        <w:t xml:space="preserve">(37:29) [23:54:49] </w:t>
      </w:r>
      <w:r>
        <w:rPr>
          <w:rFonts w:ascii="Times New Roman" w:hAnsi="Times New Roman"/>
          <w:b/>
          <w:sz w:val="24"/>
        </w:rPr>
        <w:t>Marissa Rodriguez:</w:t>
      </w:r>
      <w:r>
        <w:rPr>
          <w:rFonts w:ascii="Times New Roman" w:hAnsi="Times New Roman"/>
          <w:b w:val="0"/>
          <w:sz w:val="24"/>
        </w:rPr>
        <w:t xml:space="preserve"> I need my income tax money. He has my money.</w:t>
      </w:r>
    </w:p>
    <w:p>
      <w:pPr>
        <w:spacing w:before="0" w:after="0" w:line="276" w:lineRule="exact"/>
      </w:pPr>
      <w:r>
        <w:rPr>
          <w:rFonts w:ascii="Times New Roman" w:hAnsi="Times New Roman"/>
          <w:b w:val="0"/>
          <w:sz w:val="24"/>
        </w:rPr>
        <w:t xml:space="preserve">(38:40) [23:56:00] </w:t>
      </w:r>
      <w:r>
        <w:rPr>
          <w:rFonts w:ascii="Times New Roman" w:hAnsi="Times New Roman"/>
          <w:b/>
          <w:sz w:val="24"/>
        </w:rPr>
        <w:t>Officer Williams:</w:t>
      </w:r>
      <w:r>
        <w:rPr>
          <w:rFonts w:ascii="Times New Roman" w:hAnsi="Times New Roman"/>
          <w:b w:val="0"/>
          <w:sz w:val="24"/>
        </w:rPr>
        <w:t xml:space="preserve"> He's in the hospital. But, I can talk to his sons to anything.</w:t>
      </w:r>
    </w:p>
    <w:p>
      <w:pPr>
        <w:spacing w:before="0" w:after="0" w:line="276" w:lineRule="exact"/>
      </w:pPr>
      <w:r>
        <w:rPr>
          <w:rFonts w:ascii="Times New Roman" w:hAnsi="Times New Roman"/>
          <w:b w:val="0"/>
          <w:sz w:val="24"/>
        </w:rPr>
        <w:t xml:space="preserve">(38:56) [23:56:16] </w:t>
      </w:r>
      <w:r>
        <w:rPr>
          <w:rFonts w:ascii="Times New Roman" w:hAnsi="Times New Roman"/>
          <w:b/>
          <w:sz w:val="24"/>
        </w:rPr>
        <w:t>Officer Williams:</w:t>
      </w:r>
      <w:r>
        <w:rPr>
          <w:rFonts w:ascii="Times New Roman" w:hAnsi="Times New Roman"/>
          <w:b w:val="0"/>
          <w:sz w:val="24"/>
        </w:rPr>
        <w:t xml:space="preserve"> He has permission to have it.</w:t>
      </w:r>
    </w:p>
    <w:p>
      <w:pPr>
        <w:spacing w:before="0" w:after="0" w:line="276" w:lineRule="exact"/>
      </w:pPr>
      <w:r>
        <w:rPr>
          <w:rFonts w:ascii="Times New Roman" w:hAnsi="Times New Roman"/>
          <w:b w:val="0"/>
          <w:sz w:val="24"/>
        </w:rPr>
        <w:t xml:space="preserve">(38:57) [23:56:17] </w:t>
      </w:r>
      <w:r>
        <w:rPr>
          <w:rFonts w:ascii="Times New Roman" w:hAnsi="Times New Roman"/>
          <w:b/>
          <w:sz w:val="24"/>
        </w:rPr>
        <w:t>Officer Williams:</w:t>
      </w:r>
      <w:r>
        <w:rPr>
          <w:rFonts w:ascii="Times New Roman" w:hAnsi="Times New Roman"/>
          <w:b w:val="0"/>
          <w:sz w:val="24"/>
        </w:rPr>
        <w:t xml:space="preserve"> No, I understand. He was in his wallet, and I said, is this the only card that you have? And he's like, yes.</w:t>
      </w:r>
    </w:p>
    <w:p>
      <w:pPr>
        <w:spacing w:before="0" w:after="0" w:line="276" w:lineRule="exact"/>
      </w:pPr>
      <w:r>
        <w:rPr>
          <w:rFonts w:ascii="Times New Roman" w:hAnsi="Times New Roman"/>
          <w:b w:val="0"/>
          <w:sz w:val="24"/>
        </w:rPr>
        <w:t xml:space="preserve">(39:07) [23:56:27] </w:t>
      </w:r>
      <w:r>
        <w:rPr>
          <w:rFonts w:ascii="Times New Roman" w:hAnsi="Times New Roman"/>
          <w:b/>
          <w:sz w:val="24"/>
        </w:rPr>
        <w:t>Marissa Rodriguez:</w:t>
      </w:r>
      <w:r>
        <w:rPr>
          <w:rFonts w:ascii="Times New Roman" w:hAnsi="Times New Roman"/>
          <w:b w:val="0"/>
          <w:sz w:val="24"/>
        </w:rPr>
        <w:t xml:space="preserve"> So I was... Okay, so, can I have my income tax money back?</w:t>
      </w:r>
    </w:p>
    <w:p>
      <w:pPr>
        <w:spacing w:before="0" w:after="0" w:line="276" w:lineRule="exact"/>
      </w:pPr>
      <w:r>
        <w:rPr>
          <w:rFonts w:ascii="Times New Roman" w:hAnsi="Times New Roman"/>
          <w:b w:val="0"/>
          <w:sz w:val="24"/>
        </w:rPr>
        <w:t xml:space="preserve">(39:10) [23:56:30] </w:t>
      </w:r>
      <w:r>
        <w:rPr>
          <w:rFonts w:ascii="Times New Roman" w:hAnsi="Times New Roman"/>
          <w:b/>
          <w:sz w:val="24"/>
        </w:rPr>
        <w:t>Officer Williams:</w:t>
      </w:r>
      <w:r>
        <w:rPr>
          <w:rFonts w:ascii="Times New Roman" w:hAnsi="Times New Roman"/>
          <w:b w:val="0"/>
          <w:sz w:val="24"/>
        </w:rPr>
        <w:t xml:space="preserve"> What's the name of the tax money?</w:t>
      </w:r>
    </w:p>
    <w:p>
      <w:pPr>
        <w:spacing w:before="0" w:after="0" w:line="276" w:lineRule="exact"/>
      </w:pPr>
      <w:r>
        <w:rPr>
          <w:rFonts w:ascii="Times New Roman" w:hAnsi="Times New Roman"/>
          <w:b w:val="0"/>
          <w:sz w:val="24"/>
        </w:rPr>
        <w:t xml:space="preserve">(39:10) [23:56:30] </w:t>
      </w:r>
      <w:r>
        <w:rPr>
          <w:rFonts w:ascii="Times New Roman" w:hAnsi="Times New Roman"/>
          <w:b/>
          <w:sz w:val="24"/>
        </w:rPr>
        <w:t>Marissa Rodriguez:</w:t>
      </w:r>
      <w:r>
        <w:rPr>
          <w:rFonts w:ascii="Times New Roman" w:hAnsi="Times New Roman"/>
          <w:b w:val="0"/>
          <w:sz w:val="24"/>
        </w:rPr>
        <w:t xml:space="preserve"> Yes.</w:t>
      </w:r>
    </w:p>
    <w:p>
      <w:pPr>
        <w:spacing w:before="0" w:after="0" w:line="276" w:lineRule="exact"/>
      </w:pPr>
      <w:r>
        <w:rPr>
          <w:rFonts w:ascii="Times New Roman" w:hAnsi="Times New Roman"/>
          <w:b w:val="0"/>
          <w:sz w:val="24"/>
        </w:rPr>
        <w:t xml:space="preserve">(39:11) [23:56:31] </w:t>
      </w:r>
      <w:r>
        <w:rPr>
          <w:rFonts w:ascii="Times New Roman" w:hAnsi="Times New Roman"/>
          <w:b/>
          <w:sz w:val="24"/>
        </w:rPr>
        <w:t>Marissa Rodriguez:</w:t>
      </w:r>
      <w:r>
        <w:rPr>
          <w:rFonts w:ascii="Times New Roman" w:hAnsi="Times New Roman"/>
          <w:b w:val="0"/>
          <w:sz w:val="24"/>
        </w:rPr>
        <w:t xml:space="preserve"> He has my money.</w:t>
      </w:r>
    </w:p>
    <w:p>
      <w:pPr>
        <w:spacing w:before="0" w:after="0" w:line="276" w:lineRule="exact"/>
      </w:pPr>
      <w:r>
        <w:rPr>
          <w:rFonts w:ascii="Times New Roman" w:hAnsi="Times New Roman"/>
          <w:b w:val="0"/>
          <w:sz w:val="24"/>
        </w:rPr>
        <w:t xml:space="preserve">(39:11) [23:56:31] </w:t>
      </w:r>
      <w:r>
        <w:rPr>
          <w:rFonts w:ascii="Times New Roman" w:hAnsi="Times New Roman"/>
          <w:b/>
          <w:sz w:val="24"/>
        </w:rPr>
        <w:t>Officer Williams:</w:t>
      </w:r>
      <w:r>
        <w:rPr>
          <w:rFonts w:ascii="Times New Roman" w:hAnsi="Times New Roman"/>
          <w:b w:val="0"/>
          <w:sz w:val="24"/>
        </w:rPr>
        <w:t xml:space="preserve"> Okay.</w:t>
      </w:r>
    </w:p>
    <w:p>
      <w:pPr>
        <w:spacing w:before="0" w:after="0" w:line="276" w:lineRule="exact"/>
      </w:pPr>
      <w:r>
        <w:rPr>
          <w:rFonts w:ascii="Times New Roman" w:hAnsi="Times New Roman"/>
          <w:b w:val="0"/>
          <w:sz w:val="24"/>
        </w:rPr>
        <w:t xml:space="preserve">(39:13) [23:56:33] </w:t>
      </w:r>
      <w:r>
        <w:rPr>
          <w:rFonts w:ascii="Times New Roman" w:hAnsi="Times New Roman"/>
          <w:b/>
          <w:sz w:val="24"/>
        </w:rPr>
        <w:t>Officer Williams:</w:t>
      </w:r>
      <w:r>
        <w:rPr>
          <w:rFonts w:ascii="Times New Roman" w:hAnsi="Times New Roman"/>
          <w:b w:val="0"/>
          <w:sz w:val="24"/>
        </w:rPr>
        <w:t xml:space="preserve"> Are you guys married?</w:t>
      </w:r>
    </w:p>
    <w:p>
      <w:pPr>
        <w:spacing w:before="0" w:after="0" w:line="276" w:lineRule="exact"/>
      </w:pPr>
      <w:r>
        <w:rPr>
          <w:rFonts w:ascii="Times New Roman" w:hAnsi="Times New Roman"/>
          <w:b w:val="0"/>
          <w:sz w:val="24"/>
        </w:rPr>
        <w:t xml:space="preserve">(39:14) [23:56:34] </w:t>
      </w:r>
      <w:r>
        <w:rPr>
          <w:rFonts w:ascii="Times New Roman" w:hAnsi="Times New Roman"/>
          <w:b/>
          <w:sz w:val="24"/>
        </w:rPr>
        <w:t>Marissa Rodriguez:</w:t>
      </w:r>
      <w:r>
        <w:rPr>
          <w:rFonts w:ascii="Times New Roman" w:hAnsi="Times New Roman"/>
          <w:b w:val="0"/>
          <w:sz w:val="24"/>
        </w:rPr>
        <w:t xml:space="preserve"> Yes, we're married.</w:t>
      </w:r>
    </w:p>
    <w:p>
      <w:pPr>
        <w:spacing w:before="0" w:after="0" w:line="276" w:lineRule="exact"/>
      </w:pPr>
      <w:r>
        <w:rPr>
          <w:rFonts w:ascii="Times New Roman" w:hAnsi="Times New Roman"/>
          <w:b w:val="0"/>
          <w:sz w:val="24"/>
        </w:rPr>
        <w:t xml:space="preserve">(39:17) [23:56:37] </w:t>
      </w:r>
      <w:r>
        <w:rPr>
          <w:rFonts w:ascii="Times New Roman" w:hAnsi="Times New Roman"/>
          <w:b/>
          <w:sz w:val="24"/>
        </w:rPr>
        <w:t>Marissa Rodriguez:</w:t>
      </w:r>
      <w:r>
        <w:rPr>
          <w:rFonts w:ascii="Times New Roman" w:hAnsi="Times New Roman"/>
          <w:b w:val="0"/>
          <w:sz w:val="24"/>
        </w:rPr>
        <w:t xml:space="preserve"> Yes, we're married. We're married, yes.</w:t>
      </w:r>
    </w:p>
    <w:p>
      <w:pPr>
        <w:spacing w:before="0" w:after="0" w:line="276" w:lineRule="exact"/>
      </w:pPr>
      <w:r>
        <w:rPr>
          <w:rFonts w:ascii="Times New Roman" w:hAnsi="Times New Roman"/>
          <w:b w:val="0"/>
          <w:sz w:val="24"/>
        </w:rPr>
        <w:t xml:space="preserve">(39:23) [23:56:43] </w:t>
      </w:r>
      <w:r>
        <w:rPr>
          <w:rFonts w:ascii="Times New Roman" w:hAnsi="Times New Roman"/>
          <w:b/>
          <w:sz w:val="24"/>
        </w:rPr>
        <w:t>Officer Williams:</w:t>
      </w:r>
      <w:r>
        <w:rPr>
          <w:rFonts w:ascii="Times New Roman" w:hAnsi="Times New Roman"/>
          <w:b w:val="0"/>
          <w:sz w:val="24"/>
        </w:rPr>
        <w:t xml:space="preserve"> So why does he have... Hold on a minute.</w:t>
      </w:r>
    </w:p>
    <w:p>
      <w:pPr>
        <w:spacing w:before="0" w:after="0" w:line="276" w:lineRule="exact"/>
      </w:pPr>
      <w:r>
        <w:rPr>
          <w:rFonts w:ascii="Times New Roman" w:hAnsi="Times New Roman"/>
          <w:b w:val="0"/>
          <w:sz w:val="24"/>
        </w:rPr>
        <w:t xml:space="preserve">(39:28) [23:56:48] </w:t>
      </w:r>
      <w:r>
        <w:rPr>
          <w:rFonts w:ascii="Times New Roman" w:hAnsi="Times New Roman"/>
          <w:b/>
          <w:sz w:val="24"/>
        </w:rPr>
        <w:t>Officer Williams:</w:t>
      </w:r>
      <w:r>
        <w:rPr>
          <w:rFonts w:ascii="Times New Roman" w:hAnsi="Times New Roman"/>
          <w:b w:val="0"/>
          <w:sz w:val="24"/>
        </w:rPr>
        <w:t xml:space="preserve"> So... You just got your income tax return?</w:t>
      </w:r>
    </w:p>
    <w:p>
      <w:pPr>
        <w:spacing w:before="0" w:after="0" w:line="276" w:lineRule="exact"/>
      </w:pPr>
      <w:r>
        <w:rPr>
          <w:rFonts w:ascii="Times New Roman" w:hAnsi="Times New Roman"/>
          <w:b w:val="0"/>
          <w:sz w:val="24"/>
        </w:rPr>
        <w:t xml:space="preserve">(39:34) [23:56:54] </w:t>
      </w:r>
      <w:r>
        <w:rPr>
          <w:rFonts w:ascii="Times New Roman" w:hAnsi="Times New Roman"/>
          <w:b/>
          <w:sz w:val="24"/>
        </w:rPr>
        <w:t>Marissa Rodriguez:</w:t>
      </w:r>
      <w:r>
        <w:rPr>
          <w:rFonts w:ascii="Times New Roman" w:hAnsi="Times New Roman"/>
          <w:b w:val="0"/>
          <w:sz w:val="24"/>
        </w:rPr>
        <w:t xml:space="preserve"> No, I've had it, but he doesn't trust me with money because last year we went to Oklahoma.</w:t>
      </w:r>
    </w:p>
    <w:p>
      <w:pPr>
        <w:spacing w:before="0" w:after="0" w:line="276" w:lineRule="exact"/>
      </w:pPr>
      <w:r>
        <w:rPr>
          <w:rFonts w:ascii="Times New Roman" w:hAnsi="Times New Roman"/>
          <w:b w:val="0"/>
          <w:sz w:val="24"/>
        </w:rPr>
        <w:t xml:space="preserve">(39:43) [23:57:03] </w:t>
      </w:r>
      <w:r>
        <w:rPr>
          <w:rFonts w:ascii="Times New Roman" w:hAnsi="Times New Roman"/>
          <w:b/>
          <w:sz w:val="24"/>
        </w:rPr>
        <w:t>Officer Williams:</w:t>
      </w:r>
      <w:r>
        <w:rPr>
          <w:rFonts w:ascii="Times New Roman" w:hAnsi="Times New Roman"/>
          <w:b w:val="0"/>
          <w:sz w:val="24"/>
        </w:rPr>
        <w:t xml:space="preserve"> You gamble it?</w:t>
      </w:r>
    </w:p>
    <w:p>
      <w:pPr>
        <w:spacing w:before="0" w:after="0" w:line="276" w:lineRule="exact"/>
      </w:pPr>
      <w:r>
        <w:rPr>
          <w:rFonts w:ascii="Times New Roman" w:hAnsi="Times New Roman"/>
          <w:b w:val="0"/>
          <w:sz w:val="24"/>
        </w:rPr>
        <w:t xml:space="preserve">(39:45) [23:57:05] </w:t>
      </w:r>
      <w:r>
        <w:rPr>
          <w:rFonts w:ascii="Times New Roman" w:hAnsi="Times New Roman"/>
          <w:b/>
          <w:sz w:val="24"/>
        </w:rPr>
        <w:t>Marissa Rodriguez:</w:t>
      </w:r>
      <w:r>
        <w:rPr>
          <w:rFonts w:ascii="Times New Roman" w:hAnsi="Times New Roman"/>
          <w:b w:val="0"/>
          <w:sz w:val="24"/>
        </w:rPr>
        <w:t xml:space="preserve"> I gamble it.</w:t>
      </w:r>
    </w:p>
    <w:p>
      <w:pPr>
        <w:spacing w:before="0" w:after="0" w:line="276" w:lineRule="exact"/>
      </w:pPr>
      <w:r>
        <w:rPr>
          <w:rFonts w:ascii="Times New Roman" w:hAnsi="Times New Roman"/>
          <w:b w:val="0"/>
          <w:sz w:val="24"/>
        </w:rPr>
        <w:t xml:space="preserve">(39:47) [23:57:07] </w:t>
      </w:r>
      <w:r>
        <w:rPr>
          <w:rFonts w:ascii="Times New Roman" w:hAnsi="Times New Roman"/>
          <w:b/>
          <w:sz w:val="24"/>
        </w:rPr>
        <w:t>Officer Williams:</w:t>
      </w:r>
      <w:r>
        <w:rPr>
          <w:rFonts w:ascii="Times New Roman" w:hAnsi="Times New Roman"/>
          <w:b w:val="0"/>
          <w:sz w:val="24"/>
        </w:rPr>
        <w:t xml:space="preserve"> So you gamble it?</w:t>
      </w:r>
    </w:p>
    <w:p>
      <w:pPr>
        <w:spacing w:before="0" w:after="0" w:line="276" w:lineRule="exact"/>
      </w:pPr>
      <w:r>
        <w:rPr>
          <w:rFonts w:ascii="Times New Roman" w:hAnsi="Times New Roman"/>
          <w:b w:val="0"/>
          <w:sz w:val="24"/>
        </w:rPr>
        <w:t xml:space="preserve">(39:48) [23:57:08] </w:t>
      </w:r>
      <w:r>
        <w:rPr>
          <w:rFonts w:ascii="Times New Roman" w:hAnsi="Times New Roman"/>
          <w:b/>
          <w:sz w:val="24"/>
        </w:rPr>
        <w:t>Marissa Rodriguez:</w:t>
      </w:r>
      <w:r>
        <w:rPr>
          <w:rFonts w:ascii="Times New Roman" w:hAnsi="Times New Roman"/>
          <w:b w:val="0"/>
          <w:sz w:val="24"/>
        </w:rPr>
        <w:t xml:space="preserve"> I gamble it.</w:t>
      </w:r>
    </w:p>
    <w:p>
      <w:pPr>
        <w:spacing w:before="0" w:after="0" w:line="276" w:lineRule="exact"/>
      </w:pPr>
      <w:r>
        <w:rPr>
          <w:rFonts w:ascii="Times New Roman" w:hAnsi="Times New Roman"/>
          <w:b w:val="0"/>
          <w:sz w:val="24"/>
        </w:rPr>
        <w:t xml:space="preserve">(39:48) [23:57:08] </w:t>
      </w:r>
      <w:r>
        <w:rPr>
          <w:rFonts w:ascii="Times New Roman" w:hAnsi="Times New Roman"/>
          <w:b/>
          <w:sz w:val="24"/>
        </w:rPr>
        <w:t>Officer Williams:</w:t>
      </w:r>
      <w:r>
        <w:rPr>
          <w:rFonts w:ascii="Times New Roman" w:hAnsi="Times New Roman"/>
          <w:b w:val="0"/>
          <w:sz w:val="24"/>
        </w:rPr>
        <w:t xml:space="preserve"> Okay. So that's why you have the money?</w:t>
      </w:r>
    </w:p>
    <w:p>
      <w:pPr>
        <w:spacing w:before="0" w:after="0" w:line="276" w:lineRule="exact"/>
      </w:pPr>
      <w:r>
        <w:rPr>
          <w:rFonts w:ascii="Times New Roman" w:hAnsi="Times New Roman"/>
          <w:b w:val="0"/>
          <w:sz w:val="24"/>
        </w:rPr>
        <w:t xml:space="preserve">(39:50) [23:57:10] </w:t>
      </w:r>
      <w:r>
        <w:rPr>
          <w:rFonts w:ascii="Times New Roman" w:hAnsi="Times New Roman"/>
          <w:b/>
          <w:sz w:val="24"/>
        </w:rPr>
        <w:t>Marissa Rodriguez:</w:t>
      </w:r>
      <w:r>
        <w:rPr>
          <w:rFonts w:ascii="Times New Roman" w:hAnsi="Times New Roman"/>
          <w:b w:val="0"/>
          <w:sz w:val="24"/>
        </w:rPr>
        <w:t xml:space="preserve"> Yes.</w:t>
      </w:r>
    </w:p>
    <w:p>
      <w:pPr>
        <w:spacing w:before="0" w:after="0" w:line="276" w:lineRule="exact"/>
      </w:pPr>
      <w:r>
        <w:rPr>
          <w:rFonts w:ascii="Times New Roman" w:hAnsi="Times New Roman"/>
          <w:b w:val="0"/>
          <w:sz w:val="24"/>
        </w:rPr>
        <w:t xml:space="preserve">(39:54) [23:57:14] </w:t>
      </w:r>
      <w:r>
        <w:rPr>
          <w:rFonts w:ascii="Times New Roman" w:hAnsi="Times New Roman"/>
          <w:b/>
          <w:sz w:val="24"/>
        </w:rPr>
        <w:t>Officer Williams:</w:t>
      </w:r>
      <w:r>
        <w:rPr>
          <w:rFonts w:ascii="Times New Roman" w:hAnsi="Times New Roman"/>
          <w:b w:val="0"/>
          <w:sz w:val="24"/>
        </w:rPr>
        <w:t xml:space="preserve"> So how much money does your husband have of yours?</w:t>
      </w:r>
    </w:p>
    <w:p>
      <w:pPr>
        <w:spacing w:before="0" w:after="0" w:line="276" w:lineRule="exact"/>
      </w:pPr>
      <w:r>
        <w:rPr>
          <w:rFonts w:ascii="Times New Roman" w:hAnsi="Times New Roman"/>
          <w:b w:val="0"/>
          <w:sz w:val="24"/>
        </w:rPr>
        <w:t xml:space="preserve">(39:56) [23:57:16] </w:t>
      </w:r>
      <w:r>
        <w:rPr>
          <w:rFonts w:ascii="Times New Roman" w:hAnsi="Times New Roman"/>
          <w:b/>
          <w:sz w:val="24"/>
        </w:rPr>
        <w:t>Marissa Rodriguez:</w:t>
      </w:r>
      <w:r>
        <w:rPr>
          <w:rFonts w:ascii="Times New Roman" w:hAnsi="Times New Roman"/>
          <w:b w:val="0"/>
          <w:sz w:val="24"/>
        </w:rPr>
        <w:t xml:space="preserve"> Um, I think... It looks like $2,200?</w:t>
      </w:r>
    </w:p>
    <w:p>
      <w:pPr>
        <w:spacing w:before="0" w:after="0" w:line="276" w:lineRule="exact"/>
      </w:pPr>
      <w:r>
        <w:rPr>
          <w:rFonts w:ascii="Times New Roman" w:hAnsi="Times New Roman"/>
          <w:b w:val="0"/>
          <w:sz w:val="24"/>
        </w:rPr>
        <w:t xml:space="preserve">(40:03) [23:57:23] </w:t>
      </w:r>
      <w:r>
        <w:rPr>
          <w:rFonts w:ascii="Times New Roman" w:hAnsi="Times New Roman"/>
          <w:b/>
          <w:sz w:val="24"/>
        </w:rPr>
        <w:t>Officer Williams:</w:t>
      </w:r>
      <w:r>
        <w:rPr>
          <w:rFonts w:ascii="Times New Roman" w:hAnsi="Times New Roman"/>
          <w:b w:val="0"/>
          <w:sz w:val="24"/>
        </w:rPr>
        <w:t xml:space="preserve"> $2,200... And how long has he had that for?</w:t>
      </w:r>
    </w:p>
    <w:p>
      <w:pPr>
        <w:spacing w:before="0" w:after="0" w:line="276" w:lineRule="exact"/>
      </w:pPr>
      <w:r>
        <w:rPr>
          <w:rFonts w:ascii="Times New Roman" w:hAnsi="Times New Roman"/>
          <w:b w:val="0"/>
          <w:sz w:val="24"/>
        </w:rPr>
        <w:t xml:space="preserve">(40:17) [23:57:37] </w:t>
      </w:r>
      <w:r>
        <w:rPr>
          <w:rFonts w:ascii="Times New Roman" w:hAnsi="Times New Roman"/>
          <w:b/>
          <w:sz w:val="24"/>
        </w:rPr>
        <w:t>Officer Williams:</w:t>
      </w:r>
      <w:r>
        <w:rPr>
          <w:rFonts w:ascii="Times New Roman" w:hAnsi="Times New Roman"/>
          <w:b w:val="0"/>
          <w:sz w:val="24"/>
        </w:rPr>
        <w:t xml:space="preserve"> Uh, he was just telling me something.</w:t>
      </w:r>
    </w:p>
    <w:p>
      <w:pPr>
        <w:spacing w:before="0" w:after="0" w:line="276" w:lineRule="exact"/>
      </w:pPr>
      <w:r>
        <w:rPr>
          <w:rFonts w:ascii="Times New Roman" w:hAnsi="Times New Roman"/>
          <w:b w:val="0"/>
          <w:sz w:val="24"/>
        </w:rPr>
        <w:t xml:space="preserve">(40:20) [23:57:40] </w:t>
      </w:r>
      <w:r>
        <w:rPr>
          <w:rFonts w:ascii="Times New Roman" w:hAnsi="Times New Roman"/>
          <w:b/>
          <w:sz w:val="24"/>
        </w:rPr>
        <w:t>Officer Williams:</w:t>
      </w:r>
      <w:r>
        <w:rPr>
          <w:rFonts w:ascii="Times New Roman" w:hAnsi="Times New Roman"/>
          <w:b w:val="0"/>
          <w:sz w:val="24"/>
        </w:rPr>
        <w:t xml:space="preserve"> So, how long does he have this $2,200?</w:t>
      </w:r>
    </w:p>
    <w:p>
      <w:pPr>
        <w:spacing w:before="0" w:after="0" w:line="276" w:lineRule="exact"/>
      </w:pPr>
      <w:r>
        <w:rPr>
          <w:rFonts w:ascii="Times New Roman" w:hAnsi="Times New Roman"/>
          <w:b w:val="0"/>
          <w:sz w:val="24"/>
        </w:rPr>
        <w:t xml:space="preserve">(40:22) [23:57:42] </w:t>
      </w:r>
      <w:r>
        <w:rPr>
          <w:rFonts w:ascii="Times New Roman" w:hAnsi="Times New Roman"/>
          <w:b/>
          <w:sz w:val="24"/>
        </w:rPr>
        <w:t>Marissa Rodriguez:</w:t>
      </w:r>
      <w:r>
        <w:rPr>
          <w:rFonts w:ascii="Times New Roman" w:hAnsi="Times New Roman"/>
          <w:b w:val="0"/>
          <w:sz w:val="24"/>
        </w:rPr>
        <w:t xml:space="preserve"> Uh, since I got it, because he doesn't trust me.</w:t>
      </w:r>
    </w:p>
    <w:p>
      <w:pPr>
        <w:spacing w:before="0" w:after="0" w:line="276" w:lineRule="exact"/>
      </w:pPr>
      <w:r>
        <w:rPr>
          <w:rFonts w:ascii="Times New Roman" w:hAnsi="Times New Roman"/>
          <w:b w:val="0"/>
          <w:sz w:val="24"/>
        </w:rPr>
        <w:t xml:space="preserve">(40:23) [23:57:43] </w:t>
      </w:r>
      <w:r>
        <w:rPr>
          <w:rFonts w:ascii="Times New Roman" w:hAnsi="Times New Roman"/>
          <w:b/>
          <w:sz w:val="24"/>
        </w:rPr>
        <w:t>Officer Williams:</w:t>
      </w:r>
      <w:r>
        <w:rPr>
          <w:rFonts w:ascii="Times New Roman" w:hAnsi="Times New Roman"/>
          <w:b w:val="0"/>
          <w:sz w:val="24"/>
        </w:rPr>
        <w:t xml:space="preserve"> And when did you get it?</w:t>
      </w:r>
    </w:p>
    <w:p>
      <w:pPr>
        <w:spacing w:before="0" w:after="0" w:line="276" w:lineRule="exact"/>
      </w:pPr>
      <w:r>
        <w:rPr>
          <w:rFonts w:ascii="Times New Roman" w:hAnsi="Times New Roman"/>
          <w:b w:val="0"/>
          <w:sz w:val="24"/>
        </w:rPr>
        <w:t xml:space="preserve">(40:25) [23:57:45] </w:t>
      </w:r>
      <w:r>
        <w:rPr>
          <w:rFonts w:ascii="Times New Roman" w:hAnsi="Times New Roman"/>
          <w:b/>
          <w:sz w:val="24"/>
        </w:rPr>
        <w:t>Marissa Rodriguez:</w:t>
      </w:r>
      <w:r>
        <w:rPr>
          <w:rFonts w:ascii="Times New Roman" w:hAnsi="Times New Roman"/>
          <w:b w:val="0"/>
          <w:sz w:val="24"/>
        </w:rPr>
        <w:t xml:space="preserve"> Um, I wanted to -- when did we do it? I think it was in March when we did it.</w:t>
      </w:r>
    </w:p>
    <w:p>
      <w:pPr>
        <w:spacing w:before="0" w:after="0" w:line="276" w:lineRule="exact"/>
      </w:pPr>
      <w:r>
        <w:rPr>
          <w:rFonts w:ascii="Times New Roman" w:hAnsi="Times New Roman"/>
          <w:b w:val="0"/>
          <w:sz w:val="24"/>
        </w:rPr>
        <w:t xml:space="preserve">(40:37) [23:57:57] </w:t>
      </w:r>
      <w:r>
        <w:rPr>
          <w:rFonts w:ascii="Times New Roman" w:hAnsi="Times New Roman"/>
          <w:b/>
          <w:sz w:val="24"/>
        </w:rPr>
        <w:t>Marissa Rodriguez:</w:t>
      </w:r>
      <w:r>
        <w:rPr>
          <w:rFonts w:ascii="Times New Roman" w:hAnsi="Times New Roman"/>
          <w:b w:val="0"/>
          <w:sz w:val="24"/>
        </w:rPr>
        <w:t xml:space="preserve"> No? April. April.</w:t>
      </w:r>
    </w:p>
    <w:p>
      <w:pPr>
        <w:spacing w:before="0" w:after="0" w:line="276" w:lineRule="exact"/>
      </w:pPr>
      <w:r>
        <w:rPr>
          <w:rFonts w:ascii="Times New Roman" w:hAnsi="Times New Roman"/>
          <w:b w:val="0"/>
          <w:sz w:val="24"/>
        </w:rPr>
        <w:t xml:space="preserve">(40:40) [23:58:00] </w:t>
      </w:r>
      <w:r>
        <w:rPr>
          <w:rFonts w:ascii="Times New Roman" w:hAnsi="Times New Roman"/>
          <w:b/>
          <w:sz w:val="24"/>
        </w:rPr>
        <w:t>Officer Williams:</w:t>
      </w:r>
      <w:r>
        <w:rPr>
          <w:rFonts w:ascii="Times New Roman" w:hAnsi="Times New Roman"/>
          <w:b w:val="0"/>
          <w:sz w:val="24"/>
        </w:rPr>
        <w:t xml:space="preserve"> Well, yeah, tax deadline's April 15. And it's August 1st.</w:t>
      </w:r>
    </w:p>
    <w:p>
      <w:pPr>
        <w:spacing w:before="0" w:after="0" w:line="276" w:lineRule="exact"/>
      </w:pPr>
      <w:r>
        <w:rPr>
          <w:rFonts w:ascii="Times New Roman" w:hAnsi="Times New Roman"/>
          <w:b w:val="0"/>
          <w:sz w:val="24"/>
        </w:rPr>
        <w:t xml:space="preserve">(40:46) [23:58:06] </w:t>
      </w:r>
      <w:r>
        <w:rPr>
          <w:rFonts w:ascii="Times New Roman" w:hAnsi="Times New Roman"/>
          <w:b/>
          <w:sz w:val="24"/>
        </w:rPr>
        <w:t>Officer Williams:</w:t>
      </w:r>
      <w:r>
        <w:rPr>
          <w:rFonts w:ascii="Times New Roman" w:hAnsi="Times New Roman"/>
          <w:b w:val="0"/>
          <w:sz w:val="24"/>
        </w:rPr>
        <w:t xml:space="preserve"> So, you don't believe people can save money?</w:t>
      </w:r>
    </w:p>
    <w:p>
      <w:pPr>
        <w:spacing w:before="0" w:after="0" w:line="276" w:lineRule="exact"/>
      </w:pPr>
      <w:r>
        <w:rPr>
          <w:rFonts w:ascii="Times New Roman" w:hAnsi="Times New Roman"/>
          <w:b w:val="0"/>
          <w:sz w:val="24"/>
        </w:rPr>
        <w:t xml:space="preserve">(40:49) [23:58:09] </w:t>
      </w:r>
      <w:r>
        <w:rPr>
          <w:rFonts w:ascii="Times New Roman" w:hAnsi="Times New Roman"/>
          <w:b/>
          <w:sz w:val="24"/>
        </w:rPr>
        <w:t>Officer Williams:</w:t>
      </w:r>
      <w:r>
        <w:rPr>
          <w:rFonts w:ascii="Times New Roman" w:hAnsi="Times New Roman"/>
          <w:b w:val="0"/>
          <w:sz w:val="24"/>
        </w:rPr>
        <w:t xml:space="preserve"> You don't believe people can save money?</w:t>
      </w:r>
    </w:p>
    <w:p>
      <w:pPr>
        <w:spacing w:before="0" w:after="0" w:line="276" w:lineRule="exact"/>
      </w:pPr>
      <w:r>
        <w:rPr>
          <w:rFonts w:ascii="Times New Roman" w:hAnsi="Times New Roman"/>
          <w:b w:val="0"/>
          <w:sz w:val="24"/>
        </w:rPr>
        <w:t xml:space="preserve">(40:57) [23:58:17] </w:t>
      </w:r>
      <w:r>
        <w:rPr>
          <w:rFonts w:ascii="Times New Roman" w:hAnsi="Times New Roman"/>
          <w:b/>
          <w:sz w:val="24"/>
        </w:rPr>
        <w:t>Marissa Rodriguez:</w:t>
      </w:r>
      <w:r>
        <w:rPr>
          <w:rFonts w:ascii="Times New Roman" w:hAnsi="Times New Roman"/>
          <w:b w:val="0"/>
          <w:sz w:val="24"/>
        </w:rPr>
        <w:t xml:space="preserve"> Well, yeah, I believe people save money, but I don't believe that you can hold on to $2,200 for... I have more money put up at home.</w:t>
      </w:r>
    </w:p>
    <w:p>
      <w:pPr>
        <w:spacing w:before="0" w:after="0" w:line="276" w:lineRule="exact"/>
      </w:pPr>
      <w:r>
        <w:rPr>
          <w:rFonts w:ascii="Times New Roman" w:hAnsi="Times New Roman"/>
          <w:b w:val="0"/>
          <w:sz w:val="24"/>
        </w:rPr>
        <w:t xml:space="preserve">(41:01) [23:58:21] </w:t>
      </w:r>
      <w:r>
        <w:rPr>
          <w:rFonts w:ascii="Times New Roman" w:hAnsi="Times New Roman"/>
          <w:b/>
          <w:sz w:val="24"/>
        </w:rPr>
        <w:t>Officer Williams:</w:t>
      </w:r>
      <w:r>
        <w:rPr>
          <w:rFonts w:ascii="Times New Roman" w:hAnsi="Times New Roman"/>
          <w:b w:val="0"/>
          <w:sz w:val="24"/>
        </w:rPr>
        <w:t xml:space="preserve"> Four months. Four and a half months-ish? Three and a half, I guess?</w:t>
      </w:r>
    </w:p>
    <w:p>
      <w:pPr>
        <w:spacing w:before="0" w:after="0" w:line="276" w:lineRule="exact"/>
      </w:pPr>
      <w:r>
        <w:rPr>
          <w:rFonts w:ascii="Times New Roman" w:hAnsi="Times New Roman"/>
          <w:b w:val="0"/>
          <w:sz w:val="24"/>
        </w:rPr>
        <w:t xml:space="preserve">(41:11) [23:58:31] </w:t>
      </w:r>
      <w:r>
        <w:rPr>
          <w:rFonts w:ascii="Times New Roman" w:hAnsi="Times New Roman"/>
          <w:b/>
          <w:sz w:val="24"/>
        </w:rPr>
        <w:t>Marissa Rodriguez:</w:t>
      </w:r>
      <w:r>
        <w:rPr>
          <w:rFonts w:ascii="Times New Roman" w:hAnsi="Times New Roman"/>
          <w:b w:val="0"/>
          <w:sz w:val="24"/>
        </w:rPr>
        <w:t xml:space="preserve"> If y'all wanna go look at the HEB footage, he's the one who goes to the store all the time.</w:t>
      </w:r>
    </w:p>
    <w:p>
      <w:pPr>
        <w:spacing w:before="0" w:after="0" w:line="276" w:lineRule="exact"/>
      </w:pPr>
      <w:r>
        <w:rPr>
          <w:rFonts w:ascii="Times New Roman" w:hAnsi="Times New Roman"/>
          <w:b w:val="0"/>
          <w:sz w:val="24"/>
        </w:rPr>
        <w:t xml:space="preserve">(41:14) [23:58:34] </w:t>
      </w:r>
      <w:r>
        <w:rPr>
          <w:rFonts w:ascii="Times New Roman" w:hAnsi="Times New Roman"/>
          <w:b/>
          <w:sz w:val="24"/>
        </w:rPr>
        <w:t>Marissa Rodriguez:</w:t>
      </w:r>
      <w:r>
        <w:rPr>
          <w:rFonts w:ascii="Times New Roman" w:hAnsi="Times New Roman"/>
          <w:b w:val="0"/>
          <w:sz w:val="24"/>
        </w:rPr>
        <w:t xml:space="preserve"> I do not, and he does not trust me with money. I don't trust myself with money.</w:t>
      </w:r>
    </w:p>
    <w:p>
      <w:pPr>
        <w:spacing w:before="0" w:after="0" w:line="276" w:lineRule="exact"/>
      </w:pPr>
      <w:r>
        <w:rPr>
          <w:rFonts w:ascii="Times New Roman" w:hAnsi="Times New Roman"/>
          <w:b w:val="0"/>
          <w:sz w:val="24"/>
        </w:rPr>
        <w:t xml:space="preserve">(41:21) [23:58:41] </w:t>
      </w:r>
      <w:r>
        <w:rPr>
          <w:rFonts w:ascii="Times New Roman" w:hAnsi="Times New Roman"/>
          <w:b/>
          <w:sz w:val="24"/>
        </w:rPr>
        <w:t>Marissa Rodriguez:</w:t>
      </w:r>
      <w:r>
        <w:rPr>
          <w:rFonts w:ascii="Times New Roman" w:hAnsi="Times New Roman"/>
          <w:b w:val="0"/>
          <w:sz w:val="24"/>
        </w:rPr>
        <w:t xml:space="preserve"> So that's why I let him hold my money. You wanna look through my purse? I have no money in my purse.</w:t>
      </w:r>
    </w:p>
    <w:p>
      <w:pPr>
        <w:spacing w:before="0" w:after="0" w:line="276" w:lineRule="exact"/>
      </w:pPr>
      <w:r>
        <w:rPr>
          <w:rFonts w:ascii="Times New Roman" w:hAnsi="Times New Roman"/>
          <w:b w:val="0"/>
          <w:sz w:val="24"/>
        </w:rPr>
        <w:t xml:space="preserve">(41:34) [23:58:54] </w:t>
      </w:r>
      <w:r>
        <w:rPr>
          <w:rFonts w:ascii="Times New Roman" w:hAnsi="Times New Roman"/>
          <w:b/>
          <w:sz w:val="24"/>
        </w:rPr>
        <w:t>Officer Williams:</w:t>
      </w:r>
      <w:r>
        <w:rPr>
          <w:rFonts w:ascii="Times New Roman" w:hAnsi="Times New Roman"/>
          <w:b w:val="0"/>
          <w:sz w:val="24"/>
        </w:rPr>
        <w:t xml:space="preserve"> Hold on, let me talk to him real quick.</w:t>
      </w:r>
    </w:p>
    <w:p>
      <w:pPr>
        <w:spacing w:before="0" w:after="0" w:line="276" w:lineRule="exact"/>
      </w:pPr>
      <w:r>
        <w:rPr>
          <w:rFonts w:ascii="Times New Roman" w:hAnsi="Times New Roman"/>
          <w:b w:val="0"/>
          <w:sz w:val="24"/>
        </w:rPr>
        <w:t xml:space="preserve">(41:43) [23:59:03] </w:t>
      </w:r>
      <w:r>
        <w:rPr>
          <w:rFonts w:ascii="Times New Roman" w:hAnsi="Times New Roman"/>
          <w:b/>
          <w:sz w:val="24"/>
        </w:rPr>
        <w:t>Isaiah Rodriguez:</w:t>
      </w:r>
      <w:r>
        <w:rPr>
          <w:rFonts w:ascii="Times New Roman" w:hAnsi="Times New Roman"/>
          <w:b w:val="0"/>
          <w:sz w:val="24"/>
        </w:rPr>
        <w:t xml:space="preserve"> Yeah, like for real, like really we got put over in income in Oklahoma and same shit.</w:t>
      </w:r>
    </w:p>
    <w:p>
      <w:pPr>
        <w:spacing w:before="0" w:after="0" w:line="276" w:lineRule="exact"/>
      </w:pPr>
      <w:r>
        <w:rPr>
          <w:rFonts w:ascii="Times New Roman" w:hAnsi="Times New Roman"/>
          <w:b w:val="0"/>
          <w:sz w:val="24"/>
        </w:rPr>
        <w:t xml:space="preserve">(41:44) [23:59:04] </w:t>
      </w:r>
      <w:r>
        <w:rPr>
          <w:rFonts w:ascii="Times New Roman" w:hAnsi="Times New Roman"/>
          <w:b/>
          <w:sz w:val="24"/>
        </w:rPr>
        <w:t>Officer Williams:</w:t>
      </w:r>
      <w:r>
        <w:rPr>
          <w:rFonts w:ascii="Times New Roman" w:hAnsi="Times New Roman"/>
          <w:b w:val="0"/>
          <w:sz w:val="24"/>
        </w:rPr>
        <w:t xml:space="preserve"> Why do y'all have so much money?</w:t>
      </w:r>
    </w:p>
    <w:p>
      <w:pPr>
        <w:spacing w:before="0" w:after="0" w:line="276" w:lineRule="exact"/>
      </w:pPr>
      <w:r>
        <w:rPr>
          <w:rFonts w:ascii="Times New Roman" w:hAnsi="Times New Roman"/>
          <w:b w:val="0"/>
          <w:sz w:val="24"/>
        </w:rPr>
        <w:t xml:space="preserve">(41:47) [23:59:07] </w:t>
      </w:r>
      <w:r>
        <w:rPr>
          <w:rFonts w:ascii="Times New Roman" w:hAnsi="Times New Roman"/>
          <w:b/>
          <w:sz w:val="24"/>
        </w:rPr>
        <w:t>Isaiah Rodriguez:</w:t>
      </w:r>
      <w:r>
        <w:rPr>
          <w:rFonts w:ascii="Times New Roman" w:hAnsi="Times New Roman"/>
          <w:b w:val="0"/>
          <w:sz w:val="24"/>
        </w:rPr>
        <w:t xml:space="preserve"> Uh, it's income tax time. We came down here to gamble and we lost $9,000.</w:t>
      </w:r>
    </w:p>
    <w:p>
      <w:pPr>
        <w:spacing w:before="0" w:after="0" w:line="276" w:lineRule="exact"/>
      </w:pPr>
      <w:r>
        <w:rPr>
          <w:rFonts w:ascii="Times New Roman" w:hAnsi="Times New Roman"/>
          <w:b w:val="0"/>
          <w:sz w:val="24"/>
        </w:rPr>
        <w:t xml:space="preserve">(42:34) [23:59:54] </w:t>
      </w:r>
      <w:r>
        <w:rPr>
          <w:rFonts w:ascii="Times New Roman" w:hAnsi="Times New Roman"/>
          <w:b/>
          <w:sz w:val="24"/>
        </w:rPr>
        <w:t>Officer Williams:</w:t>
      </w:r>
      <w:r>
        <w:rPr>
          <w:rFonts w:ascii="Times New Roman" w:hAnsi="Times New Roman"/>
          <w:b w:val="0"/>
          <w:sz w:val="24"/>
        </w:rPr>
        <w:t xml:space="preserve"> Here's my thing, right? I'm as cool as you allow me to be. You're allowed to be upset, frustrated, I get it. But there's a way you go about it. You don't come out hot, cuz then that's where everybody else gets all up in arms. I don't do the whole disrespect bit.</w:t>
      </w:r>
    </w:p>
    <w:p>
      <w:pPr>
        <w:spacing w:before="0" w:after="0" w:line="276" w:lineRule="exact"/>
      </w:pPr>
      <w:r>
        <w:rPr>
          <w:rFonts w:ascii="Times New Roman" w:hAnsi="Times New Roman"/>
          <w:b w:val="0"/>
          <w:sz w:val="24"/>
        </w:rPr>
        <w:t xml:space="preserve">(42:58) [00:00:18] </w:t>
      </w:r>
      <w:r>
        <w:rPr>
          <w:rFonts w:ascii="Times New Roman" w:hAnsi="Times New Roman"/>
          <w:b/>
          <w:sz w:val="24"/>
        </w:rPr>
        <w:t>Officer Williams:</w:t>
      </w:r>
      <w:r>
        <w:rPr>
          <w:rFonts w:ascii="Times New Roman" w:hAnsi="Times New Roman"/>
          <w:b w:val="0"/>
          <w:sz w:val="24"/>
        </w:rPr>
        <w:t xml:space="preserve"> All I asked is why he was pulled over, and you said you have to ask the officer that pulled him over.</w:t>
      </w:r>
    </w:p>
    <w:p>
      <w:pPr>
        <w:spacing w:before="0" w:after="0" w:line="276" w:lineRule="exact"/>
      </w:pPr>
      <w:r>
        <w:rPr>
          <w:rFonts w:ascii="Times New Roman" w:hAnsi="Times New Roman"/>
          <w:b w:val="0"/>
          <w:sz w:val="24"/>
        </w:rPr>
        <w:t xml:space="preserve">(43:04) [00:00:24] </w:t>
      </w:r>
      <w:r>
        <w:rPr>
          <w:rFonts w:ascii="Times New Roman" w:hAnsi="Times New Roman"/>
          <w:b/>
          <w:sz w:val="24"/>
        </w:rPr>
        <w:t>Officer Williams:</w:t>
      </w:r>
      <w:r>
        <w:rPr>
          <w:rFonts w:ascii="Times New Roman" w:hAnsi="Times New Roman"/>
          <w:b w:val="0"/>
          <w:sz w:val="24"/>
        </w:rPr>
        <w:t xml:space="preserve"> All I asked you was why he was pulled over, and you said you have to ask the officer who pulled him over.</w:t>
      </w:r>
    </w:p>
    <w:p>
      <w:pPr>
        <w:spacing w:before="0" w:after="0" w:line="276" w:lineRule="exact"/>
      </w:pPr>
      <w:r>
        <w:rPr>
          <w:rFonts w:ascii="Times New Roman" w:hAnsi="Times New Roman"/>
          <w:b w:val="0"/>
          <w:sz w:val="24"/>
        </w:rPr>
        <w:t xml:space="preserve">(43:05) [00:00:25] </w:t>
      </w:r>
      <w:r>
        <w:rPr>
          <w:rFonts w:ascii="Times New Roman" w:hAnsi="Times New Roman"/>
          <w:b/>
          <w:sz w:val="24"/>
        </w:rPr>
        <w:t>Marissa Rodriguez:</w:t>
      </w:r>
      <w:r>
        <w:rPr>
          <w:rFonts w:ascii="Times New Roman" w:hAnsi="Times New Roman"/>
          <w:b w:val="0"/>
          <w:sz w:val="24"/>
        </w:rPr>
        <w:t xml:space="preserve"> Correct.</w:t>
      </w:r>
    </w:p>
    <w:p>
      <w:pPr>
        <w:spacing w:before="0" w:after="0" w:line="276" w:lineRule="exact"/>
      </w:pPr>
      <w:r>
        <w:rPr>
          <w:rFonts w:ascii="Times New Roman" w:hAnsi="Times New Roman"/>
          <w:b w:val="0"/>
          <w:sz w:val="24"/>
        </w:rPr>
        <w:t xml:space="preserve">(43:16) [00:00:36] </w:t>
      </w:r>
      <w:r>
        <w:rPr>
          <w:rFonts w:ascii="Times New Roman" w:hAnsi="Times New Roman"/>
          <w:b/>
          <w:sz w:val="24"/>
        </w:rPr>
        <w:t>Officer Williams:</w:t>
      </w:r>
      <w:r>
        <w:rPr>
          <w:rFonts w:ascii="Times New Roman" w:hAnsi="Times New Roman"/>
          <w:b w:val="0"/>
          <w:sz w:val="24"/>
        </w:rPr>
        <w:t xml:space="preserve"> Ma'am, can we have you --</w:t>
      </w:r>
    </w:p>
    <w:p>
      <w:pPr>
        <w:spacing w:before="0" w:after="0" w:line="276" w:lineRule="exact"/>
      </w:pPr>
      <w:r>
        <w:rPr>
          <w:rFonts w:ascii="Times New Roman" w:hAnsi="Times New Roman"/>
          <w:b w:val="0"/>
          <w:sz w:val="24"/>
        </w:rPr>
        <w:t xml:space="preserve">(43:22) [00:00:42] </w:t>
      </w:r>
      <w:r>
        <w:rPr>
          <w:rFonts w:ascii="Times New Roman" w:hAnsi="Times New Roman"/>
          <w:b/>
          <w:sz w:val="24"/>
        </w:rPr>
        <w:t>Officer Williams:</w:t>
      </w:r>
      <w:r>
        <w:rPr>
          <w:rFonts w:ascii="Times New Roman" w:hAnsi="Times New Roman"/>
          <w:b w:val="0"/>
          <w:sz w:val="24"/>
        </w:rPr>
        <w:t xml:space="preserve"> But, just don't go any further from me, okay? I said don't go any further from me, please.</w:t>
      </w:r>
    </w:p>
    <w:p>
      <w:pPr>
        <w:spacing w:before="0" w:after="0" w:line="276" w:lineRule="exact"/>
      </w:pPr>
      <w:r>
        <w:rPr>
          <w:rFonts w:ascii="Times New Roman" w:hAnsi="Times New Roman"/>
          <w:b w:val="0"/>
          <w:sz w:val="24"/>
        </w:rPr>
        <w:t xml:space="preserve">(43:31) [00:00:51] </w:t>
      </w:r>
      <w:r>
        <w:rPr>
          <w:rFonts w:ascii="Times New Roman" w:hAnsi="Times New Roman"/>
          <w:b/>
          <w:sz w:val="24"/>
        </w:rPr>
        <w:t>Officer Williams:</w:t>
      </w:r>
      <w:r>
        <w:rPr>
          <w:rFonts w:ascii="Times New Roman" w:hAnsi="Times New Roman"/>
          <w:b w:val="0"/>
          <w:sz w:val="24"/>
        </w:rPr>
        <w:t xml:space="preserve"> Yeah, I'm not worried about you. I'm not. I've just got to keep my officer safe.</w:t>
      </w:r>
    </w:p>
    <w:p>
      <w:pPr>
        <w:spacing w:before="0" w:after="0" w:line="276" w:lineRule="exact"/>
      </w:pPr>
      <w:r>
        <w:rPr>
          <w:rFonts w:ascii="Times New Roman" w:hAnsi="Times New Roman"/>
          <w:b w:val="0"/>
          <w:sz w:val="24"/>
        </w:rPr>
        <w:t xml:space="preserve">(44:03) [00:01:23] </w:t>
      </w:r>
      <w:r>
        <w:rPr>
          <w:rFonts w:ascii="Times New Roman" w:hAnsi="Times New Roman"/>
          <w:b/>
          <w:sz w:val="24"/>
        </w:rPr>
        <w:t>Isaiah Rodriguez:</w:t>
      </w:r>
      <w:r>
        <w:rPr>
          <w:rFonts w:ascii="Times New Roman" w:hAnsi="Times New Roman"/>
          <w:b w:val="0"/>
          <w:sz w:val="24"/>
        </w:rPr>
        <w:t xml:space="preserve"> Aya, Aya, Aya, can you look and see if my son's phone's in the car?</w:t>
      </w:r>
    </w:p>
    <w:p>
      <w:pPr>
        <w:spacing w:before="0" w:after="0" w:line="276" w:lineRule="exact"/>
      </w:pPr>
      <w:r>
        <w:rPr>
          <w:rFonts w:ascii="Times New Roman" w:hAnsi="Times New Roman"/>
          <w:b w:val="0"/>
          <w:sz w:val="24"/>
        </w:rPr>
        <w:t xml:space="preserve">(44:06) [00:01:26] </w:t>
      </w:r>
      <w:r>
        <w:rPr>
          <w:rFonts w:ascii="Times New Roman" w:hAnsi="Times New Roman"/>
          <w:b/>
          <w:sz w:val="24"/>
        </w:rPr>
        <w:t>Officer Williams:</w:t>
      </w:r>
      <w:r>
        <w:rPr>
          <w:rFonts w:ascii="Times New Roman" w:hAnsi="Times New Roman"/>
          <w:b w:val="0"/>
          <w:sz w:val="24"/>
        </w:rPr>
        <w:t xml:space="preserve"> We'll ask them once they're done.</w:t>
      </w:r>
    </w:p>
    <w:p>
      <w:pPr>
        <w:spacing w:before="0" w:after="0" w:line="276" w:lineRule="exact"/>
      </w:pPr>
      <w:r>
        <w:rPr>
          <w:rFonts w:ascii="Times New Roman" w:hAnsi="Times New Roman"/>
          <w:b w:val="0"/>
          <w:sz w:val="24"/>
        </w:rPr>
        <w:t xml:space="preserve">(44:10) [00:01:30] </w:t>
      </w:r>
      <w:r>
        <w:rPr>
          <w:rFonts w:ascii="Times New Roman" w:hAnsi="Times New Roman"/>
          <w:b/>
          <w:sz w:val="24"/>
        </w:rPr>
        <w:t>Officer Williams:</w:t>
      </w:r>
      <w:r>
        <w:rPr>
          <w:rFonts w:ascii="Times New Roman" w:hAnsi="Times New Roman"/>
          <w:b w:val="0"/>
          <w:sz w:val="24"/>
        </w:rPr>
        <w:t xml:space="preserve"> My job right now is just security. That's it.</w:t>
      </w:r>
    </w:p>
    <w:p>
      <w:pPr>
        <w:spacing w:before="0" w:after="0" w:line="276" w:lineRule="exact"/>
      </w:pPr>
      <w:r>
        <w:rPr>
          <w:rFonts w:ascii="Times New Roman" w:hAnsi="Times New Roman"/>
          <w:b w:val="0"/>
          <w:sz w:val="24"/>
        </w:rPr>
        <w:t xml:space="preserve">(45:54) [00:03:14] </w:t>
      </w:r>
      <w:r>
        <w:rPr>
          <w:rFonts w:ascii="Times New Roman" w:hAnsi="Times New Roman"/>
          <w:b/>
          <w:sz w:val="24"/>
        </w:rPr>
        <w:t>Officer Williams:</w:t>
      </w:r>
      <w:r>
        <w:rPr>
          <w:rFonts w:ascii="Times New Roman" w:hAnsi="Times New Roman"/>
          <w:b w:val="0"/>
          <w:sz w:val="24"/>
        </w:rPr>
        <w:t xml:space="preserve"> He asked me to ask you if you would pick his dog up.</w:t>
      </w:r>
    </w:p>
    <w:p>
      <w:pPr>
        <w:spacing w:before="0" w:after="0" w:line="276" w:lineRule="exact"/>
      </w:pPr>
      <w:r>
        <w:rPr>
          <w:rFonts w:ascii="Times New Roman" w:hAnsi="Times New Roman"/>
          <w:b w:val="0"/>
          <w:sz w:val="24"/>
        </w:rPr>
        <w:t xml:space="preserve">(45:56) [00:03:16] </w:t>
      </w:r>
      <w:r>
        <w:rPr>
          <w:rFonts w:ascii="Times New Roman" w:hAnsi="Times New Roman"/>
          <w:b/>
          <w:sz w:val="24"/>
        </w:rPr>
        <w:t>Officer Williams:</w:t>
      </w:r>
      <w:r>
        <w:rPr>
          <w:rFonts w:ascii="Times New Roman" w:hAnsi="Times New Roman"/>
          <w:b w:val="0"/>
          <w:sz w:val="24"/>
        </w:rPr>
        <w:t xml:space="preserve"> I'm just letting you know. The dog and also the pee pads and the food and water.</w:t>
      </w:r>
    </w:p>
    <w:p>
      <w:pPr>
        <w:spacing w:before="0" w:after="0" w:line="276" w:lineRule="exact"/>
      </w:pPr>
      <w:r>
        <w:rPr>
          <w:rFonts w:ascii="Times New Roman" w:hAnsi="Times New Roman"/>
          <w:b w:val="0"/>
          <w:sz w:val="24"/>
        </w:rPr>
        <w:t xml:space="preserve">(46:03) [00:03:23] </w:t>
      </w:r>
      <w:r>
        <w:rPr>
          <w:rFonts w:ascii="Times New Roman" w:hAnsi="Times New Roman"/>
          <w:b/>
          <w:sz w:val="24"/>
        </w:rPr>
        <w:t>Officer Williams:</w:t>
      </w:r>
      <w:r>
        <w:rPr>
          <w:rFonts w:ascii="Times New Roman" w:hAnsi="Times New Roman"/>
          <w:b w:val="0"/>
          <w:sz w:val="24"/>
        </w:rPr>
        <w:t xml:space="preserve"> Is there a -- did y'all find another phone in there?</w:t>
      </w:r>
    </w:p>
    <w:p>
      <w:pPr>
        <w:spacing w:before="0" w:after="0" w:line="276" w:lineRule="exact"/>
      </w:pPr>
      <w:r>
        <w:rPr>
          <w:rFonts w:ascii="Times New Roman" w:hAnsi="Times New Roman"/>
          <w:b w:val="0"/>
          <w:sz w:val="24"/>
        </w:rPr>
        <w:t xml:space="preserve">(46:05) [00:03:25] </w:t>
      </w:r>
      <w:r>
        <w:rPr>
          <w:rFonts w:ascii="Times New Roman" w:hAnsi="Times New Roman"/>
          <w:b/>
          <w:sz w:val="24"/>
        </w:rPr>
        <w:t>Isaiah Rodriguez:</w:t>
      </w:r>
      <w:r>
        <w:rPr>
          <w:rFonts w:ascii="Times New Roman" w:hAnsi="Times New Roman"/>
          <w:b w:val="0"/>
          <w:sz w:val="24"/>
        </w:rPr>
        <w:t xml:space="preserve"> So you're not going to give me my kids' money?</w:t>
      </w:r>
    </w:p>
    <w:p>
      <w:pPr>
        <w:spacing w:before="0" w:after="0" w:line="276" w:lineRule="exact"/>
      </w:pPr>
      <w:r>
        <w:rPr>
          <w:rFonts w:ascii="Times New Roman" w:hAnsi="Times New Roman"/>
          <w:b w:val="0"/>
          <w:sz w:val="24"/>
        </w:rPr>
        <w:t xml:space="preserve">(46:05) [00:03:25] </w:t>
      </w:r>
      <w:r>
        <w:rPr>
          <w:rFonts w:ascii="Times New Roman" w:hAnsi="Times New Roman"/>
          <w:b/>
          <w:sz w:val="24"/>
        </w:rPr>
        <w:t>Officer Williams:</w:t>
      </w:r>
      <w:r>
        <w:rPr>
          <w:rFonts w:ascii="Times New Roman" w:hAnsi="Times New Roman"/>
          <w:b w:val="0"/>
          <w:sz w:val="24"/>
        </w:rPr>
        <w:t xml:space="preserve"> No.</w:t>
      </w:r>
    </w:p>
    <w:p>
      <w:pPr>
        <w:spacing w:before="0" w:after="0" w:line="276" w:lineRule="exact"/>
      </w:pPr>
      <w:r>
        <w:rPr>
          <w:rFonts w:ascii="Times New Roman" w:hAnsi="Times New Roman"/>
          <w:b w:val="0"/>
          <w:sz w:val="24"/>
        </w:rPr>
        <w:t xml:space="preserve">(46:07) [00:03:27] </w:t>
      </w:r>
      <w:r>
        <w:rPr>
          <w:rFonts w:ascii="Times New Roman" w:hAnsi="Times New Roman"/>
          <w:b/>
          <w:sz w:val="24"/>
        </w:rPr>
        <w:t>Officer Williams:</w:t>
      </w:r>
      <w:r>
        <w:rPr>
          <w:rFonts w:ascii="Times New Roman" w:hAnsi="Times New Roman"/>
          <w:b w:val="0"/>
          <w:sz w:val="24"/>
        </w:rPr>
        <w:t xml:space="preserve"> Did y'all find another phone in there?</w:t>
      </w:r>
    </w:p>
    <w:p>
      <w:pPr>
        <w:spacing w:before="0" w:after="0" w:line="276" w:lineRule="exact"/>
      </w:pPr>
      <w:r>
        <w:rPr>
          <w:rFonts w:ascii="Times New Roman" w:hAnsi="Times New Roman"/>
          <w:b w:val="0"/>
          <w:sz w:val="24"/>
        </w:rPr>
        <w:t xml:space="preserve">(46:07) [00:03:27] </w:t>
      </w:r>
      <w:r>
        <w:rPr>
          <w:rFonts w:ascii="Times New Roman" w:hAnsi="Times New Roman"/>
          <w:b/>
          <w:sz w:val="24"/>
        </w:rPr>
        <w:t>Officer Williams:</w:t>
      </w:r>
      <w:r>
        <w:rPr>
          <w:rFonts w:ascii="Times New Roman" w:hAnsi="Times New Roman"/>
          <w:b w:val="0"/>
          <w:sz w:val="24"/>
        </w:rPr>
        <w:t xml:space="preserve"> In here? Like a small phone?</w:t>
      </w:r>
    </w:p>
    <w:p>
      <w:pPr>
        <w:spacing w:before="0" w:after="0" w:line="276" w:lineRule="exact"/>
      </w:pPr>
      <w:r>
        <w:rPr>
          <w:rFonts w:ascii="Times New Roman" w:hAnsi="Times New Roman"/>
          <w:b w:val="0"/>
          <w:sz w:val="24"/>
        </w:rPr>
        <w:t xml:space="preserve">(46:08) [00:03:28] </w:t>
      </w:r>
      <w:r>
        <w:rPr>
          <w:rFonts w:ascii="Times New Roman" w:hAnsi="Times New Roman"/>
          <w:b/>
          <w:sz w:val="24"/>
        </w:rPr>
        <w:t>Isaiah Rodriguez:</w:t>
      </w:r>
      <w:r>
        <w:rPr>
          <w:rFonts w:ascii="Times New Roman" w:hAnsi="Times New Roman"/>
          <w:b w:val="0"/>
          <w:sz w:val="24"/>
        </w:rPr>
        <w:t xml:space="preserve"> Yes.</w:t>
      </w:r>
    </w:p>
    <w:p>
      <w:pPr>
        <w:spacing w:before="0" w:after="0" w:line="276" w:lineRule="exact"/>
      </w:pPr>
      <w:r>
        <w:rPr>
          <w:rFonts w:ascii="Times New Roman" w:hAnsi="Times New Roman"/>
          <w:b w:val="0"/>
          <w:sz w:val="24"/>
        </w:rPr>
        <w:t xml:space="preserve">(46:18) [00:03:38] </w:t>
      </w:r>
      <w:r>
        <w:rPr>
          <w:rFonts w:ascii="Times New Roman" w:hAnsi="Times New Roman"/>
          <w:b/>
          <w:sz w:val="24"/>
        </w:rPr>
        <w:t>Officer Williams:</w:t>
      </w:r>
      <w:r>
        <w:rPr>
          <w:rFonts w:ascii="Times New Roman" w:hAnsi="Times New Roman"/>
          <w:b w:val="0"/>
          <w:sz w:val="24"/>
        </w:rPr>
        <w:t xml:space="preserve"> Yeah, it's going to be her son's.</w:t>
      </w:r>
    </w:p>
    <w:p>
      <w:pPr>
        <w:spacing w:before="0" w:after="0" w:line="276" w:lineRule="exact"/>
      </w:pPr>
      <w:r>
        <w:rPr>
          <w:rFonts w:ascii="Times New Roman" w:hAnsi="Times New Roman"/>
          <w:b w:val="0"/>
          <w:sz w:val="24"/>
        </w:rPr>
        <w:t xml:space="preserve">(46:20) [00:03:40] </w:t>
      </w:r>
      <w:r>
        <w:rPr>
          <w:rFonts w:ascii="Times New Roman" w:hAnsi="Times New Roman"/>
          <w:b/>
          <w:sz w:val="24"/>
        </w:rPr>
        <w:t>Isaiah Rodriguez:</w:t>
      </w:r>
      <w:r>
        <w:rPr>
          <w:rFonts w:ascii="Times New Roman" w:hAnsi="Times New Roman"/>
          <w:b w:val="0"/>
          <w:sz w:val="24"/>
        </w:rPr>
        <w:t xml:space="preserve"> I can't get close to you because I might get shot.</w:t>
      </w:r>
    </w:p>
    <w:p>
      <w:pPr>
        <w:spacing w:before="0" w:after="0" w:line="276" w:lineRule="exact"/>
      </w:pPr>
      <w:r>
        <w:rPr>
          <w:rFonts w:ascii="Times New Roman" w:hAnsi="Times New Roman"/>
          <w:b w:val="0"/>
          <w:sz w:val="24"/>
        </w:rPr>
        <w:t xml:space="preserve">(46:20) [00:03:40] </w:t>
      </w:r>
      <w:r>
        <w:rPr>
          <w:rFonts w:ascii="Times New Roman" w:hAnsi="Times New Roman"/>
          <w:b/>
          <w:sz w:val="24"/>
        </w:rPr>
        <w:t>Officer Williams:</w:t>
      </w:r>
      <w:r>
        <w:rPr>
          <w:rFonts w:ascii="Times New Roman" w:hAnsi="Times New Roman"/>
          <w:b w:val="0"/>
          <w:sz w:val="24"/>
        </w:rPr>
        <w:t xml:space="preserve"> Nope. You're not going to get shot.</w:t>
      </w:r>
    </w:p>
    <w:p>
      <w:pPr>
        <w:spacing w:before="0" w:after="0" w:line="276" w:lineRule="exact"/>
      </w:pPr>
      <w:r>
        <w:rPr>
          <w:rFonts w:ascii="Times New Roman" w:hAnsi="Times New Roman"/>
          <w:b w:val="0"/>
          <w:sz w:val="24"/>
        </w:rPr>
        <w:t xml:space="preserve">(46:23) [00:03:43] </w:t>
      </w:r>
      <w:r>
        <w:rPr>
          <w:rFonts w:ascii="Times New Roman" w:hAnsi="Times New Roman"/>
          <w:b/>
          <w:sz w:val="24"/>
        </w:rPr>
        <w:t>Officer Williams:</w:t>
      </w:r>
      <w:r>
        <w:rPr>
          <w:rFonts w:ascii="Times New Roman" w:hAnsi="Times New Roman"/>
          <w:b w:val="0"/>
          <w:sz w:val="24"/>
        </w:rPr>
        <w:t xml:space="preserve"> This one?</w:t>
      </w:r>
    </w:p>
    <w:p>
      <w:pPr>
        <w:spacing w:before="0" w:after="0" w:line="276" w:lineRule="exact"/>
      </w:pPr>
      <w:r>
        <w:rPr>
          <w:rFonts w:ascii="Times New Roman" w:hAnsi="Times New Roman"/>
          <w:b w:val="0"/>
          <w:sz w:val="24"/>
        </w:rPr>
        <w:t xml:space="preserve">(46:23) [00:03:43] </w:t>
      </w:r>
      <w:r>
        <w:rPr>
          <w:rFonts w:ascii="Times New Roman" w:hAnsi="Times New Roman"/>
          <w:b/>
          <w:sz w:val="24"/>
        </w:rPr>
        <w:t>Officer Williams:</w:t>
      </w:r>
      <w:r>
        <w:rPr>
          <w:rFonts w:ascii="Times New Roman" w:hAnsi="Times New Roman"/>
          <w:b w:val="0"/>
          <w:sz w:val="24"/>
        </w:rPr>
        <w:t xml:space="preserve"> No. Okay, that's the only one I've found.</w:t>
      </w:r>
    </w:p>
    <w:p>
      <w:pPr>
        <w:spacing w:before="0" w:after="0" w:line="276" w:lineRule="exact"/>
      </w:pPr>
      <w:r>
        <w:rPr>
          <w:rFonts w:ascii="Times New Roman" w:hAnsi="Times New Roman"/>
          <w:b w:val="0"/>
          <w:sz w:val="24"/>
        </w:rPr>
        <w:t xml:space="preserve">(47:40) [00:05:00] </w:t>
      </w:r>
      <w:r>
        <w:rPr>
          <w:rFonts w:ascii="Times New Roman" w:hAnsi="Times New Roman"/>
          <w:b/>
          <w:sz w:val="24"/>
        </w:rPr>
        <w:t>Officer Williams:</w:t>
      </w:r>
      <w:r>
        <w:rPr>
          <w:rFonts w:ascii="Times New Roman" w:hAnsi="Times New Roman"/>
          <w:b w:val="0"/>
          <w:sz w:val="24"/>
        </w:rPr>
        <w:t xml:space="preserve"> Do you have a valid driver's license?</w:t>
      </w:r>
    </w:p>
    <w:p>
      <w:pPr>
        <w:spacing w:before="0" w:after="0" w:line="276" w:lineRule="exact"/>
      </w:pPr>
      <w:r>
        <w:rPr>
          <w:rFonts w:ascii="Times New Roman" w:hAnsi="Times New Roman"/>
          <w:b w:val="0"/>
          <w:sz w:val="24"/>
        </w:rPr>
        <w:t xml:space="preserve">(47:51) [00:05:11] </w:t>
      </w:r>
      <w:r>
        <w:rPr>
          <w:rFonts w:ascii="Times New Roman" w:hAnsi="Times New Roman"/>
          <w:b/>
          <w:sz w:val="24"/>
        </w:rPr>
        <w:t>Marissa Rodriguez:</w:t>
      </w:r>
      <w:r>
        <w:rPr>
          <w:rFonts w:ascii="Times New Roman" w:hAnsi="Times New Roman"/>
          <w:b w:val="0"/>
          <w:sz w:val="24"/>
        </w:rPr>
        <w:t xml:space="preserve"> No, I don't.</w:t>
      </w:r>
    </w:p>
    <w:p>
      <w:pPr>
        <w:spacing w:before="0" w:after="0" w:line="276" w:lineRule="exact"/>
      </w:pPr>
      <w:r>
        <w:rPr>
          <w:rFonts w:ascii="Times New Roman" w:hAnsi="Times New Roman"/>
          <w:b w:val="0"/>
          <w:sz w:val="24"/>
        </w:rPr>
        <w:t xml:space="preserve">(49:36) [00:06:56] </w:t>
      </w:r>
      <w:r>
        <w:rPr>
          <w:rFonts w:ascii="Times New Roman" w:hAnsi="Times New Roman"/>
          <w:b/>
          <w:sz w:val="24"/>
        </w:rPr>
        <w:t>Marissa Rodriguez:</w:t>
      </w:r>
      <w:r>
        <w:rPr>
          <w:rFonts w:ascii="Times New Roman" w:hAnsi="Times New Roman"/>
          <w:b w:val="0"/>
          <w:sz w:val="24"/>
        </w:rPr>
        <w:t xml:space="preserve"> So, what is he going to jail for?</w:t>
      </w:r>
    </w:p>
    <w:p>
      <w:pPr>
        <w:spacing w:before="0" w:after="0" w:line="276" w:lineRule="exact"/>
      </w:pPr>
      <w:r>
        <w:rPr>
          <w:rFonts w:ascii="Times New Roman" w:hAnsi="Times New Roman"/>
          <w:b w:val="0"/>
          <w:sz w:val="24"/>
        </w:rPr>
        <w:t xml:space="preserve">(49:41) [00:07:01] </w:t>
      </w:r>
      <w:r>
        <w:rPr>
          <w:rFonts w:ascii="Times New Roman" w:hAnsi="Times New Roman"/>
          <w:b/>
          <w:sz w:val="24"/>
        </w:rPr>
        <w:t>Officer Williams:</w:t>
      </w:r>
      <w:r>
        <w:rPr>
          <w:rFonts w:ascii="Times New Roman" w:hAnsi="Times New Roman"/>
          <w:b w:val="0"/>
          <w:sz w:val="24"/>
        </w:rPr>
        <w:t xml:space="preserve"> Again, ma'am, I think you underestimate my involvement in this. I'm literally here just for security.</w:t>
      </w:r>
    </w:p>
    <w:p>
      <w:pPr>
        <w:spacing w:before="0" w:after="0" w:line="276" w:lineRule="exact"/>
      </w:pPr>
      <w:r>
        <w:rPr>
          <w:rFonts w:ascii="Times New Roman" w:hAnsi="Times New Roman"/>
          <w:b w:val="0"/>
          <w:sz w:val="24"/>
        </w:rPr>
        <w:t xml:space="preserve">(49:45) [00:07:05] </w:t>
      </w:r>
      <w:r>
        <w:rPr>
          <w:rFonts w:ascii="Times New Roman" w:hAnsi="Times New Roman"/>
          <w:b/>
          <w:sz w:val="24"/>
        </w:rPr>
        <w:t>Marissa Rodriguez:</w:t>
      </w:r>
      <w:r>
        <w:rPr>
          <w:rFonts w:ascii="Times New Roman" w:hAnsi="Times New Roman"/>
          <w:b w:val="0"/>
          <w:sz w:val="24"/>
        </w:rPr>
        <w:t xml:space="preserve"> Oh, so you're not a cop then?</w:t>
      </w:r>
    </w:p>
    <w:p>
      <w:pPr>
        <w:spacing w:before="0" w:after="0" w:line="276" w:lineRule="exact"/>
      </w:pPr>
      <w:r>
        <w:rPr>
          <w:rFonts w:ascii="Times New Roman" w:hAnsi="Times New Roman"/>
          <w:b w:val="0"/>
          <w:sz w:val="24"/>
        </w:rPr>
        <w:t xml:space="preserve">(49:45) [00:07:05] </w:t>
      </w:r>
      <w:r>
        <w:rPr>
          <w:rFonts w:ascii="Times New Roman" w:hAnsi="Times New Roman"/>
          <w:b/>
          <w:sz w:val="24"/>
        </w:rPr>
        <w:t>Officer Williams:</w:t>
      </w:r>
      <w:r>
        <w:rPr>
          <w:rFonts w:ascii="Times New Roman" w:hAnsi="Times New Roman"/>
          <w:b w:val="0"/>
          <w:sz w:val="24"/>
        </w:rPr>
        <w:t xml:space="preserve"> Oh, I'm a cop. I just -- my job is to make sure that they're safe. That's it.</w:t>
      </w:r>
    </w:p>
    <w:p>
      <w:pPr>
        <w:spacing w:before="0" w:after="0" w:line="276" w:lineRule="exact"/>
      </w:pPr>
      <w:r>
        <w:rPr>
          <w:rFonts w:ascii="Times New Roman" w:hAnsi="Times New Roman"/>
          <w:b w:val="0"/>
          <w:sz w:val="24"/>
        </w:rPr>
        <w:t xml:space="preserve">(50:21) [00:07:41] </w:t>
      </w:r>
      <w:r>
        <w:rPr>
          <w:rFonts w:ascii="Times New Roman" w:hAnsi="Times New Roman"/>
          <w:b/>
          <w:sz w:val="24"/>
        </w:rPr>
        <w:t>Marissa Rodriguez:</w:t>
      </w:r>
      <w:r>
        <w:rPr>
          <w:rFonts w:ascii="Times New Roman" w:hAnsi="Times New Roman"/>
          <w:b w:val="0"/>
          <w:sz w:val="24"/>
        </w:rPr>
        <w:t xml:space="preserve"> Did you give them permission to search the car?</w:t>
      </w:r>
    </w:p>
    <w:p>
      <w:pPr>
        <w:spacing w:before="0" w:after="0" w:line="276" w:lineRule="exact"/>
      </w:pPr>
      <w:r>
        <w:rPr>
          <w:rFonts w:ascii="Times New Roman" w:hAnsi="Times New Roman"/>
          <w:b w:val="0"/>
          <w:sz w:val="24"/>
        </w:rPr>
        <w:t xml:space="preserve">(50:29) [00:07:49] </w:t>
      </w:r>
      <w:r>
        <w:rPr>
          <w:rFonts w:ascii="Times New Roman" w:hAnsi="Times New Roman"/>
          <w:b/>
          <w:sz w:val="24"/>
        </w:rPr>
        <w:t>Officer Williams:</w:t>
      </w:r>
      <w:r>
        <w:rPr>
          <w:rFonts w:ascii="Times New Roman" w:hAnsi="Times New Roman"/>
          <w:b w:val="0"/>
          <w:sz w:val="24"/>
        </w:rPr>
        <w:t xml:space="preserve"> Well, they searched the car.</w:t>
      </w:r>
    </w:p>
    <w:p>
      <w:pPr>
        <w:spacing w:before="0" w:after="0" w:line="276" w:lineRule="exact"/>
      </w:pPr>
      <w:r>
        <w:rPr>
          <w:rFonts w:ascii="Times New Roman" w:hAnsi="Times New Roman"/>
          <w:b w:val="0"/>
          <w:sz w:val="24"/>
        </w:rPr>
        <w:t xml:space="preserve">(50:39) [00:07:59] </w:t>
      </w:r>
      <w:r>
        <w:rPr>
          <w:rFonts w:ascii="Times New Roman" w:hAnsi="Times New Roman"/>
          <w:b/>
          <w:sz w:val="24"/>
        </w:rPr>
        <w:t>Marissa Rodriguez:</w:t>
      </w:r>
      <w:r>
        <w:rPr>
          <w:rFonts w:ascii="Times New Roman" w:hAnsi="Times New Roman"/>
          <w:b w:val="0"/>
          <w:sz w:val="24"/>
        </w:rPr>
        <w:t xml:space="preserve"> I don't know if there was a reek of marijuana in there, because he doesn't smoke.</w:t>
      </w:r>
    </w:p>
    <w:p>
      <w:pPr>
        <w:spacing w:before="0" w:after="0" w:line="276" w:lineRule="exact"/>
      </w:pPr>
      <w:r>
        <w:rPr>
          <w:rFonts w:ascii="Times New Roman" w:hAnsi="Times New Roman"/>
          <w:b w:val="0"/>
          <w:sz w:val="24"/>
        </w:rPr>
        <w:t xml:space="preserve">(50:42) [00:08:02] </w:t>
      </w:r>
      <w:r>
        <w:rPr>
          <w:rFonts w:ascii="Times New Roman" w:hAnsi="Times New Roman"/>
          <w:b/>
          <w:sz w:val="24"/>
        </w:rPr>
        <w:t>Officer Williams:</w:t>
      </w:r>
      <w:r>
        <w:rPr>
          <w:rFonts w:ascii="Times New Roman" w:hAnsi="Times New Roman"/>
          <w:b w:val="0"/>
          <w:sz w:val="24"/>
        </w:rPr>
        <w:t xml:space="preserve"> Do you want to know why we searched the car?</w:t>
      </w:r>
    </w:p>
    <w:p>
      <w:pPr>
        <w:spacing w:before="0" w:after="0" w:line="276" w:lineRule="exact"/>
      </w:pPr>
      <w:r>
        <w:rPr>
          <w:rFonts w:ascii="Times New Roman" w:hAnsi="Times New Roman"/>
          <w:b w:val="0"/>
          <w:sz w:val="24"/>
        </w:rPr>
        <w:t xml:space="preserve">(50:48) [00:08:08] </w:t>
      </w:r>
      <w:r>
        <w:rPr>
          <w:rFonts w:ascii="Times New Roman" w:hAnsi="Times New Roman"/>
          <w:b/>
          <w:sz w:val="24"/>
        </w:rPr>
        <w:t>Officer Williams:</w:t>
      </w:r>
      <w:r>
        <w:rPr>
          <w:rFonts w:ascii="Times New Roman" w:hAnsi="Times New Roman"/>
          <w:b w:val="0"/>
          <w:sz w:val="24"/>
        </w:rPr>
        <w:t xml:space="preserve"> That car right there, that officer standing in front of us, that's a K9 officer. They do a free-air sniff on a vehicle, K9 alerted to the odor of narcotics in the vehicle, therefore they search the vehicle off probable cause.</w:t>
      </w:r>
    </w:p>
    <w:p>
      <w:pPr>
        <w:spacing w:before="0" w:after="0" w:line="276" w:lineRule="exact"/>
      </w:pPr>
      <w:r>
        <w:rPr>
          <w:rFonts w:ascii="Times New Roman" w:hAnsi="Times New Roman"/>
          <w:b w:val="0"/>
          <w:sz w:val="24"/>
        </w:rPr>
        <w:t xml:space="preserve">(50:59) [00:08:19] </w:t>
      </w:r>
      <w:r>
        <w:rPr>
          <w:rFonts w:ascii="Times New Roman" w:hAnsi="Times New Roman"/>
          <w:b/>
          <w:sz w:val="24"/>
        </w:rPr>
        <w:t>Marissa Rodriguez:</w:t>
      </w:r>
      <w:r>
        <w:rPr>
          <w:rFonts w:ascii="Times New Roman" w:hAnsi="Times New Roman"/>
          <w:b w:val="0"/>
          <w:sz w:val="24"/>
        </w:rPr>
        <w:t xml:space="preserve"> Okay, so they shouldn't have to do that.</w:t>
      </w:r>
    </w:p>
    <w:p>
      <w:pPr>
        <w:spacing w:before="0" w:after="0" w:line="276" w:lineRule="exact"/>
      </w:pPr>
      <w:r>
        <w:rPr>
          <w:rFonts w:ascii="Times New Roman" w:hAnsi="Times New Roman"/>
          <w:b w:val="0"/>
          <w:sz w:val="24"/>
        </w:rPr>
        <w:t xml:space="preserve">(51:07) [00:08:27] </w:t>
      </w:r>
      <w:r>
        <w:rPr>
          <w:rFonts w:ascii="Times New Roman" w:hAnsi="Times New Roman"/>
          <w:b/>
          <w:sz w:val="24"/>
        </w:rPr>
        <w:t>Officer Williams:</w:t>
      </w:r>
      <w:r>
        <w:rPr>
          <w:rFonts w:ascii="Times New Roman" w:hAnsi="Times New Roman"/>
          <w:b w:val="0"/>
          <w:sz w:val="24"/>
        </w:rPr>
        <w:t xml:space="preserve"> Yes, they will.</w:t>
      </w:r>
    </w:p>
    <w:p>
      <w:pPr>
        <w:spacing w:before="0" w:after="0" w:line="276" w:lineRule="exact"/>
      </w:pPr>
      <w:r>
        <w:rPr>
          <w:rFonts w:ascii="Times New Roman" w:hAnsi="Times New Roman"/>
          <w:b w:val="0"/>
          <w:sz w:val="24"/>
        </w:rPr>
        <w:t xml:space="preserve">(51:21) [00:08:41] </w:t>
      </w:r>
      <w:r>
        <w:rPr>
          <w:rFonts w:ascii="Times New Roman" w:hAnsi="Times New Roman"/>
          <w:b/>
          <w:sz w:val="24"/>
        </w:rPr>
        <w:t>Marissa Rodriguez:</w:t>
      </w:r>
      <w:r>
        <w:rPr>
          <w:rFonts w:ascii="Times New Roman" w:hAnsi="Times New Roman"/>
          <w:b w:val="0"/>
          <w:sz w:val="24"/>
        </w:rPr>
        <w:t xml:space="preserve"> I don't know, but they won't give me my f---ing income tax money back. My income tax money back.</w:t>
      </w:r>
    </w:p>
    <w:p>
      <w:pPr>
        <w:spacing w:before="0" w:after="0" w:line="276" w:lineRule="exact"/>
      </w:pPr>
      <w:r>
        <w:rPr>
          <w:rFonts w:ascii="Times New Roman" w:hAnsi="Times New Roman"/>
          <w:b w:val="0"/>
          <w:sz w:val="24"/>
        </w:rPr>
        <w:t xml:space="preserve">(52:00) [00:09:20] </w:t>
      </w:r>
      <w:r>
        <w:rPr>
          <w:rFonts w:ascii="Times New Roman" w:hAnsi="Times New Roman"/>
          <w:b/>
          <w:sz w:val="24"/>
        </w:rPr>
        <w:t>Marissa Rodriguez:</w:t>
      </w:r>
      <w:r>
        <w:rPr>
          <w:rFonts w:ascii="Times New Roman" w:hAnsi="Times New Roman"/>
          <w:b w:val="0"/>
          <w:sz w:val="24"/>
        </w:rPr>
        <w:t xml:space="preserve"> Are y'all impounding your car?</w:t>
      </w:r>
    </w:p>
    <w:p>
      <w:pPr>
        <w:spacing w:before="0" w:after="0" w:line="276" w:lineRule="exact"/>
      </w:pPr>
      <w:r>
        <w:rPr>
          <w:rFonts w:ascii="Times New Roman" w:hAnsi="Times New Roman"/>
          <w:b w:val="0"/>
          <w:sz w:val="24"/>
        </w:rPr>
        <w:t xml:space="preserve">(52:11) [00:09:31] </w:t>
      </w:r>
      <w:r>
        <w:rPr>
          <w:rFonts w:ascii="Times New Roman" w:hAnsi="Times New Roman"/>
          <w:b/>
          <w:sz w:val="24"/>
        </w:rPr>
        <w:t>Officer Williams:</w:t>
      </w:r>
      <w:r>
        <w:rPr>
          <w:rFonts w:ascii="Times New Roman" w:hAnsi="Times New Roman"/>
          <w:b w:val="0"/>
          <w:sz w:val="24"/>
        </w:rPr>
        <w:t xml:space="preserve"> You can go pee.</w:t>
      </w:r>
    </w:p>
    <w:p>
      <w:pPr>
        <w:spacing w:before="0" w:after="0" w:line="276" w:lineRule="exact"/>
      </w:pPr>
      <w:r>
        <w:rPr>
          <w:rFonts w:ascii="Times New Roman" w:hAnsi="Times New Roman"/>
          <w:b w:val="0"/>
          <w:sz w:val="24"/>
        </w:rPr>
        <w:t xml:space="preserve">(52:11) [00:09:31] </w:t>
      </w:r>
      <w:r>
        <w:rPr>
          <w:rFonts w:ascii="Times New Roman" w:hAnsi="Times New Roman"/>
          <w:b/>
          <w:sz w:val="24"/>
        </w:rPr>
        <w:t>Marissa Rodriguez:</w:t>
      </w:r>
      <w:r>
        <w:rPr>
          <w:rFonts w:ascii="Times New Roman" w:hAnsi="Times New Roman"/>
          <w:b w:val="0"/>
          <w:sz w:val="24"/>
        </w:rPr>
        <w:t xml:space="preserve"> Oh, I can go pee?</w:t>
      </w:r>
    </w:p>
    <w:p>
      <w:pPr>
        <w:spacing w:before="0" w:after="0" w:line="276" w:lineRule="exact"/>
      </w:pPr>
      <w:r>
        <w:rPr>
          <w:rFonts w:ascii="Times New Roman" w:hAnsi="Times New Roman"/>
          <w:b w:val="0"/>
          <w:sz w:val="24"/>
        </w:rPr>
        <w:t xml:space="preserve">(52:26) [00:09:46] </w:t>
      </w:r>
      <w:r>
        <w:rPr>
          <w:rFonts w:ascii="Times New Roman" w:hAnsi="Times New Roman"/>
          <w:b/>
          <w:sz w:val="24"/>
        </w:rPr>
        <w:t>Officer Williams:</w:t>
      </w:r>
      <w:r>
        <w:rPr>
          <w:rFonts w:ascii="Times New Roman" w:hAnsi="Times New Roman"/>
          <w:b w:val="0"/>
          <w:sz w:val="24"/>
        </w:rPr>
        <w:t xml:space="preserve"> Yeah, you're not -- I've told you you're not detained in this situation.</w:t>
      </w:r>
    </w:p>
    <w:p>
      <w:pPr>
        <w:spacing w:before="0" w:after="0" w:line="276" w:lineRule="exact"/>
      </w:pPr>
      <w:r>
        <w:rPr>
          <w:rFonts w:ascii="Times New Roman" w:hAnsi="Times New Roman"/>
          <w:b w:val="0"/>
          <w:sz w:val="24"/>
        </w:rPr>
        <w:t xml:space="preserve">(52:33) [00:09:53] </w:t>
      </w:r>
      <w:r>
        <w:rPr>
          <w:rFonts w:ascii="Times New Roman" w:hAnsi="Times New Roman"/>
          <w:b/>
          <w:sz w:val="24"/>
        </w:rPr>
        <w:t>Officer Williams:</w:t>
      </w:r>
      <w:r>
        <w:rPr>
          <w:rFonts w:ascii="Times New Roman" w:hAnsi="Times New Roman"/>
          <w:b w:val="0"/>
          <w:sz w:val="24"/>
        </w:rPr>
        <w:t xml:space="preserve"> And to answer your question, I really don't know why I got pulled over. I just get called here.</w:t>
      </w:r>
    </w:p>
    <w:p>
      <w:pPr>
        <w:spacing w:before="0" w:after="0" w:line="276" w:lineRule="exact"/>
      </w:pPr>
      <w:r>
        <w:rPr>
          <w:rFonts w:ascii="Times New Roman" w:hAnsi="Times New Roman"/>
          <w:b w:val="0"/>
          <w:sz w:val="24"/>
        </w:rPr>
        <w:t xml:space="preserve">(52:39) [00:09:59] </w:t>
      </w:r>
      <w:r>
        <w:rPr>
          <w:rFonts w:ascii="Times New Roman" w:hAnsi="Times New Roman"/>
          <w:b/>
          <w:sz w:val="24"/>
        </w:rPr>
        <w:t>Marissa Rodriguez:</w:t>
      </w:r>
      <w:r>
        <w:rPr>
          <w:rFonts w:ascii="Times New Roman" w:hAnsi="Times New Roman"/>
          <w:b w:val="0"/>
          <w:sz w:val="24"/>
        </w:rPr>
        <w:t xml:space="preserve"> The canine didn't pull him over.</w:t>
      </w:r>
    </w:p>
    <w:p>
      <w:pPr>
        <w:spacing w:before="0" w:after="0" w:line="276" w:lineRule="exact"/>
      </w:pPr>
      <w:r>
        <w:rPr>
          <w:rFonts w:ascii="Times New Roman" w:hAnsi="Times New Roman"/>
          <w:b w:val="0"/>
          <w:sz w:val="24"/>
        </w:rPr>
        <w:t xml:space="preserve">(52:42) [00:10:02] </w:t>
      </w:r>
      <w:r>
        <w:rPr>
          <w:rFonts w:ascii="Times New Roman" w:hAnsi="Times New Roman"/>
          <w:b/>
          <w:sz w:val="24"/>
        </w:rPr>
        <w:t>Marissa Rodriguez:</w:t>
      </w:r>
      <w:r>
        <w:rPr>
          <w:rFonts w:ascii="Times New Roman" w:hAnsi="Times New Roman"/>
          <w:b w:val="0"/>
          <w:sz w:val="24"/>
        </w:rPr>
        <w:t xml:space="preserve"> You just said the canine did a sniff around the car.</w:t>
      </w:r>
    </w:p>
    <w:p>
      <w:pPr>
        <w:spacing w:before="0" w:after="0" w:line="276" w:lineRule="exact"/>
      </w:pPr>
      <w:r>
        <w:rPr>
          <w:rFonts w:ascii="Times New Roman" w:hAnsi="Times New Roman"/>
          <w:b w:val="0"/>
          <w:sz w:val="24"/>
        </w:rPr>
        <w:t xml:space="preserve">(52:45) [00:10:05] </w:t>
      </w:r>
      <w:r>
        <w:rPr>
          <w:rFonts w:ascii="Times New Roman" w:hAnsi="Times New Roman"/>
          <w:b/>
          <w:sz w:val="24"/>
        </w:rPr>
        <w:t>Officer Williams:</w:t>
      </w:r>
      <w:r>
        <w:rPr>
          <w:rFonts w:ascii="Times New Roman" w:hAnsi="Times New Roman"/>
          <w:b w:val="0"/>
          <w:sz w:val="24"/>
        </w:rPr>
        <w:t xml:space="preserve"> Yeah, I said that's the canine.</w:t>
      </w:r>
    </w:p>
    <w:p>
      <w:pPr>
        <w:spacing w:before="0" w:after="0" w:line="276" w:lineRule="exact"/>
      </w:pPr>
      <w:r>
        <w:rPr>
          <w:rFonts w:ascii="Times New Roman" w:hAnsi="Times New Roman"/>
          <w:b w:val="0"/>
          <w:sz w:val="24"/>
        </w:rPr>
        <w:t xml:space="preserve">(52:52) [00:10:12] </w:t>
      </w:r>
      <w:r>
        <w:rPr>
          <w:rFonts w:ascii="Times New Roman" w:hAnsi="Times New Roman"/>
          <w:b/>
          <w:sz w:val="24"/>
        </w:rPr>
        <w:t>Officer Williams:</w:t>
      </w:r>
      <w:r>
        <w:rPr>
          <w:rFonts w:ascii="Times New Roman" w:hAnsi="Times New Roman"/>
          <w:b w:val="0"/>
          <w:sz w:val="24"/>
        </w:rPr>
        <w:t xml:space="preserve"> This is a separate officer that pulled him over.</w:t>
      </w:r>
    </w:p>
    <w:p>
      <w:pPr>
        <w:spacing w:before="0" w:after="0" w:line="276" w:lineRule="exact"/>
      </w:pPr>
      <w:r>
        <w:rPr>
          <w:rFonts w:ascii="Times New Roman" w:hAnsi="Times New Roman"/>
          <w:b w:val="0"/>
          <w:sz w:val="24"/>
        </w:rPr>
        <w:t xml:space="preserve">(52:54) [00:10:14] </w:t>
      </w:r>
      <w:r>
        <w:rPr>
          <w:rFonts w:ascii="Times New Roman" w:hAnsi="Times New Roman"/>
          <w:b/>
          <w:sz w:val="24"/>
        </w:rPr>
        <w:t>Officer Williams:</w:t>
      </w:r>
      <w:r>
        <w:rPr>
          <w:rFonts w:ascii="Times New Roman" w:hAnsi="Times New Roman"/>
          <w:b w:val="0"/>
          <w:sz w:val="24"/>
        </w:rPr>
        <w:t xml:space="preserve"> Does that make sense?</w:t>
      </w:r>
    </w:p>
    <w:p>
      <w:pPr>
        <w:spacing w:before="0" w:after="0" w:line="276" w:lineRule="exact"/>
      </w:pPr>
      <w:r>
        <w:rPr>
          <w:rFonts w:ascii="Times New Roman" w:hAnsi="Times New Roman"/>
          <w:b w:val="0"/>
          <w:sz w:val="24"/>
        </w:rPr>
        <w:t xml:space="preserve">(52:54) [00:10:14] </w:t>
      </w:r>
      <w:r>
        <w:rPr>
          <w:rFonts w:ascii="Times New Roman" w:hAnsi="Times New Roman"/>
          <w:b/>
          <w:sz w:val="24"/>
        </w:rPr>
        <w:t>Marissa Rodriguez:</w:t>
      </w:r>
      <w:r>
        <w:rPr>
          <w:rFonts w:ascii="Times New Roman" w:hAnsi="Times New Roman"/>
          <w:b w:val="0"/>
          <w:sz w:val="24"/>
        </w:rPr>
        <w:t xml:space="preserve"> No. No?</w:t>
      </w:r>
    </w:p>
    <w:p>
      <w:pPr>
        <w:spacing w:before="0" w:after="0" w:line="276" w:lineRule="exact"/>
      </w:pPr>
      <w:r>
        <w:rPr>
          <w:rFonts w:ascii="Times New Roman" w:hAnsi="Times New Roman"/>
          <w:b w:val="0"/>
          <w:sz w:val="24"/>
        </w:rPr>
        <w:t xml:space="preserve">(53:02) [00:10:22] </w:t>
      </w:r>
      <w:r>
        <w:rPr>
          <w:rFonts w:ascii="Times New Roman" w:hAnsi="Times New Roman"/>
          <w:b/>
          <w:sz w:val="24"/>
        </w:rPr>
        <w:t>Officer Williams:</w:t>
      </w:r>
      <w:r>
        <w:rPr>
          <w:rFonts w:ascii="Times New Roman" w:hAnsi="Times New Roman"/>
          <w:b w:val="0"/>
          <w:sz w:val="24"/>
        </w:rPr>
        <w:t xml:space="preserve"> We can add one plus two -- one vehicle stopped him, other -- canine came.</w:t>
      </w:r>
    </w:p>
    <w:p>
      <w:pPr>
        <w:spacing w:before="0" w:after="0" w:line="276" w:lineRule="exact"/>
      </w:pPr>
      <w:r>
        <w:rPr>
          <w:rFonts w:ascii="Times New Roman" w:hAnsi="Times New Roman"/>
          <w:b w:val="0"/>
          <w:sz w:val="24"/>
        </w:rPr>
        <w:t xml:space="preserve">(53:12) [00:10:32] </w:t>
      </w:r>
      <w:r>
        <w:rPr>
          <w:rFonts w:ascii="Times New Roman" w:hAnsi="Times New Roman"/>
          <w:b/>
          <w:sz w:val="24"/>
        </w:rPr>
        <w:t>Officer Williams:</w:t>
      </w:r>
      <w:r>
        <w:rPr>
          <w:rFonts w:ascii="Times New Roman" w:hAnsi="Times New Roman"/>
          <w:b w:val="0"/>
          <w:sz w:val="24"/>
        </w:rPr>
        <w:t xml:space="preserve"> Your mom's the owner of this vehicle?</w:t>
      </w:r>
    </w:p>
    <w:p>
      <w:pPr>
        <w:spacing w:before="0" w:after="0" w:line="276" w:lineRule="exact"/>
      </w:pPr>
      <w:r>
        <w:rPr>
          <w:rFonts w:ascii="Times New Roman" w:hAnsi="Times New Roman"/>
          <w:b w:val="0"/>
          <w:sz w:val="24"/>
        </w:rPr>
        <w:t xml:space="preserve">(53:13) [00:10:33] </w:t>
      </w:r>
      <w:r>
        <w:rPr>
          <w:rFonts w:ascii="Times New Roman" w:hAnsi="Times New Roman"/>
          <w:b/>
          <w:sz w:val="24"/>
        </w:rPr>
        <w:t>Marissa Rodriguez:</w:t>
      </w:r>
      <w:r>
        <w:rPr>
          <w:rFonts w:ascii="Times New Roman" w:hAnsi="Times New Roman"/>
          <w:b w:val="0"/>
          <w:sz w:val="24"/>
        </w:rPr>
        <w:t xml:space="preserve"> Yes.</w:t>
      </w:r>
    </w:p>
    <w:p>
      <w:pPr>
        <w:spacing w:before="0" w:after="0" w:line="276" w:lineRule="exact"/>
      </w:pPr>
      <w:r>
        <w:rPr>
          <w:rFonts w:ascii="Times New Roman" w:hAnsi="Times New Roman"/>
          <w:b w:val="0"/>
          <w:sz w:val="24"/>
        </w:rPr>
        <w:t xml:space="preserve">(53:14) [00:10:34] </w:t>
      </w:r>
      <w:r>
        <w:rPr>
          <w:rFonts w:ascii="Times New Roman" w:hAnsi="Times New Roman"/>
          <w:b/>
          <w:sz w:val="24"/>
        </w:rPr>
        <w:t>Officer Williams:</w:t>
      </w:r>
      <w:r>
        <w:rPr>
          <w:rFonts w:ascii="Times New Roman" w:hAnsi="Times New Roman"/>
          <w:b w:val="0"/>
          <w:sz w:val="24"/>
        </w:rPr>
        <w:t xml:space="preserve"> Can you call her? Can she get over here to come pick the vehicle up? Cuz we need to release the vehicle to her.</w:t>
      </w:r>
    </w:p>
    <w:p>
      <w:pPr>
        <w:spacing w:before="0" w:after="0" w:line="276" w:lineRule="exact"/>
      </w:pPr>
      <w:r>
        <w:rPr>
          <w:rFonts w:ascii="Times New Roman" w:hAnsi="Times New Roman"/>
          <w:b w:val="0"/>
          <w:sz w:val="24"/>
        </w:rPr>
        <w:t xml:space="preserve">(53:19) [00:10:39] </w:t>
      </w:r>
      <w:r>
        <w:rPr>
          <w:rFonts w:ascii="Times New Roman" w:hAnsi="Times New Roman"/>
          <w:b/>
          <w:sz w:val="24"/>
        </w:rPr>
        <w:t>Officer Williams:</w:t>
      </w:r>
      <w:r>
        <w:rPr>
          <w:rFonts w:ascii="Times New Roman" w:hAnsi="Times New Roman"/>
          <w:b w:val="0"/>
          <w:sz w:val="24"/>
        </w:rPr>
        <w:t xml:space="preserve"> Okay, perfect. They're gonna release the vehicle to you.</w:t>
      </w:r>
    </w:p>
    <w:p>
      <w:pPr>
        <w:spacing w:before="0" w:after="0" w:line="276" w:lineRule="exact"/>
      </w:pPr>
      <w:r>
        <w:rPr>
          <w:rFonts w:ascii="Times New Roman" w:hAnsi="Times New Roman"/>
          <w:b w:val="0"/>
          <w:sz w:val="24"/>
        </w:rPr>
        <w:t xml:space="preserve">(53:23) [00:10:43] </w:t>
      </w:r>
      <w:r>
        <w:rPr>
          <w:rFonts w:ascii="Times New Roman" w:hAnsi="Times New Roman"/>
          <w:b/>
          <w:sz w:val="24"/>
        </w:rPr>
        <w:t>Officer Williams:</w:t>
      </w:r>
      <w:r>
        <w:rPr>
          <w:rFonts w:ascii="Times New Roman" w:hAnsi="Times New Roman"/>
          <w:b w:val="0"/>
          <w:sz w:val="24"/>
        </w:rPr>
        <w:t xml:space="preserve"> Does she have a valid driver's license?</w:t>
      </w:r>
    </w:p>
    <w:p>
      <w:pPr>
        <w:spacing w:before="0" w:after="0" w:line="276" w:lineRule="exact"/>
      </w:pPr>
      <w:r>
        <w:rPr>
          <w:rFonts w:ascii="Times New Roman" w:hAnsi="Times New Roman"/>
          <w:b w:val="0"/>
          <w:sz w:val="24"/>
        </w:rPr>
        <w:t xml:space="preserve">(53:23) [00:10:43] </w:t>
      </w:r>
      <w:r>
        <w:rPr>
          <w:rFonts w:ascii="Times New Roman" w:hAnsi="Times New Roman"/>
          <w:b/>
          <w:sz w:val="24"/>
        </w:rPr>
        <w:t>Marissa Rodriguez:</w:t>
      </w:r>
      <w:r>
        <w:rPr>
          <w:rFonts w:ascii="Times New Roman" w:hAnsi="Times New Roman"/>
          <w:b w:val="0"/>
          <w:sz w:val="24"/>
        </w:rPr>
        <w:t xml:space="preserve"> Yes. Yes, she has a valid driver's license.</w:t>
      </w:r>
    </w:p>
    <w:p>
      <w:pPr>
        <w:spacing w:before="0" w:after="0" w:line="276" w:lineRule="exact"/>
      </w:pPr>
      <w:r>
        <w:rPr>
          <w:rFonts w:ascii="Times New Roman" w:hAnsi="Times New Roman"/>
          <w:b w:val="0"/>
          <w:sz w:val="24"/>
        </w:rPr>
        <w:t xml:space="preserve">(53:27) [00:10:47] </w:t>
      </w:r>
      <w:r>
        <w:rPr>
          <w:rFonts w:ascii="Times New Roman" w:hAnsi="Times New Roman"/>
          <w:b/>
          <w:sz w:val="24"/>
        </w:rPr>
        <w:t>Officer Williams:</w:t>
      </w:r>
      <w:r>
        <w:rPr>
          <w:rFonts w:ascii="Times New Roman" w:hAnsi="Times New Roman"/>
          <w:b w:val="0"/>
          <w:sz w:val="24"/>
        </w:rPr>
        <w:t xml:space="preserve"> Okay, perfect.</w:t>
      </w:r>
    </w:p>
    <w:p>
      <w:pPr>
        <w:spacing w:before="0" w:after="0" w:line="276" w:lineRule="exact"/>
      </w:pPr>
      <w:r>
        <w:rPr>
          <w:rFonts w:ascii="Times New Roman" w:hAnsi="Times New Roman"/>
          <w:b w:val="0"/>
          <w:sz w:val="24"/>
        </w:rPr>
        <w:t xml:space="preserve">(54:28) [00:11:48] </w:t>
      </w:r>
      <w:r>
        <w:rPr>
          <w:rFonts w:ascii="Times New Roman" w:hAnsi="Times New Roman"/>
          <w:b/>
          <w:sz w:val="24"/>
        </w:rPr>
        <w:t>Isaiah Rodriguez:</w:t>
      </w:r>
      <w:r>
        <w:rPr>
          <w:rFonts w:ascii="Times New Roman" w:hAnsi="Times New Roman"/>
          <w:b w:val="0"/>
          <w:sz w:val="24"/>
        </w:rPr>
        <w:t xml:space="preserve"> I mean, I ain't gonna lie to you, I smell weed in the car. But that might be what it smelled.</w:t>
      </w:r>
    </w:p>
    <w:p>
      <w:pPr>
        <w:spacing w:before="0" w:after="0" w:line="276" w:lineRule="exact"/>
      </w:pPr>
      <w:r>
        <w:rPr>
          <w:rFonts w:ascii="Times New Roman" w:hAnsi="Times New Roman"/>
          <w:b w:val="0"/>
          <w:sz w:val="24"/>
        </w:rPr>
        <w:t xml:space="preserve">(54:37) [00:11:57] </w:t>
      </w:r>
      <w:r>
        <w:rPr>
          <w:rFonts w:ascii="Times New Roman" w:hAnsi="Times New Roman"/>
          <w:b/>
          <w:sz w:val="24"/>
        </w:rPr>
        <w:t>Isaiah Rodriguez:</w:t>
      </w:r>
      <w:r>
        <w:rPr>
          <w:rFonts w:ascii="Times New Roman" w:hAnsi="Times New Roman"/>
          <w:b w:val="0"/>
          <w:sz w:val="24"/>
        </w:rPr>
        <w:t xml:space="preserve"> But if you can't take me to jail for that, maybe y'all ain't catching me.</w:t>
      </w:r>
    </w:p>
    <w:p>
      <w:pPr>
        <w:spacing w:before="0" w:after="0" w:line="276" w:lineRule="exact"/>
      </w:pPr>
      <w:r>
        <w:rPr>
          <w:rFonts w:ascii="Times New Roman" w:hAnsi="Times New Roman"/>
          <w:b w:val="0"/>
          <w:sz w:val="24"/>
        </w:rPr>
        <w:t xml:space="preserve">(54:38) [00:11:58] </w:t>
      </w:r>
      <w:r>
        <w:rPr>
          <w:rFonts w:ascii="Times New Roman" w:hAnsi="Times New Roman"/>
          <w:b/>
          <w:sz w:val="24"/>
        </w:rPr>
        <w:t>Officer Williams:</w:t>
      </w:r>
      <w:r>
        <w:rPr>
          <w:rFonts w:ascii="Times New Roman" w:hAnsi="Times New Roman"/>
          <w:b w:val="0"/>
          <w:sz w:val="24"/>
        </w:rPr>
        <w:t xml:space="preserve"> No one said anything about taking you to jail.</w:t>
      </w:r>
    </w:p>
    <w:p>
      <w:pPr>
        <w:spacing w:before="0" w:after="0" w:line="276" w:lineRule="exact"/>
      </w:pPr>
      <w:r>
        <w:rPr>
          <w:rFonts w:ascii="Times New Roman" w:hAnsi="Times New Roman"/>
          <w:b w:val="0"/>
          <w:sz w:val="24"/>
        </w:rPr>
        <w:t xml:space="preserve">(54:41) [00:12:01] </w:t>
      </w:r>
      <w:r>
        <w:rPr>
          <w:rFonts w:ascii="Times New Roman" w:hAnsi="Times New Roman"/>
          <w:b/>
          <w:sz w:val="24"/>
        </w:rPr>
        <w:t>Isaiah Rodriguez:</w:t>
      </w:r>
      <w:r>
        <w:rPr>
          <w:rFonts w:ascii="Times New Roman" w:hAnsi="Times New Roman"/>
          <w:b w:val="0"/>
          <w:sz w:val="24"/>
        </w:rPr>
        <w:t xml:space="preserve"> I know, but I'm just saying that maybe that's what the dog sniffed.</w:t>
      </w:r>
    </w:p>
    <w:p>
      <w:pPr>
        <w:spacing w:before="0" w:after="0" w:line="276" w:lineRule="exact"/>
      </w:pPr>
      <w:r>
        <w:rPr>
          <w:rFonts w:ascii="Times New Roman" w:hAnsi="Times New Roman"/>
          <w:b w:val="0"/>
          <w:sz w:val="24"/>
        </w:rPr>
        <w:t xml:space="preserve">(54:42) [00:12:02] </w:t>
      </w:r>
      <w:r>
        <w:rPr>
          <w:rFonts w:ascii="Times New Roman" w:hAnsi="Times New Roman"/>
          <w:b/>
          <w:sz w:val="24"/>
        </w:rPr>
        <w:t>Officer Williams:</w:t>
      </w:r>
      <w:r>
        <w:rPr>
          <w:rFonts w:ascii="Times New Roman" w:hAnsi="Times New Roman"/>
          <w:b w:val="0"/>
          <w:sz w:val="24"/>
        </w:rPr>
        <w:t xml:space="preserve"> I have no idea. I'm not a canine officer. I'm just telling you what happened.</w:t>
      </w:r>
    </w:p>
    <w:p>
      <w:pPr>
        <w:spacing w:before="0" w:after="0" w:line="276" w:lineRule="exact"/>
      </w:pPr>
      <w:r>
        <w:rPr>
          <w:rFonts w:ascii="Times New Roman" w:hAnsi="Times New Roman"/>
          <w:b w:val="0"/>
          <w:sz w:val="24"/>
        </w:rPr>
        <w:t xml:space="preserve">(58:37) [00:15:57] </w:t>
      </w:r>
      <w:r>
        <w:rPr>
          <w:rFonts w:ascii="Times New Roman" w:hAnsi="Times New Roman"/>
          <w:b/>
          <w:sz w:val="24"/>
        </w:rPr>
        <w:t>Officer Williams:</w:t>
      </w:r>
      <w:r>
        <w:rPr>
          <w:rFonts w:ascii="Times New Roman" w:hAnsi="Times New Roman"/>
          <w:b w:val="0"/>
          <w:sz w:val="24"/>
        </w:rPr>
        <w:t xml:space="preserve"> Hey, seriously, I'm really trying my best to keep you out of trouble. Please don't overstep your boundaries.</w:t>
      </w:r>
    </w:p>
    <w:p>
      <w:pPr>
        <w:spacing w:before="0" w:after="0" w:line="276" w:lineRule="exact"/>
      </w:pPr>
      <w:r>
        <w:rPr>
          <w:rFonts w:ascii="Times New Roman" w:hAnsi="Times New Roman"/>
          <w:b w:val="0"/>
          <w:sz w:val="24"/>
        </w:rPr>
        <w:t xml:space="preserve">(58:39) [00:15:59] </w:t>
      </w:r>
      <w:r>
        <w:rPr>
          <w:rFonts w:ascii="Times New Roman" w:hAnsi="Times New Roman"/>
          <w:b/>
          <w:sz w:val="24"/>
        </w:rPr>
        <w:t>Marissa Rodriguez:</w:t>
      </w:r>
      <w:r>
        <w:rPr>
          <w:rFonts w:ascii="Times New Roman" w:hAnsi="Times New Roman"/>
          <w:b w:val="0"/>
          <w:sz w:val="24"/>
        </w:rPr>
        <w:t xml:space="preserve"> I'm not.</w:t>
      </w:r>
    </w:p>
    <w:p>
      <w:pPr>
        <w:spacing w:before="0" w:after="0" w:line="276" w:lineRule="exact"/>
      </w:pPr>
      <w:r>
        <w:rPr>
          <w:rFonts w:ascii="Times New Roman" w:hAnsi="Times New Roman"/>
          <w:b w:val="0"/>
          <w:sz w:val="24"/>
        </w:rPr>
        <w:t xml:space="preserve">(58:40) [00:16:00] </w:t>
      </w:r>
      <w:r>
        <w:rPr>
          <w:rFonts w:ascii="Times New Roman" w:hAnsi="Times New Roman"/>
          <w:b/>
          <w:sz w:val="24"/>
        </w:rPr>
        <w:t>Officer Williams:</w:t>
      </w:r>
      <w:r>
        <w:rPr>
          <w:rFonts w:ascii="Times New Roman" w:hAnsi="Times New Roman"/>
          <w:b w:val="0"/>
          <w:sz w:val="24"/>
        </w:rPr>
        <w:t xml:space="preserve"> You are.</w:t>
      </w:r>
    </w:p>
    <w:p>
      <w:pPr>
        <w:spacing w:before="0" w:after="0" w:line="276" w:lineRule="exact"/>
      </w:pPr>
      <w:r>
        <w:rPr>
          <w:rFonts w:ascii="Times New Roman" w:hAnsi="Times New Roman"/>
          <w:b w:val="0"/>
          <w:sz w:val="24"/>
        </w:rPr>
        <w:t xml:space="preserve">(58:43) [00:16:03] </w:t>
      </w:r>
      <w:r>
        <w:rPr>
          <w:rFonts w:ascii="Times New Roman" w:hAnsi="Times New Roman"/>
          <w:b/>
          <w:sz w:val="24"/>
        </w:rPr>
        <w:t>Marissa Rodriguez:</w:t>
      </w:r>
      <w:r>
        <w:rPr>
          <w:rFonts w:ascii="Times New Roman" w:hAnsi="Times New Roman"/>
          <w:b w:val="0"/>
          <w:sz w:val="24"/>
        </w:rPr>
        <w:t xml:space="preserve"> Y'all are taking something that belongs, that's not his.</w:t>
      </w:r>
    </w:p>
    <w:p>
      <w:pPr>
        <w:spacing w:before="0" w:after="0" w:line="276" w:lineRule="exact"/>
      </w:pPr>
      <w:r>
        <w:rPr>
          <w:rFonts w:ascii="Times New Roman" w:hAnsi="Times New Roman"/>
          <w:b w:val="0"/>
          <w:sz w:val="24"/>
        </w:rPr>
        <w:t xml:space="preserve">(58:48) [00:16:08] </w:t>
      </w:r>
      <w:r>
        <w:rPr>
          <w:rFonts w:ascii="Times New Roman" w:hAnsi="Times New Roman"/>
          <w:b/>
          <w:sz w:val="24"/>
        </w:rPr>
        <w:t>Officer Williams:</w:t>
      </w:r>
      <w:r>
        <w:rPr>
          <w:rFonts w:ascii="Times New Roman" w:hAnsi="Times New Roman"/>
          <w:b w:val="0"/>
          <w:sz w:val="24"/>
        </w:rPr>
        <w:t xml:space="preserve"> Okay, they're taking it to him.</w:t>
      </w:r>
    </w:p>
    <w:p>
      <w:pPr>
        <w:spacing w:before="0" w:after="0" w:line="276" w:lineRule="exact"/>
      </w:pPr>
      <w:r>
        <w:rPr>
          <w:rFonts w:ascii="Times New Roman" w:hAnsi="Times New Roman"/>
          <w:b w:val="0"/>
          <w:sz w:val="24"/>
        </w:rPr>
        <w:t xml:space="preserve">(58:58) [00:16:18] </w:t>
      </w:r>
      <w:r>
        <w:rPr>
          <w:rFonts w:ascii="Times New Roman" w:hAnsi="Times New Roman"/>
          <w:b/>
          <w:sz w:val="24"/>
        </w:rPr>
        <w:t>Officer Williams:</w:t>
      </w:r>
      <w:r>
        <w:rPr>
          <w:rFonts w:ascii="Times New Roman" w:hAnsi="Times New Roman"/>
          <w:b w:val="0"/>
          <w:sz w:val="24"/>
        </w:rPr>
        <w:t xml:space="preserve"> If you would be respectful in this situation, we're gonna work with you, but if you're not gonna be respectful, they can take him to jail and you don't have to talk to him. Then you don't get a chance to talk to him or get any of your money back, or we can just impound the car.</w:t>
      </w:r>
    </w:p>
    <w:p>
      <w:pPr>
        <w:spacing w:before="0" w:after="0" w:line="276" w:lineRule="exact"/>
      </w:pPr>
      <w:r>
        <w:rPr>
          <w:rFonts w:ascii="Times New Roman" w:hAnsi="Times New Roman"/>
          <w:b w:val="0"/>
          <w:sz w:val="24"/>
        </w:rPr>
        <w:t xml:space="preserve">(59:04) [00:16:24] </w:t>
      </w:r>
      <w:r>
        <w:rPr>
          <w:rFonts w:ascii="Times New Roman" w:hAnsi="Times New Roman"/>
          <w:b/>
          <w:sz w:val="24"/>
        </w:rPr>
        <w:t>Officer Williams:</w:t>
      </w:r>
      <w:r>
        <w:rPr>
          <w:rFonts w:ascii="Times New Roman" w:hAnsi="Times New Roman"/>
          <w:b w:val="0"/>
          <w:sz w:val="24"/>
        </w:rPr>
        <w:t xml:space="preserve"> Be respectful. Simple. It's not hard.</w:t>
      </w:r>
    </w:p>
    <w:p>
      <w:pPr>
        <w:spacing w:before="0" w:after="0" w:line="276" w:lineRule="exact"/>
      </w:pPr>
      <w:r>
        <w:rPr>
          <w:rFonts w:ascii="Times New Roman" w:hAnsi="Times New Roman"/>
          <w:b w:val="0"/>
          <w:sz w:val="24"/>
        </w:rPr>
        <w:t xml:space="preserve">(59:23) [00:16:43] </w:t>
      </w:r>
      <w:r>
        <w:rPr>
          <w:rFonts w:ascii="Times New Roman" w:hAnsi="Times New Roman"/>
          <w:b/>
          <w:sz w:val="24"/>
        </w:rPr>
        <w:t>Officer Williams:</w:t>
      </w:r>
      <w:r>
        <w:rPr>
          <w:rFonts w:ascii="Times New Roman" w:hAnsi="Times New Roman"/>
          <w:b w:val="0"/>
          <w:sz w:val="24"/>
        </w:rPr>
        <w:t xml:space="preserve"> I guess mother-in-law's on it already. She's here.</w:t>
      </w:r>
    </w:p>
    <w:p>
      <w:pPr>
        <w:spacing w:before="0" w:after="0" w:line="276" w:lineRule="exact"/>
      </w:pPr>
      <w:r>
        <w:rPr>
          <w:rFonts w:ascii="Times New Roman" w:hAnsi="Times New Roman"/>
          <w:b w:val="0"/>
          <w:sz w:val="24"/>
        </w:rPr>
        <w:t xml:space="preserve">(59:27) [00:16:47] </w:t>
      </w:r>
      <w:r>
        <w:rPr>
          <w:rFonts w:ascii="Times New Roman" w:hAnsi="Times New Roman"/>
          <w:b/>
          <w:sz w:val="24"/>
        </w:rPr>
        <w:t>Officer Williams:</w:t>
      </w:r>
      <w:r>
        <w:rPr>
          <w:rFonts w:ascii="Times New Roman" w:hAnsi="Times New Roman"/>
          <w:b w:val="0"/>
          <w:sz w:val="24"/>
        </w:rPr>
        <w:t xml:space="preserve"> Ma'am, can I get your information real quick?</w:t>
      </w:r>
    </w:p>
    <w:p>
      <w:pPr>
        <w:spacing w:before="0" w:after="0" w:line="276" w:lineRule="exact"/>
      </w:pPr>
      <w:r>
        <w:rPr>
          <w:rFonts w:ascii="Times New Roman" w:hAnsi="Times New Roman"/>
          <w:b w:val="0"/>
          <w:sz w:val="24"/>
        </w:rPr>
        <w:t xml:space="preserve">(59:28) [00:16:48] </w:t>
      </w:r>
      <w:r>
        <w:rPr>
          <w:rFonts w:ascii="Times New Roman" w:hAnsi="Times New Roman"/>
          <w:b/>
          <w:sz w:val="24"/>
        </w:rPr>
        <w:t>Noemi Medina:</w:t>
      </w:r>
      <w:r>
        <w:rPr>
          <w:rFonts w:ascii="Times New Roman" w:hAnsi="Times New Roman"/>
          <w:b w:val="0"/>
          <w:sz w:val="24"/>
        </w:rPr>
        <w:t xml:space="preserve"> You don't need Medina?</w:t>
      </w:r>
    </w:p>
    <w:p>
      <w:pPr>
        <w:spacing w:before="0" w:after="0" w:line="276" w:lineRule="exact"/>
      </w:pPr>
      <w:r>
        <w:rPr>
          <w:rFonts w:ascii="Times New Roman" w:hAnsi="Times New Roman"/>
          <w:b w:val="0"/>
          <w:sz w:val="24"/>
        </w:rPr>
        <w:t xml:space="preserve">(59:32) [00:16:52] </w:t>
      </w:r>
      <w:r>
        <w:rPr>
          <w:rFonts w:ascii="Times New Roman" w:hAnsi="Times New Roman"/>
          <w:b/>
          <w:sz w:val="24"/>
        </w:rPr>
        <w:t>Officer Williams:</w:t>
      </w:r>
      <w:r>
        <w:rPr>
          <w:rFonts w:ascii="Times New Roman" w:hAnsi="Times New Roman"/>
          <w:b w:val="0"/>
          <w:sz w:val="24"/>
        </w:rPr>
        <w:t xml:space="preserve"> Give me one second, okay?</w:t>
      </w:r>
    </w:p>
    <w:p>
      <w:pPr>
        <w:spacing w:before="0" w:after="0" w:line="276" w:lineRule="exact"/>
      </w:pPr>
      <w:r>
        <w:rPr>
          <w:rFonts w:ascii="Times New Roman" w:hAnsi="Times New Roman"/>
          <w:b w:val="0"/>
          <w:sz w:val="24"/>
        </w:rPr>
        <w:t xml:space="preserve">(59:33) [00:16:53] </w:t>
      </w:r>
      <w:r>
        <w:rPr>
          <w:rFonts w:ascii="Times New Roman" w:hAnsi="Times New Roman"/>
          <w:b/>
          <w:sz w:val="24"/>
        </w:rPr>
        <w:t>Officer Williams:</w:t>
      </w:r>
      <w:r>
        <w:rPr>
          <w:rFonts w:ascii="Times New Roman" w:hAnsi="Times New Roman"/>
          <w:b w:val="0"/>
          <w:sz w:val="24"/>
        </w:rPr>
        <w:t xml:space="preserve"> How do you spell your first name?</w:t>
      </w:r>
    </w:p>
    <w:p>
      <w:pPr>
        <w:spacing w:before="0" w:after="0" w:line="276" w:lineRule="exact"/>
      </w:pPr>
      <w:r>
        <w:rPr>
          <w:rFonts w:ascii="Times New Roman" w:hAnsi="Times New Roman"/>
          <w:b w:val="0"/>
          <w:sz w:val="24"/>
        </w:rPr>
        <w:t xml:space="preserve">(59:37) [00:16:57] </w:t>
      </w:r>
      <w:r>
        <w:rPr>
          <w:rFonts w:ascii="Times New Roman" w:hAnsi="Times New Roman"/>
          <w:b/>
          <w:sz w:val="24"/>
        </w:rPr>
        <w:t>Noemi Medina:</w:t>
      </w:r>
      <w:r>
        <w:rPr>
          <w:rFonts w:ascii="Times New Roman" w:hAnsi="Times New Roman"/>
          <w:b w:val="0"/>
          <w:sz w:val="24"/>
        </w:rPr>
        <w:t xml:space="preserve"> It's N-O-E-M-I, Medina. M-E-D-I-N-A.</w:t>
      </w:r>
    </w:p>
    <w:p>
      <w:pPr>
        <w:spacing w:before="0" w:after="0" w:line="276" w:lineRule="exact"/>
      </w:pPr>
      <w:r>
        <w:rPr>
          <w:rFonts w:ascii="Times New Roman" w:hAnsi="Times New Roman"/>
          <w:b w:val="0"/>
          <w:sz w:val="24"/>
        </w:rPr>
        <w:t xml:space="preserve">(59:42) [00:17:02] </w:t>
      </w:r>
      <w:r>
        <w:rPr>
          <w:rFonts w:ascii="Times New Roman" w:hAnsi="Times New Roman"/>
          <w:b/>
          <w:sz w:val="24"/>
        </w:rPr>
        <w:t>Officer Williams:</w:t>
      </w:r>
      <w:r>
        <w:rPr>
          <w:rFonts w:ascii="Times New Roman" w:hAnsi="Times New Roman"/>
          <w:b w:val="0"/>
          <w:sz w:val="24"/>
        </w:rPr>
        <w:t xml:space="preserve"> Hey, Calvin, if you would, just put that information in the call.</w:t>
      </w:r>
    </w:p>
    <w:p>
      <w:pPr>
        <w:spacing w:before="0" w:after="0" w:line="276" w:lineRule="exact"/>
      </w:pPr>
      <w:r>
        <w:rPr>
          <w:rFonts w:ascii="Times New Roman" w:hAnsi="Times New Roman"/>
          <w:b w:val="0"/>
          <w:sz w:val="24"/>
        </w:rPr>
        <w:t xml:space="preserve">(59:43) [00:17:03] </w:t>
      </w:r>
      <w:r>
        <w:rPr>
          <w:rFonts w:ascii="Times New Roman" w:hAnsi="Times New Roman"/>
          <w:b/>
          <w:sz w:val="24"/>
        </w:rPr>
        <w:t>Officer Williams:</w:t>
      </w:r>
      <w:r>
        <w:rPr>
          <w:rFonts w:ascii="Times New Roman" w:hAnsi="Times New Roman"/>
          <w:b w:val="0"/>
          <w:sz w:val="24"/>
        </w:rPr>
        <w:t xml:space="preserve"> So what's your date of birth, ma'am?</w:t>
      </w:r>
    </w:p>
    <w:p>
      <w:pPr>
        <w:spacing w:before="0" w:after="0" w:line="276" w:lineRule="exact"/>
      </w:pPr>
      <w:r>
        <w:rPr>
          <w:rFonts w:ascii="Times New Roman" w:hAnsi="Times New Roman"/>
          <w:b w:val="0"/>
          <w:sz w:val="24"/>
        </w:rPr>
        <w:t xml:space="preserve">(59:51) [00:17:11] </w:t>
      </w:r>
      <w:r>
        <w:rPr>
          <w:rFonts w:ascii="Times New Roman" w:hAnsi="Times New Roman"/>
          <w:b/>
          <w:sz w:val="24"/>
        </w:rPr>
        <w:t>Noemi Medina:</w:t>
      </w:r>
      <w:r>
        <w:rPr>
          <w:rFonts w:ascii="Times New Roman" w:hAnsi="Times New Roman"/>
          <w:b w:val="0"/>
          <w:sz w:val="24"/>
        </w:rPr>
        <w:t xml:space="preserve"> 06-19-1962.</w:t>
      </w:r>
    </w:p>
    <w:p>
      <w:pPr>
        <w:spacing w:before="0" w:after="0" w:line="276" w:lineRule="exact"/>
      </w:pPr>
      <w:r>
        <w:rPr>
          <w:rFonts w:ascii="Times New Roman" w:hAnsi="Times New Roman"/>
          <w:b w:val="0"/>
          <w:sz w:val="24"/>
        </w:rPr>
        <w:t xml:space="preserve">(59:53) [00:17:13] </w:t>
      </w:r>
      <w:r>
        <w:rPr>
          <w:rFonts w:ascii="Times New Roman" w:hAnsi="Times New Roman"/>
          <w:b/>
          <w:sz w:val="24"/>
        </w:rPr>
        <w:t>Officer Williams:</w:t>
      </w:r>
      <w:r>
        <w:rPr>
          <w:rFonts w:ascii="Times New Roman" w:hAnsi="Times New Roman"/>
          <w:b w:val="0"/>
          <w:sz w:val="24"/>
        </w:rPr>
        <w:t xml:space="preserve"> And you have a valid driver's license, correct?</w:t>
      </w:r>
    </w:p>
    <w:p>
      <w:pPr>
        <w:spacing w:before="0" w:after="0" w:line="276" w:lineRule="exact"/>
      </w:pPr>
      <w:r>
        <w:rPr>
          <w:rFonts w:ascii="Times New Roman" w:hAnsi="Times New Roman"/>
          <w:b w:val="0"/>
          <w:sz w:val="24"/>
        </w:rPr>
        <w:t xml:space="preserve">(59:55) [00:17:15] </w:t>
      </w:r>
      <w:r>
        <w:rPr>
          <w:rFonts w:ascii="Times New Roman" w:hAnsi="Times New Roman"/>
          <w:b/>
          <w:sz w:val="24"/>
        </w:rPr>
        <w:t>Noemi Medina:</w:t>
      </w:r>
      <w:r>
        <w:rPr>
          <w:rFonts w:ascii="Times New Roman" w:hAnsi="Times New Roman"/>
          <w:b w:val="0"/>
          <w:sz w:val="24"/>
        </w:rPr>
        <w:t xml:space="preserve"> Yes.</w:t>
      </w:r>
    </w:p>
    <w:p>
      <w:pPr>
        <w:spacing w:before="0" w:after="0" w:line="276" w:lineRule="exact"/>
      </w:pPr>
      <w:r>
        <w:rPr>
          <w:rFonts w:ascii="Times New Roman" w:hAnsi="Times New Roman"/>
          <w:b w:val="0"/>
          <w:sz w:val="24"/>
        </w:rPr>
        <w:t xml:space="preserve">(59:59) [00:17:19] </w:t>
      </w:r>
      <w:r>
        <w:rPr>
          <w:rFonts w:ascii="Times New Roman" w:hAnsi="Times New Roman"/>
          <w:b/>
          <w:sz w:val="24"/>
        </w:rPr>
        <w:t>Officer Williams:</w:t>
      </w:r>
      <w:r>
        <w:rPr>
          <w:rFonts w:ascii="Times New Roman" w:hAnsi="Times New Roman"/>
          <w:b w:val="0"/>
          <w:sz w:val="24"/>
        </w:rPr>
        <w:t xml:space="preserve"> I'm going to trust you.</w:t>
      </w:r>
    </w:p>
    <w:p>
      <w:pPr>
        <w:spacing w:before="0" w:after="0" w:line="276" w:lineRule="exact"/>
      </w:pPr>
      <w:r>
        <w:rPr>
          <w:rFonts w:ascii="Times New Roman" w:hAnsi="Times New Roman"/>
          <w:b w:val="0"/>
          <w:sz w:val="24"/>
        </w:rPr>
        <w:t xml:space="preserve">(1:00:01) [00:17:21] </w:t>
      </w:r>
      <w:r>
        <w:rPr>
          <w:rFonts w:ascii="Times New Roman" w:hAnsi="Times New Roman"/>
          <w:b/>
          <w:sz w:val="24"/>
        </w:rPr>
        <w:t>Officer Williams:</w:t>
      </w:r>
      <w:r>
        <w:rPr>
          <w:rFonts w:ascii="Times New Roman" w:hAnsi="Times New Roman"/>
          <w:b w:val="0"/>
          <w:sz w:val="24"/>
        </w:rPr>
        <w:t xml:space="preserve"> Okay. I'm going to trust you.</w:t>
      </w:r>
    </w:p>
    <w:p>
      <w:pPr>
        <w:spacing w:before="0" w:after="0" w:line="276" w:lineRule="exact"/>
      </w:pPr>
      <w:r>
        <w:rPr>
          <w:rFonts w:ascii="Times New Roman" w:hAnsi="Times New Roman"/>
          <w:b w:val="0"/>
          <w:sz w:val="24"/>
        </w:rPr>
        <w:t xml:space="preserve">(1:00:11) [00:17:31] </w:t>
      </w:r>
      <w:r>
        <w:rPr>
          <w:rFonts w:ascii="Times New Roman" w:hAnsi="Times New Roman"/>
          <w:b/>
          <w:sz w:val="24"/>
        </w:rPr>
        <w:t>Officer Williams:</w:t>
      </w:r>
      <w:r>
        <w:rPr>
          <w:rFonts w:ascii="Times New Roman" w:hAnsi="Times New Roman"/>
          <w:b w:val="0"/>
          <w:sz w:val="24"/>
        </w:rPr>
        <w:t xml:space="preserve"> We're going to release the vehicle to you, so we don't have to tow it. We don't have to do that to you, okay?</w:t>
      </w:r>
    </w:p>
    <w:p>
      <w:pPr>
        <w:spacing w:before="0" w:after="0" w:line="276" w:lineRule="exact"/>
      </w:pPr>
      <w:r>
        <w:rPr>
          <w:rFonts w:ascii="Times New Roman" w:hAnsi="Times New Roman"/>
          <w:b w:val="0"/>
          <w:sz w:val="24"/>
        </w:rPr>
        <w:t xml:space="preserve">(1:00:16) [00:17:36] </w:t>
      </w:r>
      <w:r>
        <w:rPr>
          <w:rFonts w:ascii="Times New Roman" w:hAnsi="Times New Roman"/>
          <w:b/>
          <w:sz w:val="24"/>
        </w:rPr>
        <w:t>Officer Williams:</w:t>
      </w:r>
      <w:r>
        <w:rPr>
          <w:rFonts w:ascii="Times New Roman" w:hAnsi="Times New Roman"/>
          <w:b w:val="0"/>
          <w:sz w:val="24"/>
        </w:rPr>
        <w:t xml:space="preserve"> So, I'm going to go check with them and make sure that they're good with the vehicle. If you just hang out right over here for me for just a second, and I'm going to make sure they're okay with the vehicle being gone, okay?</w:t>
      </w:r>
    </w:p>
    <w:p>
      <w:pPr>
        <w:spacing w:before="0" w:after="0" w:line="276" w:lineRule="exact"/>
      </w:pPr>
      <w:r>
        <w:rPr>
          <w:rFonts w:ascii="Times New Roman" w:hAnsi="Times New Roman"/>
          <w:b w:val="0"/>
          <w:sz w:val="24"/>
        </w:rPr>
        <w:t xml:space="preserve">(1:00:43) [00:18:03] </w:t>
      </w:r>
      <w:r>
        <w:rPr>
          <w:rFonts w:ascii="Times New Roman" w:hAnsi="Times New Roman"/>
          <w:b/>
          <w:sz w:val="24"/>
        </w:rPr>
        <w:t>Officer Williams:</w:t>
      </w:r>
      <w:r>
        <w:rPr>
          <w:rFonts w:ascii="Times New Roman" w:hAnsi="Times New Roman"/>
          <w:b w:val="0"/>
          <w:sz w:val="24"/>
        </w:rPr>
        <w:t xml:space="preserve"> Once they move this vehicle, you'll be good to go, okay? Once they move this Tahoe, you'll be good to go, okay?</w:t>
      </w:r>
    </w:p>
    <w:p>
      <w:pPr>
        <w:spacing w:before="0" w:after="0" w:line="276" w:lineRule="exact"/>
      </w:pPr>
      <w:r>
        <w:rPr>
          <w:rFonts w:ascii="Times New Roman" w:hAnsi="Times New Roman"/>
          <w:b w:val="0"/>
          <w:sz w:val="24"/>
        </w:rPr>
        <w:t xml:space="preserve">(1:02:30) [00:19:50] </w:t>
      </w:r>
      <w:r>
        <w:rPr>
          <w:rFonts w:ascii="Times New Roman" w:hAnsi="Times New Roman"/>
          <w:b/>
          <w:sz w:val="24"/>
        </w:rPr>
        <w:t>Officer Williams:</w:t>
      </w:r>
      <w:r>
        <w:rPr>
          <w:rFonts w:ascii="Times New Roman" w:hAnsi="Times New Roman"/>
          <w:b w:val="0"/>
          <w:sz w:val="24"/>
        </w:rPr>
        <w:t xml:space="preserve"> We're getting ready to take you to jail, so whenever you want to.</w:t>
      </w:r>
    </w:p>
    <w:p>
      <w:pPr>
        <w:spacing w:before="0" w:after="0" w:line="276" w:lineRule="exact"/>
      </w:pPr>
      <w:r>
        <w:rPr>
          <w:rFonts w:ascii="Times New Roman" w:hAnsi="Times New Roman"/>
          <w:b w:val="0"/>
          <w:sz w:val="24"/>
        </w:rPr>
        <w:t xml:space="preserve">(1:02:35) [00:19:55] </w:t>
      </w:r>
      <w:r>
        <w:rPr>
          <w:rFonts w:ascii="Times New Roman" w:hAnsi="Times New Roman"/>
          <w:b/>
          <w:sz w:val="24"/>
        </w:rPr>
        <w:t>Officer Williams:</w:t>
      </w:r>
      <w:r>
        <w:rPr>
          <w:rFonts w:ascii="Times New Roman" w:hAnsi="Times New Roman"/>
          <w:b w:val="0"/>
          <w:sz w:val="24"/>
        </w:rPr>
        <w:t xml:space="preserve"> As soon as we get out of your way, I guess.</w:t>
      </w:r>
    </w:p>
    <w:p>
      <w:pPr>
        <w:spacing w:before="0" w:after="0" w:line="276" w:lineRule="exact"/>
      </w:pPr>
      <w:r>
        <w:rPr>
          <w:rFonts w:ascii="Times New Roman" w:hAnsi="Times New Roman"/>
          <w:b w:val="0"/>
          <w:sz w:val="24"/>
        </w:rPr>
        <w:t xml:space="preserve">(1:02:35) [00:19:55] </w:t>
      </w:r>
      <w:r>
        <w:rPr>
          <w:rFonts w:ascii="Times New Roman" w:hAnsi="Times New Roman"/>
          <w:b/>
          <w:sz w:val="24"/>
        </w:rPr>
        <w:t>Officer Williams:</w:t>
      </w:r>
      <w:r>
        <w:rPr>
          <w:rFonts w:ascii="Times New Roman" w:hAnsi="Times New Roman"/>
          <w:b w:val="0"/>
          <w:sz w:val="24"/>
        </w:rPr>
        <w:t xml:space="preserve"> Cool?</w:t>
      </w:r>
    </w:p>
    <w:p>
      <w:pPr>
        <w:spacing w:before="0" w:after="0" w:line="276" w:lineRule="exact"/>
      </w:pPr>
      <w:r>
        <w:rPr>
          <w:rFonts w:ascii="Times New Roman" w:hAnsi="Times New Roman"/>
          <w:b w:val="0"/>
          <w:sz w:val="24"/>
        </w:rPr>
        <w:t xml:space="preserve">(1:02:36) [00:19:56] </w:t>
      </w:r>
      <w:r>
        <w:rPr>
          <w:rFonts w:ascii="Times New Roman" w:hAnsi="Times New Roman"/>
          <w:b/>
          <w:sz w:val="24"/>
        </w:rPr>
        <w:t>Isaiah Rodriguez:</w:t>
      </w:r>
      <w:r>
        <w:rPr>
          <w:rFonts w:ascii="Times New Roman" w:hAnsi="Times New Roman"/>
          <w:b w:val="0"/>
          <w:sz w:val="24"/>
        </w:rPr>
        <w:t xml:space="preserve"> Yes, sir.</w:t>
      </w:r>
    </w:p>
    <w:p>
      <w:pPr>
        <w:spacing w:before="0" w:after="0" w:line="276" w:lineRule="exact"/>
      </w:pPr>
      <w:r>
        <w:rPr>
          <w:rFonts w:ascii="Times New Roman" w:hAnsi="Times New Roman"/>
          <w:b w:val="0"/>
          <w:sz w:val="24"/>
        </w:rPr>
        <w:t xml:space="preserve">(1:02:54) [00:20:14] </w:t>
      </w:r>
      <w:r>
        <w:rPr>
          <w:rFonts w:ascii="Times New Roman" w:hAnsi="Times New Roman"/>
          <w:b/>
          <w:sz w:val="24"/>
        </w:rPr>
        <w:t>Officer Williams:</w:t>
      </w:r>
      <w:r>
        <w:rPr>
          <w:rFonts w:ascii="Times New Roman" w:hAnsi="Times New Roman"/>
          <w:b w:val="0"/>
          <w:sz w:val="24"/>
        </w:rPr>
        <w:t xml:space="preserve"> Thanks, man.</w:t>
      </w:r>
    </w:p>
    <w:p>
      <w:pPr>
        <w:spacing w:before="0" w:after="0" w:line="276" w:lineRule="exact"/>
      </w:pPr>
      <w:r>
        <w:rPr>
          <w:rFonts w:ascii="Times New Roman" w:hAnsi="Times New Roman"/>
          <w:b w:val="0"/>
          <w:sz w:val="24"/>
        </w:rPr>
        <w:t xml:space="preserve">(1:02:58) [00:20:18] </w:t>
      </w:r>
      <w:r>
        <w:rPr>
          <w:rFonts w:ascii="Times New Roman" w:hAnsi="Times New Roman"/>
          <w:b/>
          <w:sz w:val="24"/>
        </w:rPr>
        <w:t>Officer Williams:</w:t>
      </w:r>
      <w:r>
        <w:rPr>
          <w:rFonts w:ascii="Times New Roman" w:hAnsi="Times New Roman"/>
          <w:b w:val="0"/>
          <w:sz w:val="24"/>
        </w:rPr>
        <w:t xml:space="preserve"> The key's in the car. It's in the car still.</w:t>
      </w:r>
    </w:p>
    <w:p>
      <w:pPr>
        <w:spacing w:before="0" w:after="0" w:line="276" w:lineRule="exact"/>
      </w:pPr>
      <w:r>
        <w:rPr>
          <w:rFonts w:ascii="Times New Roman" w:hAnsi="Times New Roman"/>
          <w:b w:val="0"/>
          <w:sz w:val="24"/>
        </w:rPr>
        <w:t xml:space="preserve">(1:03:32) [00:20:52] </w:t>
      </w:r>
      <w:r>
        <w:rPr>
          <w:rFonts w:ascii="Times New Roman" w:hAnsi="Times New Roman"/>
          <w:b/>
          <w:sz w:val="24"/>
        </w:rPr>
        <w:t>Officer Williams:</w:t>
      </w:r>
      <w:r>
        <w:rPr>
          <w:rFonts w:ascii="Times New Roman" w:hAnsi="Times New Roman"/>
          <w:b w:val="0"/>
          <w:sz w:val="24"/>
        </w:rPr>
        <w:t xml:space="preserve"> So what I will tell you is, just based off of everything that happened tonight, they're not gonna let you talk to him is what I'm telling you right now, cause I know that for sure.</w:t>
      </w:r>
    </w:p>
    <w:p>
      <w:pPr>
        <w:spacing w:before="0" w:after="0" w:line="276" w:lineRule="exact"/>
      </w:pPr>
      <w:r>
        <w:rPr>
          <w:rFonts w:ascii="Times New Roman" w:hAnsi="Times New Roman"/>
          <w:b w:val="0"/>
          <w:sz w:val="24"/>
        </w:rPr>
        <w:t xml:space="preserve">(1:03:35) [00:20:55] </w:t>
      </w:r>
      <w:r>
        <w:rPr>
          <w:rFonts w:ascii="Times New Roman" w:hAnsi="Times New Roman"/>
          <w:b/>
          <w:sz w:val="24"/>
        </w:rPr>
        <w:t>Marissa Rodriguez:</w:t>
      </w:r>
      <w:r>
        <w:rPr>
          <w:rFonts w:ascii="Times New Roman" w:hAnsi="Times New Roman"/>
          <w:b w:val="0"/>
          <w:sz w:val="24"/>
        </w:rPr>
        <w:t xml:space="preserve"> So not even the initial visit?</w:t>
      </w:r>
    </w:p>
    <w:p>
      <w:pPr>
        <w:spacing w:before="0" w:after="0" w:line="276" w:lineRule="exact"/>
      </w:pPr>
      <w:r>
        <w:rPr>
          <w:rFonts w:ascii="Times New Roman" w:hAnsi="Times New Roman"/>
          <w:b w:val="0"/>
          <w:sz w:val="24"/>
        </w:rPr>
        <w:t xml:space="preserve">(1:03:37) [00:20:57] </w:t>
      </w:r>
      <w:r>
        <w:rPr>
          <w:rFonts w:ascii="Times New Roman" w:hAnsi="Times New Roman"/>
          <w:b/>
          <w:sz w:val="24"/>
        </w:rPr>
        <w:t>Marissa Rodriguez:</w:t>
      </w:r>
      <w:r>
        <w:rPr>
          <w:rFonts w:ascii="Times New Roman" w:hAnsi="Times New Roman"/>
          <w:b w:val="0"/>
          <w:sz w:val="24"/>
        </w:rPr>
        <w:t xml:space="preserve"> The initial visit? Are you talking about up there?</w:t>
      </w:r>
    </w:p>
    <w:p>
      <w:pPr>
        <w:spacing w:before="0" w:after="0" w:line="276" w:lineRule="exact"/>
      </w:pPr>
      <w:r>
        <w:rPr>
          <w:rFonts w:ascii="Times New Roman" w:hAnsi="Times New Roman"/>
          <w:b w:val="0"/>
          <w:sz w:val="24"/>
        </w:rPr>
        <w:t xml:space="preserve">(1:03:39) [00:20:59] </w:t>
      </w:r>
      <w:r>
        <w:rPr>
          <w:rFonts w:ascii="Times New Roman" w:hAnsi="Times New Roman"/>
          <w:b/>
          <w:sz w:val="24"/>
        </w:rPr>
        <w:t>Officer Williams:</w:t>
      </w:r>
      <w:r>
        <w:rPr>
          <w:rFonts w:ascii="Times New Roman" w:hAnsi="Times New Roman"/>
          <w:b w:val="0"/>
          <w:sz w:val="24"/>
        </w:rPr>
        <w:t xml:space="preserve"> At the jail?</w:t>
      </w:r>
    </w:p>
    <w:p>
      <w:pPr>
        <w:spacing w:before="0" w:after="0" w:line="276" w:lineRule="exact"/>
      </w:pPr>
      <w:r>
        <w:rPr>
          <w:rFonts w:ascii="Times New Roman" w:hAnsi="Times New Roman"/>
          <w:b w:val="0"/>
          <w:sz w:val="24"/>
        </w:rPr>
        <w:t xml:space="preserve">(1:03:40) [00:21:00] </w:t>
      </w:r>
      <w:r>
        <w:rPr>
          <w:rFonts w:ascii="Times New Roman" w:hAnsi="Times New Roman"/>
          <w:b/>
          <w:sz w:val="24"/>
        </w:rPr>
        <w:t>Marissa Rodriguez:</w:t>
      </w:r>
      <w:r>
        <w:rPr>
          <w:rFonts w:ascii="Times New Roman" w:hAnsi="Times New Roman"/>
          <w:b w:val="0"/>
          <w:sz w:val="24"/>
        </w:rPr>
        <w:t xml:space="preserve"> Yeah.</w:t>
      </w:r>
    </w:p>
    <w:p>
      <w:pPr>
        <w:spacing w:before="0" w:after="0" w:line="276" w:lineRule="exact"/>
      </w:pPr>
      <w:r>
        <w:rPr>
          <w:rFonts w:ascii="Times New Roman" w:hAnsi="Times New Roman"/>
          <w:b w:val="0"/>
          <w:sz w:val="24"/>
        </w:rPr>
        <w:t xml:space="preserve">(1:03:40) [00:21:00] </w:t>
      </w:r>
      <w:r>
        <w:rPr>
          <w:rFonts w:ascii="Times New Roman" w:hAnsi="Times New Roman"/>
          <w:b/>
          <w:sz w:val="24"/>
        </w:rPr>
        <w:t>Officer Williams:</w:t>
      </w:r>
      <w:r>
        <w:rPr>
          <w:rFonts w:ascii="Times New Roman" w:hAnsi="Times New Roman"/>
          <w:b w:val="0"/>
          <w:sz w:val="24"/>
        </w:rPr>
        <w:t xml:space="preserve"> Oh, well yeah. That ain't up to me.</w:t>
      </w:r>
    </w:p>
    <w:p>
      <w:pPr>
        <w:spacing w:before="0" w:after="0" w:line="276" w:lineRule="exact"/>
      </w:pPr>
      <w:r>
        <w:rPr>
          <w:rFonts w:ascii="Times New Roman" w:hAnsi="Times New Roman"/>
          <w:b w:val="0"/>
          <w:sz w:val="24"/>
        </w:rPr>
        <w:t xml:space="preserve">(1:03:43) [00:21:03] </w:t>
      </w:r>
      <w:r>
        <w:rPr>
          <w:rFonts w:ascii="Times New Roman" w:hAnsi="Times New Roman"/>
          <w:b/>
          <w:sz w:val="24"/>
        </w:rPr>
        <w:t>Officer Williams:</w:t>
      </w:r>
      <w:r>
        <w:rPr>
          <w:rFonts w:ascii="Times New Roman" w:hAnsi="Times New Roman"/>
          <w:b w:val="0"/>
          <w:sz w:val="24"/>
        </w:rPr>
        <w:t xml:space="preserve"> That's up to them.</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4"/>
      </w:rPr>
      <w:t>2_ Williams BWC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